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7C2416"/>
        </w:rPr>
        <w:t>Júlio César</w:t>
      </w:r>
    </w:p>
    <w:p>
      <w:r>
        <w:rPr>
          <w:i/>
        </w:rPr>
        <w:t>William Shakespeare · Caderno de estudos, gabarito do professor · Clavis Libri</w:t>
      </w:r>
    </w:p>
    <w:p>
      <w:r>
        <w:rPr>
          <w:i/>
        </w:rPr>
        <w:t>As respostas vêm do guia da obra no Clavis Libri. Nas questões abertas, o gabarito mostra o que se espera encontrar, não a única resposta possível. As perguntas "para discutir" e "E você?" não têm gabarito.</w:t>
      </w:r>
    </w:p>
    <w:p>
      <w:pPr>
        <w:pStyle w:val="Heading1"/>
      </w:pPr>
      <w:r>
        <w:rPr>
          <w:color w:val="7C2416"/>
        </w:rPr>
        <w:t>Semana 1</w:t>
      </w:r>
    </w:p>
    <w:p>
      <w:r>
        <w:rPr>
          <w:b/>
          <w:color w:val="7C2416"/>
        </w:rPr>
        <w:t xml:space="preserve">1.1  </w:t>
      </w:r>
      <w:r>
        <w:rPr>
          <w:b/>
        </w:rPr>
        <w:t>O que aconteceu.</w:t>
      </w:r>
    </w:p>
    <w:p>
      <w:r>
        <w:rPr>
          <w:color w:val="6E6B3D"/>
        </w:rPr>
        <w:t>Ato I: O triunfo e a sedução de Bruto</w:t>
      </w:r>
    </w:p>
    <w:p>
      <w:r>
        <w:t>Os tribunos Flávio e Marulo expulsam das ruas de Roma os artesãos que festejam o triunfo de César, e os acusam de esquecer Pompeu, a quem aclamavam antes. Dispersada a multidão, os dois vão tirar das estátuas os enfeites de César, apesar do aviso de que é a festa das Lupercais. Flávio explica o motivo: cortar as penas de César para que ele não voe alto demais e mantenha todos em servidão.</w:t>
      </w:r>
    </w:p>
    <w:p>
      <w:r>
        <w:rPr>
          <w:color w:val="6E6B3D"/>
        </w:rPr>
        <w:t>Ato II: A conspiração e a manhã dos Idos</w:t>
      </w:r>
    </w:p>
    <w:p>
      <w:r>
        <w:t>Na madrugada, Bruto, insone, conclui que César deve morrer pelo que poderá vir a ser. Lúcio lhe entrega uma carta anônima que o chama a agir. Cássio chega com os conspiradores encapuzados, e Bruto recusa o juramento, exclui Cícero e impede que Antônio seja morto. Combinam que Décio levará César ao Capitólio. Pórcia exige saber o segredo do marido e invoca uma ferida que se fez na coxa como prova de firmeza. Bruto promete contar e recruta Ligário.</w:t>
      </w:r>
    </w:p>
    <w:p>
      <w:r>
        <w:rPr>
          <w:color w:val="6E6B3D"/>
        </w:rPr>
        <w:t>Ato III: O assassinato e o Fórum</w:t>
      </w:r>
    </w:p>
    <w:p>
      <w:r>
        <w:t>No dia dos Idos de março, o Adivinho e Artemidoro tentam avisar Júlio César, que os ignora e entra no Senado. Os conspiradores o cercam sob o pretexto do pedido de Metelo Címber, e Casca dá o primeiro golpe e Bruto o último. Marco Antônio se aproxima, aparenta aliança e obtém licença para falar no funeral, apesar do receio de Cássio. Sozinho, jura vingança e manda avisar Otávio.</w:t>
      </w:r>
    </w:p>
    <w:p>
      <w:r>
        <w:rPr>
          <w:b/>
          <w:color w:val="7C2416"/>
        </w:rPr>
        <w:t xml:space="preserve">1.2  </w:t>
      </w:r>
      <w:r>
        <w:rPr>
          <w:b/>
        </w:rPr>
        <w:t>Temas da semana: Poder, Política, Lealdade e traição, Honra e reputação, Destino e livre-arbítrio, Linguagem e narração.</w:t>
      </w:r>
    </w:p>
    <w:p>
      <w:r>
        <w:rPr>
          <w:b/>
          <w:color w:val="7C2416"/>
        </w:rPr>
        <w:t xml:space="preserve">1.3  </w:t>
      </w:r>
      <w:r>
        <w:rPr>
          <w:b/>
        </w:rPr>
        <w:t>Flávio, Ato I: O triunfo e a sedução de Bruto.</w:t>
      </w:r>
    </w:p>
    <w:p>
      <w:r>
        <w:t>A peça abre nas ruas de Roma, no dia do triunfo de César. Os tribunos Flávio e Marulo expulsam os artesãos que festejam e os acusam de esquecer Pompeu, a quem aclamavam antes. Dispersada a multidão, os dois vão tirar das estátuas os enfeites de César, mesmo avisados de que é a festa das Lupercais. É então que Flávio explica o motivo: cortar as penas de César, para que ele não voe alto demais e não mantenha todos em servidão.</w:t>
      </w:r>
    </w:p>
    <w:p>
      <w:r>
        <w:t>A imagem é a de uma ave cujas penas voltam a crescer e precisam ser aparadas. O poder de César aparece como plumagem, algo que cresce por conta própria e que só se contém com um corte. O objetivo declarado não é derrubá-lo, mas devolvê-lo a uma altura comum, a de qualquer cidadão. Note que César ainda nem entrou em cena: antes de ouvi-lo falar, o leitor já o encontra discutido como ameaça. Pode-se ler que o temor de Flávio é menos pelo que César já fez do que pelo que ele poderá vir a ser.</w:t>
      </w:r>
    </w:p>
    <w:p>
      <w:r>
        <w:t>O raciocínio lembra o que Bruto usará no pomar, no Ato II, quando falar do ovo da serpente: agir pelo que o outro poderá vir a ser. Por isso a frase de Flávio funciona como um primeiro aviso dos temas do poder e da política. A disputa da peça gira em torno de quem manda e de quem se curva, e pode-se ler nesta cena de abertura a ideia de que, para os inimigos de César, a servidão já começou, mesmo sem coroa.</w:t>
      </w:r>
    </w:p>
    <w:p>
      <w:r>
        <w:rPr>
          <w:b/>
          <w:color w:val="7C2416"/>
        </w:rPr>
        <w:t xml:space="preserve">1.4  </w:t>
      </w:r>
      <w:r>
        <w:rPr>
          <w:b/>
        </w:rPr>
        <w:t>Um cidadão da turba (o quarto cidadão), Ato III: O assassinato e o Fórum.</w:t>
      </w:r>
    </w:p>
    <w:p>
      <w:r>
        <w:t>Cina, o poeta, sai de casa por causa de um sonho ruim e é cercado por cidadãos exaltados, vindos do Fórum. Ele responde com brincadeiras e diz o nome, e a turba o toma pelo conspirador Cina. Mesmo quando ele grita que é o poeta, e não o conspirador, o grupo o ataca pelo nome e pelos maus versos. É então que um cidadão diz a frase: não importa, o nome dele é Cina. A turba parte, em seguida, para as casas dos conspiradores.</w:t>
      </w:r>
    </w:p>
    <w:p>
      <w:r>
        <w:t>A frase mostra o que sobra de uma multidão incendiada pela palavra. A turba não quer saber de quem é o homem à sua frente, só do nome que ele tem. Cina, o poeta, não tem ligação com a conspiração e diz isso com clareza, mas a distinção deixa de valer. O nome basta, e o homem é morto por uma palavra. Há uma ironia sombria na cena: pouco antes, a mesma multidão aplaudiu Bruto, que falava em liberdade, e agora não distingue um poeta de um conspirador.</w:t>
      </w:r>
    </w:p>
    <w:p>
      <w:r>
        <w:t>A cena fecha o ato com o outro lado da liberdade proclamada. Os conspiradores falavam de paz e de liberdade e imaginavam a morte de César encenada por séculos, com sentido fixado de antemão. A morte de Cina mostra o que o sentido do crime virou nas ruas: violência que não escolhe. Pode-se ler a frase como a cena em miniatura do tema da linguagem, em que as palavras, entregues a uma multidão, passam a valer mais que as pessoas. O mesmo poder da fala que virou o povo no Fórum agora tira a vida de um inocente, sem que ninguém precise justificar.</w:t>
      </w:r>
    </w:p>
    <w:p>
      <w:r>
        <w:rPr>
          <w:b/>
          <w:color w:val="7C2416"/>
        </w:rPr>
        <w:t xml:space="preserve">1.5  </w:t>
      </w:r>
      <w:r>
        <w:rPr>
          <w:b/>
        </w:rPr>
        <w:t>C.</w:t>
      </w:r>
    </w:p>
    <w:p>
      <w:r>
        <w:t>Marulo lembra que o povo subia em muros e telhados, com os filhos no colo, para ver Pompeu passar e fazia o Tibre tremer com os gritos. Agora, diz ele, estes mesmos homens se vestem bem e jogam flores para quem vence sobre o sangue de Pompeu. É a primeira marca da peça: a lealdade do povo troca de dono com facilidade, e os tribunos já se opõem à glória de César.</w:t>
      </w:r>
    </w:p>
    <w:p>
      <w:r>
        <w:rPr>
          <w:b/>
          <w:color w:val="7C2416"/>
        </w:rPr>
        <w:t xml:space="preserve">1.6  </w:t>
      </w:r>
      <w:r>
        <w:rPr>
          <w:b/>
        </w:rPr>
        <w:t>A.</w:t>
      </w:r>
    </w:p>
    <w:p>
      <w:r>
        <w:t>Cássio responde que sabe onde usará o punhal e que nem torre de pedra nem masmorra impedem a força do espírito. Casca adere, e Cássio revela que já reuniu outros nobres no pórtico de Pompeu. Falta Bruto: Cássio diz que três partes dele já são suas.</w:t>
      </w:r>
    </w:p>
    <w:p>
      <w:r>
        <w:rPr>
          <w:b/>
          <w:color w:val="7C2416"/>
        </w:rPr>
        <w:t xml:space="preserve">1.7  </w:t>
      </w:r>
      <w:r>
        <w:rPr>
          <w:b/>
        </w:rPr>
        <w:t>B.</w:t>
      </w:r>
    </w:p>
    <w:p>
      <w:r>
        <w:t>Bruto admite que nunca viu as afeições de César pesarem mais que a razão, mas diz que o poder muda quem o tem e que quem sobe a escada vira as costas aos degraus. Como não há causa no que César é, ele a molda no que César poderia vir a ser. A razão é toda de futuro: Bruto condena César por aquilo que ele poderia se tornar.</w:t>
      </w:r>
    </w:p>
    <w:p>
      <w:r>
        <w:rPr>
          <w:b/>
          <w:color w:val="7C2416"/>
        </w:rPr>
        <w:t xml:space="preserve">1.8  </w:t>
      </w:r>
      <w:r>
        <w:rPr>
          <w:b/>
        </w:rPr>
        <w:t>C.</w:t>
      </w:r>
    </w:p>
    <w:p>
      <w:r>
        <w:t>Pórcia pede constância contra a própria língua e diz que sua mente é de homem, mas a força é de mulher, e que é difícil as mulheres guardarem segredo. Pouco antes, ela mostrara firmeza diante de Bruto. Agora a espera pelas notícias do Capitólio a deixa sem ar. A cena mostra o preço do segredo que Bruto confiou a ela.</w:t>
      </w:r>
    </w:p>
    <w:p>
      <w:r>
        <w:rPr>
          <w:b/>
          <w:color w:val="7C2416"/>
        </w:rPr>
        <w:t xml:space="preserve">1.9  </w:t>
      </w:r>
      <w:r>
        <w:rPr>
          <w:b/>
        </w:rPr>
        <w:t>A.</w:t>
      </w:r>
    </w:p>
    <w:p>
      <w:r>
        <w:t>César ignora o aviso por orgulho: o que lhe diz respeito diretamente fica para depois. A única carta que podia salvá-lo fica sem leitura, e ele entra no Senado, onde os conspiradores já o esperam. A cena mostra que os avisos não faltam, e que o obstáculo é o modo como César se coloca.</w:t>
      </w:r>
    </w:p>
    <w:p>
      <w:pPr>
        <w:pStyle w:val="Heading1"/>
      </w:pPr>
      <w:r>
        <w:rPr>
          <w:color w:val="7C2416"/>
        </w:rPr>
        <w:t>Semana 2</w:t>
      </w:r>
    </w:p>
    <w:p>
      <w:r>
        <w:rPr>
          <w:b/>
          <w:color w:val="7C2416"/>
        </w:rPr>
        <w:t xml:space="preserve">2.1  </w:t>
      </w:r>
      <w:r>
        <w:rPr>
          <w:b/>
        </w:rPr>
        <w:t>O que aconteceu.</w:t>
      </w:r>
    </w:p>
    <w:p>
      <w:r>
        <w:rPr>
          <w:color w:val="6E6B3D"/>
        </w:rPr>
        <w:t>Ato IV: A discórdia no acampamento</w:t>
      </w:r>
    </w:p>
    <w:p>
      <w:r>
        <w:t>Em Roma, Marco Antônio e Otávio sentam-se com Lépido para marcar quem deve morrer, e Lépido e Antônio aceitam incluir cada um um parente: o irmão de Lépido, o sobrinho de Antônio. Lépido sai para buscar o testamento de César, e Antônio o chama de homem insignificante, bom só para recados, e o compara a um burro que carrega ouro até onde o dono quer. Em seguida avisa Otávio de que Bruto e Cássio reúnem tropas e que é hora de fortalecer a aliança.</w:t>
      </w:r>
    </w:p>
    <w:p>
      <w:r>
        <w:rPr>
          <w:color w:val="6E6B3D"/>
        </w:rPr>
        <w:t>Ato V: Filipos e a morte de Bruto</w:t>
      </w:r>
    </w:p>
    <w:p>
      <w:r>
        <w:t>Nas planícies de Filipos, Otávio e Marco Antônio discutem a posição de cada um, e Otávio impõe a sua. Os generais dos dois lados parlamentam, trocam insultos e ameaças, e voltam à batalha. Cássio, no dia do próprio aniversário, confessa a Messala que passou a dar crédito aos presságios: as águias do exército foram trocadas por corvos. Pergunta a Bruto o que fará se perderem, e os dois se despedem.</w:t>
      </w:r>
    </w:p>
    <w:p>
      <w:r>
        <w:rPr>
          <w:b/>
          <w:color w:val="7C2416"/>
        </w:rPr>
        <w:t xml:space="preserve">2.2  </w:t>
      </w:r>
      <w:r>
        <w:rPr>
          <w:b/>
        </w:rPr>
        <w:t>Temas da semana: Poder, Política, Lealdade e traição, Honra e reputação, Destino e livre-arbítrio.</w:t>
      </w:r>
    </w:p>
    <w:p>
      <w:r>
        <w:rPr>
          <w:b/>
          <w:color w:val="7C2416"/>
        </w:rPr>
        <w:t xml:space="preserve">2.3  </w:t>
      </w:r>
      <w:r>
        <w:rPr>
          <w:b/>
        </w:rPr>
        <w:t>Marco Antônio, Ato IV: A discórdia no acampamento.</w:t>
      </w:r>
    </w:p>
    <w:p>
      <w:r>
        <w:t>Em Roma, Marco Antônio e Otávio sentam-se com Lépido para marcar quem deve morrer. Lépido e Antônio aceitam incluir cada um um parente: o irmão de Lépido, o sobrinho de Antônio. Lépido sai para buscar o testamento de César, e Antônio o chama de homem insignificante, bom só para recados, e o compara a um burro que carrega ouro até onde o dono quer. Em seguida avisa Otávio de que Bruto e Cássio reúnem tropas e que é hora de fortalecer a aliança.</w:t>
      </w:r>
    </w:p>
    <w:p>
      <w:r>
        <w:t>A frase é uma escolha de imagem reveladora. Antônio fala de Lépido como de um animal de carga: as honras que ele recebe são o ouro, e a tarefa dele é gemer e suar sob o serviço até que o trabalho acabe. Quando acabar, tiram-se as honras e a carga fica com o dono. Em poucas linhas a cena mostra como os três que governam pretendem dividir o poder: um deles, Lépido, está ali para ser usado, e Antônio não esconde isso, mesmo diante da defesa de Otávio.</w:t>
      </w:r>
    </w:p>
    <w:p>
      <w:r>
        <w:t>A frase se liga ao tema do poder e ao da lealdade e traição. Os conspiradores mataram César em nome de Roma, e os herdeiros dele, antes de entrar em guerra com eles, já escolhem quem matar sem demora e tratam o aliado como descartável. Pode-se ler a cena como o contraponto da briga no acampamento: de um lado, o frio cálculo de uma aliança de conveniência, em que o outro é instrumento; de outro, uma amizade que se desfaz por dinheiro e honra. A frase sugere que o poder que usa os outros como instrumento, o mesmo que Flávio e Bruto temiam em César, reaparece nas mãos de quem se apresenta como vingador.</w:t>
      </w:r>
    </w:p>
    <w:p>
      <w:r>
        <w:rPr>
          <w:b/>
          <w:color w:val="7C2416"/>
        </w:rPr>
        <w:t xml:space="preserve">2.4  </w:t>
      </w:r>
      <w:r>
        <w:rPr>
          <w:b/>
        </w:rPr>
        <w:t>Marco Antônio, Ato V: Filipos e a morte de Bruto.</w:t>
      </w:r>
    </w:p>
    <w:p>
      <w:r>
        <w:t>Cercado e exausto, Bruto pede a Clito, a Dardânio e a Volúmnio que o matem, e os três se recusam. Diz a Volúmnio que o espectro de César lhe apareceu duas vezes e que sua hora chegou. Estratão segura a espada, e Bruto se lança sobre ela, dizendo a César que já pode descansar. Otávio e Antônio chegam. Diante do corpo, Antônio faz o elogio: este foi o mais nobre dos romanos, o único dos conspiradores que não agiu por inveja de César. Otávio manda dar-lhe honras fúnebres.</w:t>
      </w:r>
    </w:p>
    <w:p>
      <w:r>
        <w:t>O elogio a Bruto vem do inimigo. É Antônio, que jurou vingança e que levou o povo a queimar as casas dos conspiradores, quem reconhece no morto o único movido pelo bem comum. Pode-se ler o elogio como o que faz de Bruto o centro moral da tragédia. Ele acredita em Roma e age por ela, e a peça deixa ver que isso não basta: a causa nobre produz o caos que queria evitar. Antônio, na mesma frase, rebaixa os outros conspiradores, e assim separa Bruto do grupo que ele mesmo havia reunido.</w:t>
      </w:r>
    </w:p>
    <w:p>
      <w:r>
        <w:t>Há um contraste com o fim. Quem fecha a peça é Otávio, que manda recolher o campo e dá ao poder o último gesto: vitória para o seu lado e honras militares para o derrotado. Pode-se ler que a nobreza de Bruto é o que a peça lhe concede em troca da derrota, e que a frase é menos uma sentença do que uma despedida. O texto deixa ver, para a morte dele, duas razões: não ser levado preso a Roma e a convicção de que o espectro já marcou o seu fim. Antônio não discute isso. Reconhece apenas o homem.</w:t>
      </w:r>
    </w:p>
    <w:p>
      <w:r>
        <w:rPr>
          <w:b/>
          <w:color w:val="7C2416"/>
        </w:rPr>
        <w:t xml:space="preserve">2.5  </w:t>
      </w:r>
      <w:r>
        <w:rPr>
          <w:b/>
        </w:rPr>
        <w:t>C.</w:t>
      </w:r>
    </w:p>
    <w:p>
      <w:r>
        <w:t>Os três dividem o poder e já tratam vidas como moeda: Lépido aceita o irmão e pede o sobrinho de Antônio, que concorda. Antônio manda Lépido buscar o testamento e o chama de homem insignificante. A cena mostra que o novo governo já vem com a lógica de proscrição e de interesse, bem longe do ideal de Bruto.</w:t>
      </w:r>
    </w:p>
    <w:p>
      <w:r>
        <w:rPr>
          <w:b/>
          <w:color w:val="7C2416"/>
        </w:rPr>
        <w:t xml:space="preserve">2.6  </w:t>
      </w:r>
      <w:r>
        <w:rPr>
          <w:b/>
        </w:rPr>
        <w:t>C.</w:t>
      </w:r>
    </w:p>
    <w:p>
      <w:r>
        <w:t>Bruto pergunta, em tom de acusação, se aqueles que golpearam o primeiro homem do mundo por apoiar ladrões vão agora sujar os dedos com subornos e vender a honra por lixo. Cássio responde com ameaças, e a discussão chega ao ponto de ele oferecer o peito ao punhal. A causa da conspiração vira motivo de briga.</w:t>
      </w:r>
    </w:p>
    <w:p>
      <w:r>
        <w:rPr>
          <w:b/>
          <w:color w:val="7C2416"/>
        </w:rPr>
        <w:t xml:space="preserve">2.7  </w:t>
      </w:r>
      <w:r>
        <w:rPr>
          <w:b/>
        </w:rPr>
        <w:t>B.</w:t>
      </w:r>
    </w:p>
    <w:p>
      <w:r>
        <w:t>O espectro de César não discute a decisão e só diz que se verão em Filipos. Bruto, ao acordar os criados, vê que ninguém mais notou nada. A aparição fica como um marco: é a ela que Bruto se refere no ato seguinte quando diz que a sua hora chegou.</w:t>
      </w:r>
    </w:p>
    <w:p>
      <w:r>
        <w:rPr>
          <w:b/>
          <w:color w:val="7C2416"/>
        </w:rPr>
        <w:t xml:space="preserve">2.8  </w:t>
      </w:r>
      <w:r>
        <w:rPr>
          <w:b/>
        </w:rPr>
        <w:t>D.</w:t>
      </w:r>
    </w:p>
    <w:p>
      <w:r>
        <w:t>Cássio, que seguia Epicuro, diz que agora crê em parte nos presságios: no lugar das duas águias, os corvos formam um dossel fatal sobre o exército. É seu aniversário, e ele é obrigado a arriscar tudo numa batalha. Diz crer só em parte e estar resolvido a enfrentar os perigos. O sinal prepara o fim dele.</w:t>
      </w:r>
    </w:p>
    <w:p>
      <w:r>
        <w:rPr>
          <w:b/>
          <w:color w:val="7C2416"/>
        </w:rPr>
        <w:t xml:space="preserve">2.9  </w:t>
      </w:r>
      <w:r>
        <w:rPr>
          <w:b/>
        </w:rPr>
        <w:t>C.</w:t>
      </w:r>
    </w:p>
    <w:p>
      <w:r>
        <w:t>Quem fala é Antônio, o inimigo, que diz que Bruto foi o mais nobre dos romanos e que na vida dele os elementos se misturaram de modo que a Natureza poderia dizer ao mundo: este foi um homem. O elogio faz de Bruto o centro moral da peça, e Otávio o fecha mandando dar honras de soldado ao morto e recolher o campo.</w:t>
      </w:r>
    </w:p>
    <w:p>
      <w:pPr>
        <w:pStyle w:val="Heading1"/>
      </w:pPr>
      <w:r>
        <w:rPr>
          <w:color w:val="7C2416"/>
        </w:rPr>
        <w:t>Personagens</w:t>
      </w:r>
    </w:p>
    <w:p>
      <w:r>
        <w:rPr>
          <w:b/>
          <w:color w:val="7C2416"/>
        </w:rPr>
        <w:t xml:space="preserve">P1  </w:t>
      </w:r>
      <w:r>
        <w:rPr>
          <w:b/>
        </w:rPr>
        <w:t>Bruto</w:t>
      </w:r>
    </w:p>
    <w:p>
      <w:r>
        <w:t>Bruto é o homem em quem Roma confia, e por isso o homem de que a conspiração precisa. Ama Júlio César, não tem queixa pessoal contra ele, e mesmo assim lidera a morte dele, convencido de que o faz por Roma. Descende do Bruto que expulsou o rei Tarquínio, é casado com Pórcia, a filha de Catão, e é amigo e depois adversário de Cássio, que o seduz com um espelho. Quer que o ato pareça limpo e que os que o praticam sejam vistos como purgadores. Termina derrotado em Filipos, com a espada de Estratão, reconhecido por Marco Antônio como o único conspirador movido pelo bem comum.</w:t>
      </w:r>
    </w:p>
    <w:p>
      <w:pPr>
        <w:pStyle w:val="ListBullet"/>
      </w:pPr>
      <w:r>
        <w:t>Na cena 2 do Ato I, quando Cássio o convida para ver a corrida, Bruto diz que não é brincalhão e que passa por um conflito consigo mesmo. Cássio pergunta se ele vê o próprio rosto, e Bruto responde que o olho só se vê por reflexo, abrindo a porta para Cássio ser o espelho. Ao ouvir os gritos da multidão, teme que o povo escolha César como rei e acrescenta que, ainda assim, o ama bem. Cássio fala do nome de Bruto, que pesa tanto quanto o de César, e do Bruto antigo que não toleraria um rei em Roma. Bruto não promete nada: pede tempo para pensar e diz que prefere ser um aldeão a ser filho de Roma sob tais condições.</w:t>
      </w:r>
    </w:p>
    <w:p>
      <w:pPr>
        <w:pStyle w:val="ListBullet"/>
      </w:pPr>
      <w:r>
        <w:t>Na cena 1 do Ato II, antes que os conspiradores cheguem, decide sozinho no pomar. Diz não ter motivo pessoal contra César, só o receio do que ele possa se tornar com a coroa, e a razão que dá é de futuro:</w:t>
      </w:r>
    </w:p>
    <w:p>
      <w:pPr>
        <w:pStyle w:val="ListBullet"/>
      </w:pPr>
      <w:r>
        <w:t>Lúcio lhe entrega uma carta anônima que o acorda ("Bruto, tu dormes"), e ele a completa sozinho: Roma não pode ficar sob o domínio de um homem. Quando os conspiradores chegam de rosto coberto, recusa o juramento, porque a honra de homens honrados dispensa promessa, e recusa também Cícero, que não segue o que os outros começam. Impede que Antônio seja morto: quer que sejam sacrificadores e não açougueiros, e acha que Antônio, sem César, tem só a força do braço de quem perdeu a cabeça. Pede que a conspiração se esconda em sorrisos, como os atores romanos. Depois que os outros saem, Pórcia o interroga e se ajoelha, e Bruto promete contar o que pesa nele. Em seguida recruta Ligário, que joga fora a doença ao saber que Bruto tem uma empresa de honra em mãos.</w:t>
      </w:r>
    </w:p>
    <w:p>
      <w:pPr>
        <w:pStyle w:val="ListBullet"/>
      </w:pPr>
      <w:r>
        <w:t>Na cena 2 do Ato II, vai com os outros à casa de César buscá-lo e recebe o convite para beber vinho com ele. Em aparte, diz que nem todo semelhante é o mesmo, e que o coração dele se aperta ao pensar nisso. Na cena 1 do Ato III, desfere o último golpe e, depois do assassinato, pede que os romanos não fujam: a dívida da ambição está paga. Propõe que lavem as mãos no sangue de César até os cotovelos e saiam gritando "paz, liberdade". Recebe Antônio, que se oferece à morte, e o acolhe com amizade. Concede a ele a palavra no funeral, contra o aviso de Cássio, mas com condições: ele fala primeiro, explica o ato, e Antônio só depois, sem culpar os conspiradores.</w:t>
      </w:r>
    </w:p>
    <w:p>
      <w:pPr>
        <w:pStyle w:val="ListBullet"/>
      </w:pPr>
      <w:r>
        <w:t>Na cena 2 do Ato III, no Fórum, divide a multidão com Cássio e fala em prosa. Diz que amou César, mas amou mais Roma, e pergunta quem seria tão vil a ponto de querer ser escravo, concluindo que não ofendeu ninguém. Diz que tem o mesmo punhal para si, caso Roma precise da morte dele, e é aclamado: um cidadão diz que ele devia ser César. Ao sair, pede que fiquem para ouvir Antônio.</w:t>
      </w:r>
    </w:p>
    <w:p>
      <w:pPr>
        <w:pStyle w:val="ListBullet"/>
      </w:pPr>
      <w:r>
        <w:t>Na cena 2 do Ato IV, em Sardes, ouve de Lucílio que Cássio o recebeu com cortesia, mas sem a intimidade de antes, e reconhece nisso um amigo que esfria. Na cena 3 do Ato IV, na tenda, Cássio reclama que Bruto puniu Lúcio Pella por suborno, e Bruto responde que o próprio Cássio tem a palma coçando e vende cargos por ouro. Lembra que os conjurados mataram César por justiça e conta que lhe pediu dinheiro para pagar as legiões e Cássio o negou. A briga chega a ameaças, os dois se reconciliam, e Bruto revela que Pórcia morreu. Pergunta a Messala, mais tarde, se as cartas trazem notícias dela e, ao ouvir a confirmação, aceita a perda como um romano. Contra Cássio, que prefere esperar o inimigo, decide marchar logo a Filipos, com o argumento da maré:</w:t>
      </w:r>
    </w:p>
    <w:p>
      <w:pPr>
        <w:pStyle w:val="ListBullet"/>
      </w:pPr>
      <w:r>
        <w:t>Com os criados dormindo, vê o espectro de César, que diz ser o mau espírito dele e que o verá em Filipos.</w:t>
      </w:r>
    </w:p>
    <w:p>
      <w:pPr>
        <w:pStyle w:val="ListBullet"/>
      </w:pPr>
      <w:r>
        <w:t>Na cena 1 do Ato V, em Filipos, troca palavras duras com Antônio e Otávio e, na despedida, diz a Cássio que acha vil e covarde se matar por medo do que possa vir, mas que não irá preso a Roma, e que o dia há de terminar a obra que os Idos de Março começaram. Na cena 2 do Ato V, manda Messala dar a ordem de atacar, e na cena 3 do Ato V Titínio diz que Bruto deu o sinal cedo demais. Ao ver os corpos de Cássio e de Titínio, diz que o espírito de César ainda anda por aí e chama Cássio de último dos romanos. Na cena 4 do Ato V, anima os seus, e Lucílio se faz passar por ele e diz a Antônio que Bruto será encontrado igual a si mesmo. Na cena 5 do Ato V, cercado, pede a Clito, a Dardânio e a Volúmnio que o matem, e os três recusam. Diz a Volúmnio que o espectro lhe apareceu duas vezes e que a hora chegou, e Estratão segura a espada. Antes de se lançar sobre ela, diz a César que o matou com muito menos vontade do que agora se mata. Antônio o elogia diante de Otávio, e Otávio manda dar-lhe honras fúnebres.</w:t>
      </w:r>
    </w:p>
    <w:p>
      <w:r>
        <w:rPr>
          <w:b/>
          <w:color w:val="7C2416"/>
        </w:rPr>
        <w:t xml:space="preserve">P2  </w:t>
      </w:r>
      <w:r>
        <w:rPr>
          <w:b/>
        </w:rPr>
        <w:t>Cássio</w:t>
      </w:r>
    </w:p>
    <w:p>
      <w:r>
        <w:t>Cássio é o arquiteto da conspiração. Magro e faminto, na descrição de Júlio César, lê muito, observa tudo e não se alegra com música nem com jogos. Diz ter salvado César do Tibre quando ele se afogava e vê agora esse homem tratado como deus. Seduz Bruto com um espelho, recruta Casca, forja cartas para empurrar Bruto e perde, uma a uma, as discussões em que se opõe a ele. Epicurista, passa a dar crédito aos presságios no dia do aniversário, em Filipos, e morre com a espada que atravessou César.</w:t>
      </w:r>
    </w:p>
    <w:p>
      <w:pPr>
        <w:pStyle w:val="ListBullet"/>
      </w:pPr>
      <w:r>
        <w:t>Na cena 2 do Ato I, trabalha Bruto a sós. Diz que ele não vê o próprio rosto e se oferece como o espelho que mostra o que há de oculto nele. Conta que, num dia de vento, César o desafiou a nadar no Tibre revolto e gritou, no meio, que o salvasse, e que a febre na Espanha fez César tremer e pedir água como uma menina doente. Diz que Roma se curva a um homem fraco, e tira a conclusão para Bruto:</w:t>
      </w:r>
    </w:p>
    <w:p>
      <w:pPr>
        <w:pStyle w:val="ListBullet"/>
      </w:pPr>
      <w:r>
        <w:t>Cássio pergunta o que há no nome "César" que não haja no de Bruto, e lembra o Bruto antigo, que não toleraria um rei. Sai de cena dizendo, sozinho, que Bruto é nobre mas seduzível, e que vai lançar pelas janelas dele cartas que pareçam de cidadãos, falando da opinião que Roma tem do nome dele.</w:t>
      </w:r>
    </w:p>
    <w:p>
      <w:pPr>
        <w:pStyle w:val="ListBullet"/>
      </w:pPr>
      <w:r>
        <w:t>Na cena 3 do Ato I, na noite de tempestade, caminha com o peito aberto aos raios e diz a Casca que o céu avisa contra um homem que cresceu demais, chama os romanos de decadentes e diz que neles governa o espírito das mães. Ao saber que o Senado quer coroar César, jura matar-se antes de aceitar a servidão, e diz que a vida cansada nunca falta ao poder de se dispensar. A frase que resume é de uma linha:</w:t>
      </w:r>
    </w:p>
    <w:p>
      <w:pPr>
        <w:pStyle w:val="ListBullet"/>
      </w:pPr>
      <w:r>
        <w:t>Entrega cartas a Cina, para plantar onde Bruto as ache, e diz a Casca que três partes de Bruto já são deles.</w:t>
      </w:r>
    </w:p>
    <w:p>
      <w:pPr>
        <w:pStyle w:val="ListBullet"/>
      </w:pPr>
      <w:r>
        <w:t>Na cena 1 do Ato II, chega com os conspiradores encapuzados, sussurra com Bruto e propõe que Cícero seja sondado. Bruto o recusa, e Cássio aceita. Propõe que Antônio caia junto com César e, vencido por Bruto, ainda diz que o teme. Observa que César se tornou supersticioso nos últimos tempos, ao contrário da opinião que tinha dos sonhos e das cerimônias, e que os prodígios dessa noite podem prendê-lo em casa. Decide que todos irão buscá-lo.</w:t>
      </w:r>
    </w:p>
    <w:p>
      <w:pPr>
        <w:pStyle w:val="ListBullet"/>
      </w:pPr>
      <w:r>
        <w:t>Na cena 1 do Ato III, quando Popílio sussurra que deseja sucesso à empresa, Cássio teme que tudo esteja descoberto e diz a Casca que seja rápido, pois, se for descoberto, ele mesmo se mata. Ajoelha-se junto a Bruto para apoiar o pedido de Metelo Címber e, depois do golpe, manda que alguns proclamem a liberdade nos púlpitos. Imagina a cena sendo encenada pelos séculos, em línguas ainda desconhecidas. Quando Bruto concede a Antônio a palavra no funeral, avisa que ele não sabe o que faz e que não gosta daquilo. Na cena 2 do Ato III, vai para outra rua dividir a multidão com Bruto.</w:t>
      </w:r>
    </w:p>
    <w:p>
      <w:pPr>
        <w:pStyle w:val="ListBullet"/>
      </w:pPr>
      <w:r>
        <w:t>Na cena 2 do Ato IV, em Sardes, chega com seu exército e diz, diante dos soldados, que Bruto o ofendeu, até Bruto pedir que falem na tenda. Na cena 3 do Ato IV, protesta contra a punição de Lúcio Pella, aceita mal ser chamado de vendedor de cargos e diz que, em vida, César não ousaria tratá-lo assim. Oferece o peito ao punhal de Bruto: que o fira como feriu César, pois sabe que, mesmo quando mais o odiava, Bruto amava César mais do que a ele. A reconciliação é rápida, e ele pede que Bruto o suporte quando o humor que a mãe lhe deu o faz esquecer. Quando Bruto lhe diz que Pórcia morreu, pergunta como escapou com vida depois de contrariá-lo daquele jeito. Propõe esperar o inimigo, cansá-lo e poupar as forças, e cede ao argumento da maré sem insistir.</w:t>
      </w:r>
    </w:p>
    <w:p>
      <w:pPr>
        <w:pStyle w:val="ListBullet"/>
      </w:pPr>
      <w:r>
        <w:t>Na cena 1 do Ato V, o parlamento com Antônio e Otávio vira insulto: chama Otávio de colegial birrento e Antônio de mascarado e festeiro e, chamado de adulador por Antônio, diz a Bruto que agradeça a si mesmo, porque a língua de Antônio não teria ofendido se Cássio tivesse mandado. Diz a Messala que é o dia do aniversário, que passou a dar crédito aos presságios e que as águias que acompanhavam o exército foram trocadas por corvos. Pergunta a Bruto o que fará se perderem e despede-se dele com a frase de que, se não se encontrarem, a despedida foi bem feita.</w:t>
      </w:r>
    </w:p>
    <w:p>
      <w:pPr>
        <w:pStyle w:val="ListBullet"/>
      </w:pPr>
      <w:r>
        <w:t>Na cena 3 do Ato V, mata o porta-estandarte que recuava, vê a fuga dos soldados e manda Titínio verificar se as tropas distantes são amigas. Do alto de um monte, Píndaro diz que Titínio foi capturado, e Cássio, achando o amigo perdido, lembra a Píndaro que o capturou na Pártia e que lhe fez jurar obediência, e pede que o mate com a espada que atravessou César, de rosto coberto. Morre dizendo que César está vingado.</w:t>
      </w:r>
    </w:p>
    <w:p>
      <w:r>
        <w:rPr>
          <w:b/>
          <w:color w:val="7C2416"/>
        </w:rPr>
        <w:t xml:space="preserve">P3  </w:t>
      </w:r>
      <w:r>
        <w:rPr>
          <w:b/>
        </w:rPr>
        <w:t>Marco Antônio</w:t>
      </w:r>
    </w:p>
    <w:p>
      <w:r>
        <w:t>Marco Antônio é o amigo e braço direito de Júlio César, corredor da festa das Lupercais e quem lhe oferece a coroa três vezes. Cássio o teme como articulador astuto; Bruto o tem por homem de esporte, de farra e de companhia, e o poupa por achar que, sem a cabeça de César, ele só tem a força do braço. Fala com ternura ao corpo, aperta as mãos dos assassinos, pede para falar no funeral e vira a multidão contra eles. Em seguida, junto com Otávio e Lépido, marca quem deve morrer e, em Filipos, vence a ala de Cássio e protege Lucílio. No fim, pronuncia o elogio de Bruto.</w:t>
      </w:r>
    </w:p>
    <w:p>
      <w:pPr>
        <w:pStyle w:val="ListBullet"/>
      </w:pPr>
      <w:r>
        <w:t>Na cena 2 do Ato I, na procissão das Lupercais, corre a corrida que César lhe ordenou, com a missão de tocar Calpúrnia, e diz que, quando César manda, está feito. Defende Cássio diante de César, dizendo que ele não é perigoso e é um nobre romano. É ele quem oferece a coroa, três vezes, segundo Casca.</w:t>
      </w:r>
    </w:p>
    <w:p>
      <w:pPr>
        <w:pStyle w:val="ListBullet"/>
      </w:pPr>
      <w:r>
        <w:t>Na cena 1 do Ato II, não está presente, mas é assunto. Cássio quer que ele caia com César, porque, bem-amado do chefe, pode ser um articulador astuto, e Bruto o poupa: é só um membro de César, dado a esportes, à vida desregrada e à companhia, e, se amar César, tudo o que fará é matar-se de dor. Trebônio diz que ele viverá e rirá disso depois.</w:t>
      </w:r>
    </w:p>
    <w:p>
      <w:pPr>
        <w:pStyle w:val="ListBullet"/>
      </w:pPr>
      <w:r>
        <w:t>Na cena 1 do Ato III, é retido fora do Senado por Trebônio e foge para casa, assustado, quando o golpe cai. Manda um criado se ajoelhar diante de Bruto e dizer que ele honra Bruto e que, vivo, Bruto lhe é mais caro que César morto. Chega, vê o corpo e se oferece aos assassinos, dizendo que não encontrará hora tão boa para morrer quanto a da morte de César. Bruto o acolhe, e Antônio aperta a mão de cada um, nomeando todos. Pede perdão a César por ter apertado a mão dos que o mataram e o compara a um cervo atingido por muitos príncipes. Obtém licença para falar no funeral, e Cássio avisa Bruto, sem resultado. Sozinho, jura sobre o corpo, em profecia, que uma praga cairá sobre os homens, que a fúria civil tomará a Itália e que o espírito de César, vindo do inferno com Ate ao lado, soltará os cães da guerra. Manda o criado de Otávio voltar e avisá-lo de que Roma ainda não é segura para ele. Na cena 2 do Ato III, depois de Bruto, sobe à tribuna:</w:t>
      </w:r>
    </w:p>
    <w:p>
      <w:pPr>
        <w:pStyle w:val="ListBullet"/>
      </w:pPr>
      <w:r>
        <w:t>Repete que Bruto é um homem honrado até a frase virar acusação, lembra que César trouxe prisioneiros cujos resgates encheram os cofres, que chorou pelos pobres e que três vezes recusou a coroa que ele mesmo lhe ofereceu. Diz que prefere não ler o testamento e guarda a leitura para quando a multidão o exigir. Desce, mostra o manto de César, aponta onde passou o punhal de Cássio e onde a faca de Casca abriu o rasgo, e conta que Bruto era o anjo de César. Diz que não é orador, e sim um homem simples que mostra as feridas, as bocas mudas, e pede que falem por ele. Quando a multidão se levanta, ele a detém para ler o testamento: setenta e cinco dracmas a cada cidadão e os jardins de César ao povo. Quando os cidadãos saem para queimar as casas dos conspiradores, diz que agora a desgraça está solta, e que tome o caminho que quiser.</w:t>
      </w:r>
    </w:p>
    <w:p>
      <w:pPr>
        <w:pStyle w:val="ListBullet"/>
      </w:pPr>
      <w:r>
        <w:t>Na cena 1 do Ato IV, com Otávio e Lépido, risca os nomes dos que devem morrer e aceita incluir o sobrinho, Públio, em troca do irmão de Lépido. Quando Lépido sai para buscar o testamento, chama-o de homem insignificante, bom para recados, e diz que ele carregará as honras como o burro carrega o ouro, para gemer e suar, e depois será dispensado para pastar. Quando Otávio lembra que Lépido é soldado provado, responde que o cavalo dele também é, e que tem mais dias de vida que o jovem. Avisa que Bruto e Cássio reúnem tropas e que é preciso reforçar a aliança.</w:t>
      </w:r>
    </w:p>
    <w:p>
      <w:pPr>
        <w:pStyle w:val="ListBullet"/>
      </w:pPr>
      <w:r>
        <w:t>Na cena 1 do Ato V, em Filipos, discute com Otávio a posição de cada um, ouve que ele impõe a sua, e responde a Bruto no parlamento com o buraco que ele fez no coração de César. Acusa os conspiradores de terem se curvado e adulado como cães antes do golpe e chama Casca de cão que feriu por trás. Na cena 3 do Ato V, invade as tendas de Cássio e cerca o resto das tropas dele. Na cena 4 do Ato V, ao descobrir que o prisioneiro é Lucílio, e não Bruto, diz que prefere ter homens assim como amigos e manda tratá-lo bem. Na cena 5 do Ato V, chega ao corpo de Bruto e diz:</w:t>
      </w:r>
    </w:p>
    <w:p>
      <w:r>
        <w:rPr>
          <w:b/>
          <w:color w:val="7C2416"/>
        </w:rPr>
        <w:t xml:space="preserve">P4  </w:t>
      </w:r>
      <w:r>
        <w:rPr>
          <w:b/>
        </w:rPr>
        <w:t>Júlio César</w:t>
      </w:r>
    </w:p>
    <w:p>
      <w:r>
        <w:t>Júlio César é o homem de quem toda a peça fala e que aparece em poucas cenas: festejado em Roma no dia das Lupercais, a quem parte do Senado quer dar a coroa e a quem outra parte decide matar. Tem um ouvido surdo, cai em público num ataque que Casca conta com desprezo, e fala de si como de um nome maior que o homem. Cai no Capitólio, nos Idos de Março, sob as facadas de Casca, de Cássio e de Bruto, e continua na peça como corpo exposto, como espectro e como força: Marco Antônio faz da morte dele uma arma, e Bruto diz, em Filipos, que o espírito de César ainda anda por aí.</w:t>
      </w:r>
    </w:p>
    <w:p>
      <w:pPr>
        <w:pStyle w:val="ListBullet"/>
      </w:pPr>
      <w:r>
        <w:t>Antes de entrar em cena, já é o problema. Na cena 1 do Ato I, os tribunos Flávio e Marulo tiram os enfeites das estátuas dele e dispersam o povo que o festeja, e Flávio explica que é preciso arrancar as penas da asa de César para que ele não voe alto demais.</w:t>
      </w:r>
    </w:p>
    <w:p>
      <w:pPr>
        <w:pStyle w:val="ListBullet"/>
      </w:pPr>
      <w:r>
        <w:t>Na cena 2 do Ato I, na procissão das Lupercais, manda Calpúrnia ficar no caminho de Antônio na corrida, porque os velhos dizem que a estéril tocada na caça sagrada perde a maldição, e exige que nenhum rito seja omitido. Um adivinho grita que se cuide dos Idos de Março, ele o manda chegar perto, olha o rosto dele e o despacha: é um sonhador. Na volta da corrida, com o cortejo calado, aponta Cássio a Antônio: magro, faminto, pensa demais, não ouve música e sorri como quem zomba de si mesmo. Chama tais homens de perigosos, em seguida recua, diz que não o teme e que fala do que se deve temer, pois sempre é César, e pede que Antônio fique à direita, porque o ouvido esquerdo é surdo. A recusa da coroa, três vezes, e o desmaio com espuma na boca chegam por Casca, que conta também que, ao voltar a si, César pediu que atribuíssem aquilo à enfermidade dele.</w:t>
      </w:r>
    </w:p>
    <w:p>
      <w:pPr>
        <w:pStyle w:val="ListBullet"/>
      </w:pPr>
      <w:r>
        <w:t>Na cena 2 do Ato II, em casa, na manhã dos Idos, resiste a Calpúrnia, que gritou três vezes em sonho que matavam César, e aos augúrios, que não acharam coração no animal sacrificado. Diz que o que o ameaçou nunca viu mais que as costas dele e que o perigo sabe que César é mais perigoso que ele, dois leões nascidos no mesmo dia, ele o mais velho e o mais terrível. Responde ao medo com a frase mais citada da peça sobre ele:</w:t>
      </w:r>
    </w:p>
    <w:p>
      <w:pPr>
        <w:pStyle w:val="ListBullet"/>
      </w:pPr>
      <w:r>
        <w:t>Cede ao pedido de Calpúrnia, que se oferece como culpada do medo, e manda Décio avisar o Senado. Décio refaz o sonho, dizendo que o sangue da estátua é o sangue novo que Roma vai beber, promete a coroa naquele dia e lembra que os senadores diriam que a sessão foi adiada até a mulher de César ter sonhos melhores, e que César tem medo. César responde que os temores de Calpúrnia parecem tolos e que tem vergonha de ter cedido, pede o manto e recebe em casa os conspiradores, a quem convida para o vinho. Pede a Cina, a Metelo e a Trebônio que fiquem perto dele, e Trebônio responde em aparte que estará tão perto que os amigos de César desejarão que estivesse longe.</w:t>
      </w:r>
    </w:p>
    <w:p>
      <w:pPr>
        <w:pStyle w:val="ListBullet"/>
      </w:pPr>
      <w:r>
        <w:t>Na cena 1 do Ato III, diante do Capitólio, o Adivinho lhe diz que os Idos chegaram mas ainda não passaram, e Artemidoro pede que leia primeiro a carta dele, porque trata do que lhe toca mais de perto. César responde que o que toca a ele mesmo será servido por último, e entra no Senado. Metelo Címber se ajoelha pelo irmão banido, e ele recusa: a adulação derrete tolos, não César, que é constante como a estrela do norte, a única sem igual no firmamento. Bruto e Cássio se juntam ao pedido, Cina e Décio insistem, e ele pergunta a Cina se quer levantar o Olimpo. Casca grita que as mãos falem por ele e dá o primeiro golpe no pescoço, os outros o cercam, e o último é de Bruto. César, ao ver o amigo, diz a frase em latim e cai: "então cai, César".</w:t>
      </w:r>
    </w:p>
    <w:p>
      <w:pPr>
        <w:pStyle w:val="ListBullet"/>
      </w:pPr>
      <w:r>
        <w:t>Morto, não sai da peça. Na cena 2 do Ato III, o corpo e o manto furado são o argumento de Antônio diante do povo. Na cena 3 do Ato IV, aparece como espectro a Bruto, na tenda, diz ser o mau espírito dele e promete que o verá em Filipos. Na cena 3 do Ato V, Cássio morre com a espada que atravessou César e diz que ele está vingado, e Bruto exclama, ao ver os corpos de Cássio e de Titínio:</w:t>
      </w:r>
    </w:p>
    <w:p>
      <w:pPr>
        <w:pStyle w:val="ListBullet"/>
      </w:pPr>
      <w:r>
        <w:t>Na cena 5 do Ato V, Bruto conta a Volúmnio que o espectro lhe apareceu duas vezes, em Sardes e em Filipos, e, ao se lançar sobre a espada, pede a César que descanse.</w:t>
      </w:r>
    </w:p>
    <w:p>
      <w:r>
        <w:rPr>
          <w:b/>
          <w:color w:val="7C2416"/>
        </w:rPr>
        <w:t xml:space="preserve">P5  </w:t>
      </w:r>
      <w:r>
        <w:rPr>
          <w:b/>
        </w:rPr>
        <w:t>Pórcia</w:t>
      </w:r>
    </w:p>
    <w:p>
      <w:r>
        <w:t>Pórcia é a esposa de Bruto e a filha de Catão, e é assim que se apresenta quando exige saber o segredo do marido: mulher, mas mulher de linhagem e de provas dadas. Fala em duas cenas, na madrugada dos Idos e na manhã em que espera notícias do Capitólio, e depois é a morte que Bruto conta a Cássio na tenda.</w:t>
      </w:r>
    </w:p>
    <w:p>
      <w:pPr>
        <w:pStyle w:val="ListBullet"/>
      </w:pPr>
      <w:r>
        <w:t>Na cena 1 do Ato II, sai da cama atrás de Bruto, no pomar, depois que os conspiradores se foram, e lembra que ele se levantou do jantar na véspera, deu olhares ásperos, não respondeu e a mandou embora com um gesto. Pergunta qual é a doença que ele esconde e ajoelha-se: pelo voto que os fez um, ela quer saber quem são os homens que o visitaram de rosto escondido. Pergunta se, no casamento, está excluída dos segredos, e diz que, se for só isso, é a meretriz de Bruto, não a esposa. Quando ele responde que ela é a esposa honrada, retruca que, se fosse, saberia o segredo. Afirma que é mulher, mas mulher de Bruto, e filha de Catão, e prova a constância com uma ferida que deu a si mesma na coxa. Bruto pede aos deuses que o façam digno dessa mulher, promete contar tudo e manda que ela entre.</w:t>
      </w:r>
    </w:p>
    <w:p>
      <w:pPr>
        <w:pStyle w:val="ListBullet"/>
      </w:pPr>
      <w:r>
        <w:t>Na cena 4 do Ato II, na manhã dos Idos, manda Lúcio ao Senado ver como está Bruto, mas quase deixa escapar o motivo da aflição. Diz, em aparte, que tem a mente de um homem, mas a força de uma mulher, e que é difícil a mulheres guardar segredo:</w:t>
      </w:r>
    </w:p>
    <w:p>
      <w:pPr>
        <w:pStyle w:val="ListBullet"/>
      </w:pPr>
      <w:r>
        <w:t>Interroga o Adivinho, que quer avisar César e teme ser esmagado pela multidão, e reza pelo êxito do marido. Sozinha, sente-se desfalecer e manda Lúcio de volta, com a ordem de trazer notícias.</w:t>
      </w:r>
    </w:p>
    <w:p>
      <w:pPr>
        <w:pStyle w:val="ListBullet"/>
      </w:pPr>
      <w:r>
        <w:t>Na cena 3 do Ato IV, Bruto diz a Cássio que ela morreu: impaciente com a ausência dele e aflita com a notícia de que Otávio e Antônio tinham ficado fortes, enlouqueceu e, sem ninguém por perto, engoliu fogo. Cássio se espanta e Bruto pede que não se fale mais dela. Pouco depois, ao ouvir de Messala a confirmação, aceita a perda como um romano.</w:t>
      </w:r>
    </w:p>
    <w:p>
      <w:r>
        <w:rPr>
          <w:b/>
          <w:color w:val="7C2416"/>
        </w:rPr>
        <w:t xml:space="preserve">P6  </w:t>
      </w:r>
      <w:r>
        <w:rPr>
          <w:b/>
        </w:rPr>
        <w:t>Calpúrnia</w:t>
      </w:r>
    </w:p>
    <w:p>
      <w:r>
        <w:t>Calpúrnia é a esposa de Júlio César, e é dela a tentativa de impedi-lo de ir ao Capitólio nos Idos de Março. Gritou em sonho, três vezes, que matavam César, e conta a ele os prodígios da noite. Na procissão das Lupercais, é a ela que César dirige a primeira ordem: ficar no caminho de Antônio, para ser tocada e deixar a esterilidade.</w:t>
      </w:r>
    </w:p>
    <w:p>
      <w:pPr>
        <w:pStyle w:val="ListBullet"/>
      </w:pPr>
      <w:r>
        <w:t>Na cena 2 do Ato I, na procissão das Lupercais, César a manda ficar no caminho de Marco Antônio na corrida, para que ele a toque e ela perca a maldição da esterilidade, porque assim dizem os velhos. Quando o cortejo volta, Bruto nota que a face dela está pálida.</w:t>
      </w:r>
    </w:p>
    <w:p>
      <w:pPr>
        <w:pStyle w:val="ListBullet"/>
      </w:pPr>
      <w:r>
        <w:t>Na cena 2 do Ato II, na manhã dos Idos, diz a César que ele não sairá de casa naquele dia. Ela, que nunca se prendeu a cerimônias, agora tem medo: conta que uma leoa pariu nas ruas, que túmulos se abriram e devolveram os mortos, que guerreiros em chamas lutaram nas nuvens e que a chuva sobre o Capitólio era de sangue. Diz que, quando morrem mendigos, não se veem cometas, e que os próprios céus anunciam a morte de príncipes. César responde que os covardes morrem muitas vezes, e que a morte vem quando vem. Ela volta ao argumento: a sabedoria dele está consumida pela confiança. Ajoelha-se e pede que ele chame o medo de dela, e não dele, e que mandem Antônio ao Senado para dizer que César está doente. César cede, mas, quando Décio chega, mantém a recusa só pela vontade e só depois diz a razão: ela sonhou com a estátua dele, jorrando sangue por cem bicas, e muitos romanos sorrindo se lavavam nele. Calpúrnia insiste em que ele diga que está doente, e César responde que não mandará uma mentira. Décio refaz o sonho, e ela não fala mais. César, envergonhado de ter cedido, pede o manto.</w:t>
      </w:r>
    </w:p>
    <w:p>
      <w:pPr>
        <w:pStyle w:val="Heading1"/>
      </w:pPr>
      <w:r>
        <w:rPr>
          <w:color w:val="7C2416"/>
        </w:rPr>
        <w:t>Temas</w:t>
      </w:r>
    </w:p>
    <w:p>
      <w:r>
        <w:rPr>
          <w:b/>
          <w:color w:val="7C2416"/>
        </w:rPr>
        <w:t xml:space="preserve">T1  </w:t>
      </w:r>
      <w:r>
        <w:rPr>
          <w:b/>
        </w:rPr>
        <w:t>Poder</w:t>
      </w:r>
    </w:p>
    <w:p>
      <w:r>
        <w:t>as penas cortadas da asa de César na cena 1 do Ato I, o ovo da serpente na cena 1 do Ato II e o burro que carrega ouro na cena 1 do Ato IV. Aparece em: Ato I: O triunfo e a sedução de Bruto; Ato II: A conspiração e a manhã dos Idos; Ato III: O assassinato e o Fórum; Ato IV: A discórdia no acampamento; Ato V: Filipos e a morte de Bruto.</w:t>
      </w:r>
    </w:p>
    <w:p>
      <w:r>
        <w:rPr>
          <w:b/>
          <w:color w:val="7C2416"/>
        </w:rPr>
        <w:t xml:space="preserve">T2  </w:t>
      </w:r>
      <w:r>
        <w:rPr>
          <w:b/>
        </w:rPr>
        <w:t>Política</w:t>
      </w:r>
    </w:p>
    <w:p>
      <w:r>
        <w:t>a multidão dispersada pelos tribunos na cena 1 do Ato I, os dois discursos no Fórum na cena 2 do Ato III e a lista dos condenados na cena 1 do Ato IV. Aparece em: Ato I: O triunfo e a sedução de Bruto; Ato II: A conspiração e a manhã dos Idos; Ato III: O assassinato e o Fórum; Ato IV: A discórdia no acampamento.</w:t>
      </w:r>
    </w:p>
    <w:p>
      <w:r>
        <w:rPr>
          <w:b/>
          <w:color w:val="7C2416"/>
        </w:rPr>
        <w:t xml:space="preserve">T3  </w:t>
      </w:r>
      <w:r>
        <w:rPr>
          <w:b/>
        </w:rPr>
        <w:t>Lealdade e traição</w:t>
      </w:r>
    </w:p>
    <w:p>
      <w:r>
        <w:t>Cássio trabalhando Bruto na cena 2 do Ato I, o golpe no Capitólio na cena 1 do Ato III e a briga na tenda na cena 3 do Ato IV. Aparece em: Ato I: O triunfo e a sedução de Bruto; Ato II: A conspiração e a manhã dos Idos; Ato III: O assassinato e o Fórum; Ato IV: A discórdia no acampamento; Ato V: Filipos e a morte de Bruto.</w:t>
      </w:r>
    </w:p>
    <w:p>
      <w:r>
        <w:rPr>
          <w:b/>
          <w:color w:val="7C2416"/>
        </w:rPr>
        <w:t xml:space="preserve">T4  </w:t>
      </w:r>
      <w:r>
        <w:rPr>
          <w:b/>
        </w:rPr>
        <w:t>Honra e reputação</w:t>
      </w:r>
    </w:p>
    <w:p>
      <w:r>
        <w:t>o juramento recusado na cena 1 do Ato II, o Bruto honrado de Antônio na cena 2 do Ato III e o elogio ao morto na cena 5 do Ato V. Aparece em: Ato I: O triunfo e a sedução de Bruto; Ato II: A conspiração e a manhã dos Idos; Ato III: O assassinato e o Fórum; Ato IV: A discórdia no acampamento; Ato V: Filipos e a morte de Bruto.</w:t>
      </w:r>
    </w:p>
    <w:p>
      <w:r>
        <w:rPr>
          <w:b/>
          <w:color w:val="7C2416"/>
        </w:rPr>
        <w:t xml:space="preserve">T5  </w:t>
      </w:r>
      <w:r>
        <w:rPr>
          <w:b/>
        </w:rPr>
        <w:t>Destino e livre-arbítrio</w:t>
      </w:r>
    </w:p>
    <w:p>
      <w:r>
        <w:t>as estrelas e os subalternos na cena 2 do Ato I, os augúrios na cena 2 do Ato II e o espírito de César na cena 3 do Ato V. Aparece em: Ato I: O triunfo e a sedução de Bruto; Ato II: A conspiração e a manhã dos Idos; Ato IV: A discórdia no acampamento; Ato V: Filipos e a morte de Bruto.</w:t>
      </w:r>
    </w:p>
    <w:p>
      <w:r>
        <w:rPr>
          <w:b/>
          <w:color w:val="7C2416"/>
        </w:rPr>
        <w:t xml:space="preserve">T6  </w:t>
      </w:r>
      <w:r>
        <w:rPr>
          <w:b/>
        </w:rPr>
        <w:t>Linguagem e narração</w:t>
      </w:r>
    </w:p>
    <w:p>
      <w:r>
        <w:t>a coroa contada por Casca na cena 2 do Ato I, os dois discursos na cena 2 do Ato III e o poeta morto pelo nome na cena 3 do Ato III. Aparece em: Ato II: A conspiração e a manhã dos Idos; Ato III: O assassinato e o Fórum.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