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7C2416"/>
        </w:rPr>
        <w:t>Júlio César</w:t>
      </w:r>
    </w:p>
    <w:p>
      <w:r>
        <w:rPr>
          <w:i/>
        </w:rPr>
        <w:t>William Shakespeare · Caderno de estudos, folha do aluno · Clavis Libri</w:t>
      </w:r>
    </w:p>
    <w:p>
      <w:r>
        <w:t>Nome: ______________________________   Turma: __________   Data: ___/___/______</w:t>
      </w:r>
    </w:p>
    <w:p>
      <w:pPr>
        <w:pStyle w:val="Heading1"/>
      </w:pPr>
      <w:r>
        <w:rPr>
          <w:color w:val="7C2416"/>
        </w:rPr>
        <w:t>Como usar</w:t>
      </w:r>
    </w:p>
    <w:p>
      <w:r>
        <w:t>Leia os capítulos da semana e depois responda à seção dela. As perguntas "para discutir" não têm resposta certa: servem para pensar e conversar.</w:t>
      </w:r>
    </w:p>
    <w:p>
      <w:r>
        <w:br w:type="page"/>
      </w:r>
    </w:p>
    <w:p>
      <w:pPr>
        <w:pStyle w:val="Heading1"/>
      </w:pPr>
      <w:r>
        <w:rPr>
          <w:color w:val="7C2416"/>
        </w:rPr>
        <w:t>Semana 1</w:t>
      </w:r>
    </w:p>
    <w:p>
      <w:r>
        <w:rPr>
          <w:color w:val="6E6B3D"/>
        </w:rPr>
        <w:t>Ato I: O triunfo e a sedução de Bruto a Ato III: O assassinato e o Fórum</w:t>
      </w:r>
    </w:p>
    <w:p>
      <w:r>
        <w:rPr>
          <w:i/>
        </w:rPr>
        <w:t>Ao ler, observe: Repare em como Cássio convence Bruto, e no que Bruto diz a si mesmo para agir.</w:t>
      </w:r>
    </w:p>
    <w:p>
      <w:r>
        <w:rPr>
          <w:b/>
          <w:color w:val="7C2416"/>
        </w:rPr>
        <w:t xml:space="preserve">1.1  </w:t>
      </w:r>
      <w:r>
        <w:rPr>
          <w:b/>
        </w:rPr>
        <w:t>O que aconteceu nesta semana? Conte com as suas palavras, na ordem dos acontecimentos.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1.2  </w:t>
      </w:r>
      <w:r>
        <w:rPr>
          <w:b/>
        </w:rPr>
        <w:t>Quais destes temas aparecem nos capítulos da semana? Marque.</w:t>
      </w:r>
    </w:p>
    <w:p>
      <w:r>
        <w:t>☐ Poder    ☐ Política    ☐ Lealdade e traição    ☐ Honra e reputação    ☐ Destino e livre-arbítrio    ☐ Linguagem e narração</w:t>
      </w:r>
    </w:p>
    <w:p>
      <w:r>
        <w:rPr>
          <w:b/>
          <w:color w:val="7C2416"/>
        </w:rPr>
        <w:t xml:space="preserve">1.3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…estas penas que crescem, arrancadas da asa de César, o farão voar numa altura comum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1.4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…não importa, o nome dele é Cina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1.5  </w:t>
      </w:r>
      <w:r>
        <w:rPr>
          <w:b/>
        </w:rPr>
        <w:t>Na primeira cena, os tribunos Marulo e Flávio expulsam das ruas os artesãos que festejam o triunfo de César. O que Marulo lhes censura?</w:t>
      </w:r>
      <w:r>
        <w:rPr>
          <w:color w:val="6E6B3D"/>
          <w:sz w:val="17"/>
        </w:rPr>
        <w:t xml:space="preserve">  (Ato I: O triunfo e a sedução de Bruto)</w:t>
      </w:r>
    </w:p>
    <w:p>
      <w:pPr>
        <w:ind w:left="340"/>
      </w:pPr>
      <w:r>
        <w:t>A)  Pedem pão a César em vez de trabalharem para ganhá-lo, e fazem das ruas um mercado de favores</w:t>
      </w:r>
    </w:p>
    <w:p>
      <w:pPr>
        <w:ind w:left="340"/>
      </w:pPr>
      <w:r>
        <w:t>B)  Aclamam César por ter vencido Pompeu, sem saber que o Senado ainda não aprovou esse triunfo em Roma, como a lei exige</w:t>
      </w:r>
    </w:p>
    <w:p>
      <w:pPr>
        <w:ind w:left="340"/>
      </w:pPr>
      <w:r>
        <w:t>C)  Esqueceram Pompeu, a quem aclamavam antes, e agora espalham flores no caminho de quem triunfa sobre o sangue dele</w:t>
      </w:r>
    </w:p>
    <w:p>
      <w:pPr>
        <w:ind w:left="340"/>
      </w:pPr>
      <w:r>
        <w:t>D)  Zombam dos tribunos e recusam voltar para casa quando a festa das Lupercais termina e o povo se dispersa</w:t>
      </w:r>
    </w:p>
    <w:p>
      <w:r>
        <w:rPr>
          <w:b/>
          <w:color w:val="7C2416"/>
        </w:rPr>
        <w:t xml:space="preserve">1.6  </w:t>
      </w:r>
      <w:r>
        <w:rPr>
          <w:b/>
        </w:rPr>
        <w:t>Casca conta que os senadores pretendem coroar César no dia seguinte. O que Cássio diz que fará diante da ameaça de servidão?</w:t>
      </w:r>
      <w:r>
        <w:rPr>
          <w:color w:val="6E6B3D"/>
          <w:sz w:val="17"/>
        </w:rPr>
        <w:t xml:space="preserve">  (Ato I: O triunfo e a sedução de Bruto)</w:t>
      </w:r>
    </w:p>
    <w:p>
      <w:pPr>
        <w:ind w:left="340"/>
      </w:pPr>
      <w:r>
        <w:t>A)  Usará o punhal: Cássio livrará Cássio da servidão, porque quem quiser pode se libertar com as próprias mãos</w:t>
      </w:r>
    </w:p>
    <w:p>
      <w:pPr>
        <w:ind w:left="340"/>
      </w:pPr>
      <w:r>
        <w:t>B)  Deixará Roma e se juntará aos exércitos de Pompeu que ainda resistem a César em terras distantes</w:t>
      </w:r>
    </w:p>
    <w:p>
      <w:pPr>
        <w:ind w:left="340"/>
      </w:pPr>
      <w:r>
        <w:t>C)  Pedirá a Cícero que fale ao Senado e o convença a negar a coroa antes que César chegue ao Capitólio na manhã seguinte</w:t>
      </w:r>
    </w:p>
    <w:p>
      <w:pPr>
        <w:ind w:left="340"/>
      </w:pPr>
      <w:r>
        <w:t>D)  Aceitará a servidão e esperará que a idade e as doenças de César façam o trabalho no tempo devido</w:t>
      </w:r>
    </w:p>
    <w:p>
      <w:r>
        <w:rPr>
          <w:b/>
          <w:color w:val="7C2416"/>
        </w:rPr>
        <w:t xml:space="preserve">1.7  </w:t>
      </w:r>
      <w:r>
        <w:rPr>
          <w:b/>
        </w:rPr>
        <w:t>Sozinho no pomar, antes de os conspiradores chegarem, Bruto decide que César deve morrer. Que razão ele dá?</w:t>
      </w:r>
      <w:r>
        <w:rPr>
          <w:color w:val="6E6B3D"/>
          <w:sz w:val="17"/>
        </w:rPr>
        <w:t xml:space="preserve">  (Ato II: A conspiração e a manhã dos Idos)</w:t>
      </w:r>
    </w:p>
    <w:p>
      <w:pPr>
        <w:ind w:left="340"/>
      </w:pPr>
      <w:r>
        <w:t>A)  Tem uma ofensa pessoal a vingar, pois César preteriu os Brutos em favor de Antônio</w:t>
      </w:r>
    </w:p>
    <w:p>
      <w:pPr>
        <w:ind w:left="340"/>
      </w:pPr>
      <w:r>
        <w:t>B)  Não tem causa pessoal contra César, mas teme o que a coroa possa fazer à natureza dele</w:t>
      </w:r>
    </w:p>
    <w:p>
      <w:pPr>
        <w:ind w:left="340"/>
      </w:pPr>
      <w:r>
        <w:t>C)  Sabe que César já planeja matar Cássio e os outros nobres assim que for coroado</w:t>
      </w:r>
    </w:p>
    <w:p>
      <w:pPr>
        <w:ind w:left="340"/>
      </w:pPr>
      <w:r>
        <w:t>D)  Acredita que o povo de Roma já decidiu coroar César e só o Senado ainda hesita</w:t>
      </w:r>
    </w:p>
    <w:p>
      <w:r>
        <w:rPr>
          <w:b/>
          <w:color w:val="7C2416"/>
        </w:rPr>
        <w:t xml:space="preserve">1.8  </w:t>
      </w:r>
      <w:r>
        <w:rPr>
          <w:b/>
        </w:rPr>
        <w:t>Pórcia, sozinha, quase deixa escapar o segredo de Bruto diante de Lúcio. Como ela descreve a si mesma?</w:t>
      </w:r>
      <w:r>
        <w:rPr>
          <w:color w:val="6E6B3D"/>
          <w:sz w:val="17"/>
        </w:rPr>
        <w:t xml:space="preserve">  (Ato II: A conspiração e a manhã dos Idos)</w:t>
      </w:r>
    </w:p>
    <w:p>
      <w:pPr>
        <w:ind w:left="340"/>
      </w:pPr>
      <w:r>
        <w:t>A)  Com a coragem de um soldado e a paciência de uma esposa romana</w:t>
      </w:r>
    </w:p>
    <w:p>
      <w:pPr>
        <w:ind w:left="340"/>
      </w:pPr>
      <w:r>
        <w:t>B)  Com a mente de uma mulher, mas com a firmeza de um homem de armas</w:t>
      </w:r>
    </w:p>
    <w:p>
      <w:pPr>
        <w:ind w:left="340"/>
      </w:pPr>
      <w:r>
        <w:t>C)  Com a mente de um homem, mas com a força de uma mulher</w:t>
      </w:r>
    </w:p>
    <w:p>
      <w:pPr>
        <w:ind w:left="340"/>
      </w:pPr>
      <w:r>
        <w:t>D)  Com a força de uma filha de Catão e a fraqueza de uma esposa abandonada</w:t>
      </w:r>
    </w:p>
    <w:p>
      <w:r>
        <w:rPr>
          <w:b/>
          <w:color w:val="7C2416"/>
        </w:rPr>
        <w:t xml:space="preserve">1.9  </w:t>
      </w:r>
      <w:r>
        <w:rPr>
          <w:b/>
        </w:rPr>
        <w:t>Diante do Capitólio, Artemidoro insiste que César leia primeiro o bilhete dele, pois toca César mais de perto. O que César responde?</w:t>
      </w:r>
      <w:r>
        <w:rPr>
          <w:color w:val="6E6B3D"/>
          <w:sz w:val="17"/>
        </w:rPr>
        <w:t xml:space="preserve">  (Ato III: O assassinato e o Fórum)</w:t>
      </w:r>
    </w:p>
    <w:p>
      <w:pPr>
        <w:ind w:left="340"/>
      </w:pPr>
      <w:r>
        <w:t>A)  Que o que toca a ele mesmo será o último a ser atendido</w:t>
      </w:r>
    </w:p>
    <w:p>
      <w:pPr>
        <w:ind w:left="340"/>
      </w:pPr>
      <w:r>
        <w:t>B)  Que lerá o bilhete assim que entrar no Senado, antes de qualquer outro pedido</w:t>
      </w:r>
    </w:p>
    <w:p>
      <w:pPr>
        <w:ind w:left="340"/>
      </w:pPr>
      <w:r>
        <w:t>C)  Que o bilhete deve ser entregue a Antônio, que cuida dos assuntos dele</w:t>
      </w:r>
    </w:p>
    <w:p>
      <w:pPr>
        <w:ind w:left="340"/>
      </w:pPr>
      <w:r>
        <w:t>D)  Que um bilhete lido na rua é uma ofensa, e manda prender Artemidoro</w:t>
      </w:r>
    </w:p>
    <w:p>
      <w:r>
        <w:rPr>
          <w:b/>
          <w:color w:val="7C2416"/>
        </w:rPr>
        <w:t xml:space="preserve">1.10  </w:t>
      </w:r>
      <w:r>
        <w:rPr>
          <w:b/>
        </w:rPr>
        <w:t>Para discutir.</w:t>
      </w:r>
      <w:r>
        <w:rPr>
          <w:color w:val="6E6B3D"/>
          <w:sz w:val="17"/>
        </w:rPr>
        <w:t xml:space="preserve">  (Ato I: O triunfo e a sedução de Bruto)</w:t>
      </w:r>
    </w:p>
    <w:p>
      <w:r>
        <w:t>Bruto diz amar César e, ao mesmo tempo, teme que o povo o faça rei. O que a conversa com Cássio faz com esse temor?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1.11  </w:t>
      </w:r>
      <w:r>
        <w:rPr>
          <w:b/>
        </w:rPr>
        <w:t>Para discutir.</w:t>
      </w:r>
      <w:r>
        <w:rPr>
          <w:color w:val="6E6B3D"/>
          <w:sz w:val="17"/>
        </w:rPr>
        <w:t xml:space="preserve">  (Ato III: O assassinato e o Fórum)</w:t>
      </w:r>
    </w:p>
    <w:p>
      <w:r>
        <w:t>Bruto e Antônio falam à mesma multidão em poucos minutos e obtêm reações opostas. O que cada um pede ao povo que faça com o que ouve?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1.12  </w:t>
      </w:r>
      <w:r>
        <w:rPr>
          <w:b/>
        </w:rPr>
        <w:t>E você? É possível fazer algo errado por um bom motivo?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Semana 2</w:t>
      </w:r>
    </w:p>
    <w:p>
      <w:r>
        <w:rPr>
          <w:color w:val="6E6B3D"/>
        </w:rPr>
        <w:t>Ato IV: A discórdia no acampamento a Ato V: Filipos e a morte de Bruto</w:t>
      </w:r>
    </w:p>
    <w:p>
      <w:r>
        <w:rPr>
          <w:i/>
        </w:rPr>
        <w:t>Ao ler, observe: Repare em como os aliados de ontem passam a desconfiar uns dos outros.</w:t>
      </w:r>
    </w:p>
    <w:p>
      <w:r>
        <w:rPr>
          <w:b/>
          <w:color w:val="7C2416"/>
        </w:rPr>
        <w:t xml:space="preserve">2.1  </w:t>
      </w:r>
      <w:r>
        <w:rPr>
          <w:b/>
        </w:rPr>
        <w:t>O que aconteceu nesta semana? Conte com as suas palavras, na ordem dos acontecimentos.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2.2  </w:t>
      </w:r>
      <w:r>
        <w:rPr>
          <w:b/>
        </w:rPr>
        <w:t>Quais destes temas aparecem nos capítulos da semana? Marque.</w:t>
      </w:r>
    </w:p>
    <w:p>
      <w:r>
        <w:t>☐ Poder    ☐ Política    ☐ Lealdade e traição    ☐ Honra e reputação    ☐ Destino e livre-arbítrio    ☐ Linguagem e narração</w:t>
      </w:r>
    </w:p>
    <w:p>
      <w:r>
        <w:rPr>
          <w:b/>
          <w:color w:val="7C2416"/>
        </w:rPr>
        <w:t xml:space="preserve">2.3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…ele apenas carregará essas honras como o burro carrega ouro, para gemer e suar sob o serviço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2.4  </w:t>
      </w:r>
      <w:r>
        <w:rPr>
          <w:b/>
        </w:rPr>
        <w:t>Quem diz (ou pensa) esta passagem, em que situação, e o que ela revela?</w:t>
      </w:r>
    </w:p>
    <w:p>
      <w:pPr>
        <w:ind w:left="454"/>
      </w:pPr>
      <w:r>
        <w:rPr>
          <w:i/>
        </w:rPr>
        <w:t>…este foi o mais nobre dos romanos. Todos os conspiradores, menos ele, fizeram o que fizeram por inveja do grande César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2.5  </w:t>
      </w:r>
      <w:r>
        <w:rPr>
          <w:b/>
        </w:rPr>
        <w:t>Em Roma, Antônio, Otávio e Lépido marcam os nomes de quem deve morrer. Que troca de vidas Lépido e Antônio aceitam fazer?</w:t>
      </w:r>
      <w:r>
        <w:rPr>
          <w:color w:val="6E6B3D"/>
          <w:sz w:val="17"/>
        </w:rPr>
        <w:t xml:space="preserve">  (Ato IV: A discórdia no acampamento)</w:t>
      </w:r>
    </w:p>
    <w:p>
      <w:pPr>
        <w:ind w:left="340"/>
      </w:pPr>
      <w:r>
        <w:t>A)  Lépido consente na morte de um irmão de Antônio, e exige a de um parente de Otávio</w:t>
      </w:r>
    </w:p>
    <w:p>
      <w:pPr>
        <w:ind w:left="340"/>
      </w:pPr>
      <w:r>
        <w:t>B)  Antônio consente na morte do próprio sobrinho, e exige que Lépido entregue o testamento</w:t>
      </w:r>
    </w:p>
    <w:p>
      <w:pPr>
        <w:ind w:left="340"/>
      </w:pPr>
      <w:r>
        <w:t>C)  Lépido consente na morte do próprio irmão, e exige em troca a de Públio, sobrinho de Antônio</w:t>
      </w:r>
    </w:p>
    <w:p>
      <w:pPr>
        <w:ind w:left="340"/>
      </w:pPr>
      <w:r>
        <w:t>D)  Otávio consente na morte de um tio, e exige que Lépido e Antônio cedam o comando</w:t>
      </w:r>
    </w:p>
    <w:p>
      <w:r>
        <w:rPr>
          <w:b/>
          <w:color w:val="7C2416"/>
        </w:rPr>
        <w:t xml:space="preserve">2.6  </w:t>
      </w:r>
      <w:r>
        <w:rPr>
          <w:b/>
        </w:rPr>
        <w:t>Bruto acusa Cássio e lembra que César sangrou por justiça. De que Bruto o acusa?</w:t>
      </w:r>
      <w:r>
        <w:rPr>
          <w:color w:val="6E6B3D"/>
          <w:sz w:val="17"/>
        </w:rPr>
        <w:t xml:space="preserve">  (Ato IV: A discórdia no acampamento)</w:t>
      </w:r>
    </w:p>
    <w:p>
      <w:pPr>
        <w:ind w:left="340"/>
      </w:pPr>
      <w:r>
        <w:t>A)  De ter medo de Antônio e de Otávio e de querer fugir antes da batalha de Filipos</w:t>
      </w:r>
    </w:p>
    <w:p>
      <w:pPr>
        <w:ind w:left="340"/>
      </w:pPr>
      <w:r>
        <w:t>B)  De ter organizado a morte de César por inveja e agora querer tomar o poder de Roma</w:t>
      </w:r>
    </w:p>
    <w:p>
      <w:pPr>
        <w:ind w:left="340"/>
      </w:pPr>
      <w:r>
        <w:t>C)  De ter a palma coçando: de vender cargos por ouro a quem não os merece</w:t>
      </w:r>
    </w:p>
    <w:p>
      <w:pPr>
        <w:ind w:left="340"/>
      </w:pPr>
      <w:r>
        <w:t>D)  De ter retido as cartas de Bruto e de tê-lo deixado sem notícias do exército inimigo</w:t>
      </w:r>
    </w:p>
    <w:p>
      <w:r>
        <w:rPr>
          <w:b/>
          <w:color w:val="7C2416"/>
        </w:rPr>
        <w:t xml:space="preserve">2.7  </w:t>
      </w:r>
      <w:r>
        <w:rPr>
          <w:b/>
        </w:rPr>
        <w:t>Com os criados dormindo, Bruto vê um espectro na tenda. O que ele diz a Bruto?</w:t>
      </w:r>
      <w:r>
        <w:rPr>
          <w:color w:val="6E6B3D"/>
          <w:sz w:val="17"/>
        </w:rPr>
        <w:t xml:space="preserve">  (Ato IV: A discórdia no acampamento)</w:t>
      </w:r>
    </w:p>
    <w:p>
      <w:pPr>
        <w:ind w:left="340"/>
      </w:pPr>
      <w:r>
        <w:t>A)  Que é o fantasma de Cássio e que Bruto não voltará vivo de Filipos</w:t>
      </w:r>
    </w:p>
    <w:p>
      <w:pPr>
        <w:ind w:left="340"/>
      </w:pPr>
      <w:r>
        <w:t>B)  Que é o mau espírito dele e que Bruto o verá em Filipos</w:t>
      </w:r>
    </w:p>
    <w:p>
      <w:pPr>
        <w:ind w:left="340"/>
      </w:pPr>
      <w:r>
        <w:t>C)  Que é o espírito de Pórcia e que Bruto não deve marchar contra Antônio</w:t>
      </w:r>
    </w:p>
    <w:p>
      <w:pPr>
        <w:ind w:left="340"/>
      </w:pPr>
      <w:r>
        <w:t>D)  Que é o fantasma de Pompeu e que a vingança dele ainda não está completa</w:t>
      </w:r>
    </w:p>
    <w:p>
      <w:r>
        <w:rPr>
          <w:b/>
          <w:color w:val="7C2416"/>
        </w:rPr>
        <w:t xml:space="preserve">2.8  </w:t>
      </w:r>
      <w:r>
        <w:rPr>
          <w:b/>
        </w:rPr>
        <w:t>Nas planícies de Filipos, Cássio confessa a Messala que passou a dar crédito aos presságios. Que sinal o abala?</w:t>
      </w:r>
      <w:r>
        <w:rPr>
          <w:color w:val="6E6B3D"/>
          <w:sz w:val="17"/>
        </w:rPr>
        <w:t xml:space="preserve">  (Ato V: Filipos e a morte de Bruto)</w:t>
      </w:r>
    </w:p>
    <w:p>
      <w:pPr>
        <w:ind w:left="340"/>
      </w:pPr>
      <w:r>
        <w:t>A)  Um cometa cruzou o céu na noite anterior e os adivinhos juraram que ele anunciava a morte de um general</w:t>
      </w:r>
    </w:p>
    <w:p>
      <w:pPr>
        <w:ind w:left="340"/>
      </w:pPr>
      <w:r>
        <w:t>B)  As águias do exército foram capturadas por Otávio, e agora seus soldados as trazem à frente da legião</w:t>
      </w:r>
    </w:p>
    <w:p>
      <w:pPr>
        <w:ind w:left="340"/>
      </w:pPr>
      <w:r>
        <w:t>C)  Um raio caiu sobre a tenda de Bruto durante a noite e abateu o estandarte do exército sob o comando de Cássio</w:t>
      </w:r>
    </w:p>
    <w:p>
      <w:pPr>
        <w:ind w:left="340"/>
      </w:pPr>
      <w:r>
        <w:t>D)  As águias que acompanhavam o exército desde Sardes sumiram, e corvos, gralhas e milhafres sobrevoam os soldados</w:t>
      </w:r>
    </w:p>
    <w:p>
      <w:r>
        <w:rPr>
          <w:b/>
          <w:color w:val="7C2416"/>
        </w:rPr>
        <w:t xml:space="preserve">2.9  </w:t>
      </w:r>
      <w:r>
        <w:rPr>
          <w:b/>
        </w:rPr>
        <w:t>Diante do corpo de Bruto, Antônio faz um elogio. O que ele diz dos outros conspiradores e de Bruto?</w:t>
      </w:r>
      <w:r>
        <w:rPr>
          <w:color w:val="6E6B3D"/>
          <w:sz w:val="17"/>
        </w:rPr>
        <w:t xml:space="preserve">  (Ato V: Filipos e a morte de Bruto)</w:t>
      </w:r>
    </w:p>
    <w:p>
      <w:pPr>
        <w:ind w:left="340"/>
      </w:pPr>
      <w:r>
        <w:t>A)  Que todos agiram com igual honra e que nenhum deles pode ser acusado de ter agido por inveja</w:t>
      </w:r>
    </w:p>
    <w:p>
      <w:pPr>
        <w:ind w:left="340"/>
      </w:pPr>
      <w:r>
        <w:t>B)  Que os outros agiram pelo bem comum, e só Bruto agiu por inveja, em nome do próprio orgulho</w:t>
      </w:r>
    </w:p>
    <w:p>
      <w:pPr>
        <w:ind w:left="340"/>
      </w:pPr>
      <w:r>
        <w:t>C)  Que os outros agiram por inveja do grande César, e só Bruto agiu em honesto pensamento e pelo bem comum</w:t>
      </w:r>
    </w:p>
    <w:p>
      <w:pPr>
        <w:ind w:left="340"/>
      </w:pPr>
      <w:r>
        <w:t>D)  Que os outros agiram por medo da tirania, e só Bruto agiu por ambição, querendo tomar o lugar de César</w:t>
      </w:r>
    </w:p>
    <w:p>
      <w:r>
        <w:rPr>
          <w:b/>
          <w:color w:val="7C2416"/>
        </w:rPr>
        <w:t xml:space="preserve">2.10  </w:t>
      </w:r>
      <w:r>
        <w:rPr>
          <w:b/>
        </w:rPr>
        <w:t>Para discutir.</w:t>
      </w:r>
      <w:r>
        <w:rPr>
          <w:color w:val="6E6B3D"/>
          <w:sz w:val="17"/>
        </w:rPr>
        <w:t xml:space="preserve">  (Ato IV: A discórdia no acampamento)</w:t>
      </w:r>
    </w:p>
    <w:p>
      <w:r>
        <w:t>O que a conversa sobre Lépido mostra do modo como esses três pretendem dividir o poder entre si?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2.11  </w:t>
      </w:r>
      <w:r>
        <w:rPr>
          <w:b/>
        </w:rPr>
        <w:t>Para discutir.</w:t>
      </w:r>
      <w:r>
        <w:rPr>
          <w:color w:val="6E6B3D"/>
          <w:sz w:val="17"/>
        </w:rPr>
        <w:t xml:space="preserve">  (Ato V: Filipos e a morte de Bruto)</w:t>
      </w:r>
    </w:p>
    <w:p>
      <w:r>
        <w:t>Antônio diz que Bruto foi o único conspirador movido pelo bem comum. Com o que a peça mostrou, você concorda?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2.12  </w:t>
      </w:r>
      <w:r>
        <w:rPr>
          <w:b/>
        </w:rPr>
        <w:t>E você? O que resta de uma amizade quando a confiança se quebra?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Personagens</w:t>
      </w:r>
    </w:p>
    <w:p>
      <w:r>
        <w:t>Para cada personagem, diga quem é e como muda do começo ao fim do livro.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t>Personagem</w:t>
            </w:r>
          </w:p>
        </w:tc>
        <w:tc>
          <w:tcPr>
            <w:tcW w:type="dxa" w:w="3289"/>
          </w:tcPr>
          <w:p>
            <w:r>
              <w:t>Quem é</w:t>
            </w:r>
          </w:p>
        </w:tc>
        <w:tc>
          <w:tcPr>
            <w:tcW w:type="dxa" w:w="3289"/>
          </w:tcPr>
          <w:p>
            <w:r>
              <w:t>Como muda</w:t>
            </w:r>
          </w:p>
        </w:tc>
      </w:tr>
      <w:tr>
        <w:tc>
          <w:tcPr>
            <w:tcW w:type="dxa" w:w="3289"/>
          </w:tcPr>
          <w:p>
            <w:r>
              <w:t>P1  Bruto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3289"/>
          </w:tcPr>
          <w:p>
            <w:r>
              <w:t>P2  Cássio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3289"/>
          </w:tcPr>
          <w:p>
            <w:r>
              <w:t>P3  Marco Antônio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3289"/>
          </w:tcPr>
          <w:p>
            <w:r>
              <w:t>P4  Júlio César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3289"/>
          </w:tcPr>
          <w:p>
            <w:r>
              <w:t>P5  Pórcia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  <w:tr>
        <w:tc>
          <w:tcPr>
            <w:tcW w:type="dxa" w:w="3289"/>
          </w:tcPr>
          <w:p>
            <w:r>
              <w:t>P6  Calpúrnia</w:t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  <w:tc>
          <w:tcPr>
            <w:tcW w:type="dxa" w:w="3289"/>
          </w:tcPr>
          <w:p>
            <w:r>
              <w:br/>
              <w:br/>
              <w:br/>
              <w:br/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7C2416"/>
        </w:rPr>
        <w:t>Temas</w:t>
      </w:r>
    </w:p>
    <w:p>
      <w:r>
        <w:t>Para cada tema, anote dois ou três momentos do livro em que ele aparece e escreva, em poucas linhas, o que o livro diz sobre ele.</w:t>
      </w:r>
    </w:p>
    <w:p>
      <w:r>
        <w:rPr>
          <w:b/>
          <w:color w:val="7C2416"/>
        </w:rPr>
        <w:t xml:space="preserve">T1  </w:t>
      </w:r>
      <w:r>
        <w:rPr>
          <w:b/>
        </w:rPr>
        <w:t>Poder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T2  </w:t>
      </w:r>
      <w:r>
        <w:rPr>
          <w:b/>
        </w:rPr>
        <w:t>Política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T3  </w:t>
      </w:r>
      <w:r>
        <w:rPr>
          <w:b/>
        </w:rPr>
        <w:t>Lealdade e traição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T4  </w:t>
      </w:r>
      <w:r>
        <w:rPr>
          <w:b/>
        </w:rPr>
        <w:t>Honra e reputação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T5  </w:t>
      </w:r>
      <w:r>
        <w:rPr>
          <w:b/>
        </w:rPr>
        <w:t>Destino e livre-arbítrio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rPr>
          <w:b/>
          <w:color w:val="7C2416"/>
        </w:rPr>
        <w:t xml:space="preserve">T6  </w:t>
      </w:r>
      <w:r>
        <w:rPr>
          <w:b/>
        </w:rPr>
        <w:t>Linguagem e narração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Fechamento</w:t>
      </w:r>
    </w:p>
    <w:p>
      <w:r>
        <w:t>Perguntas sobre a obra inteira. Escolha uma e responda num texto de 20 a 30 linhas.</w:t>
      </w:r>
    </w:p>
    <w:p>
      <w:pPr>
        <w:pStyle w:val="ListBullet"/>
      </w:pPr>
      <w:r>
        <w:t>No Ato II, Bruto admite não ter motivo pessoal contra César e decide pelo que ele poderá vir a ser. É legítimo matar para impedir um mal que ainda não se consumou? O idealismo de Bruto é virtude ou cegueira? Quem move a história na peça? Em que momentos pesa mais a ação, e em que momentos a palavra? Cássio diz que a culpa não está nas estrelas, mas em nós, e depois lê a tempestade como sinal. O que a peça faz com o Fado? No Ato V, Bruto chama de covarde o suicídio de Catão e, no fim, se mata. O que a peça dá como razão?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pPr>
        <w:spacing w:after="80"/>
      </w:pPr>
      <w:r>
        <w:rPr>
          <w:color w:val="BBB2A0"/>
        </w:rP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color w:val="7C2416"/>
        </w:rPr>
        <w:t>Termos</w:t>
      </w:r>
    </w:p>
    <w:p>
      <w:r>
        <w:rPr>
          <w:b/>
          <w:color w:val="7C2416"/>
        </w:rPr>
        <w:t xml:space="preserve">Tribuno. </w:t>
      </w:r>
      <w:r>
        <w:t>Magistrado romano que representava a plebe, criado em 493 a.C. depois que os plebeus abandonaram a cidade em protesto contra as dívidas e a opressão dos patrícios. Podia vetar as ações dos outros magistrados e do Senado, e sua pessoa era intocável: quem o atacasse perdia os bens. Era um contrapeso ao poder da aristocracia.</w:t>
      </w:r>
    </w:p>
    <w:p>
      <w:r>
        <w:rPr>
          <w:b/>
          <w:color w:val="7C2416"/>
        </w:rPr>
        <w:t xml:space="preserve">Triunfo. </w:t>
      </w:r>
      <w:r>
        <w:t>Cerimônia pela qual Roma homenageava publicamente o general vitorioso numa campanha de grande êxito; só o Senado podia concedê-la. O desfile saía do Campo de Marte, passava pela Via Sacra e pelo Fórum e subia o Capitólio até o templo de Júpiter. Era a maior honra a que um romano podia aspirar.</w:t>
      </w:r>
    </w:p>
    <w:p>
      <w:r>
        <w:rPr>
          <w:b/>
          <w:color w:val="7C2416"/>
        </w:rPr>
        <w:t xml:space="preserve">Lupercais. </w:t>
      </w:r>
      <w:r>
        <w:t>Festa romana celebrada todo ano em 15 de fevereiro para purificar a cidade e promover a saúde e a fertilidade. Sacerdotes chamados lupercos sacrificavam bodes e um cão, vestiam-se com o couro dos animais e percorriam a colina chicoteando o povo, em especial as mulheres, o que se acreditava favorecer a concepção e o parto.</w:t>
      </w:r>
    </w:p>
    <w:p>
      <w:r>
        <w:rPr>
          <w:b/>
          <w:color w:val="7C2416"/>
        </w:rPr>
        <w:t xml:space="preserve">Senado. </w:t>
      </w:r>
      <w:r>
        <w:t>Assembleia formada em sua maioria por ex-magistrados, que na República Romana controlava as finanças públicas, os assuntos religiosos, a justiça e a política externa e militar. Tinha 300 membros no início da República, e Júlio César o ampliou para 900. Reunia-se em local consagrado, como a Cúria ou um templo.</w:t>
      </w:r>
    </w:p>
    <w:p>
      <w:r>
        <w:rPr>
          <w:b/>
          <w:color w:val="7C2416"/>
        </w:rPr>
        <w:t xml:space="preserve">Capitólio. </w:t>
      </w:r>
      <w:r>
        <w:t>Colina de Roma onde ficava o templo de Júpiter Ótimo Máximo, construído em 509 a.C. e quase tão grande quanto o Partenon. Era o centro religioso da cidade e símbolo de Roma, e nele terminavam os desfiles triunfais. Os romanos o viam como indestrutível, imagem da eternidade da cidade.</w:t>
      </w:r>
    </w:p>
    <w:p>
      <w:r>
        <w:rPr>
          <w:b/>
          <w:color w:val="7C2416"/>
        </w:rPr>
        <w:t xml:space="preserve">Augúrio. </w:t>
      </w:r>
      <w:r>
        <w:t>Sinal pelo qual os romanos julgavam ler a vontade dos deuses antes de decidir algo. Os áugures observavam o voo das aves, trovões e relâmpagos; os arúspices examinavam as entranhas de animais sacrificados, e a falta de um órgão importante era mau sinal. Ações políticas e militares dependiam desses sinais, que podiam suspender reuniões e eleições.</w:t>
      </w:r>
    </w:p>
    <w:p>
      <w:r>
        <w:rPr>
          <w:b/>
          <w:color w:val="7C2416"/>
        </w:rPr>
        <w:t xml:space="preserve">Fórum. </w:t>
      </w:r>
      <w:r>
        <w:t>Praça central de Roma, no vale entre as colinas Capitolina, Palatina e Quirinal, centro da vida pública da cidade. Ali se faziam cerimônias triunfais, eleições, assembleias, discursos públicos e funerais de nobres; a Rostra, tribuna dos oradores, permitia falar ao povo. Era também um espaço comercial e sagrado, com templos como o de Saturno e o de Vesta.</w:t>
      </w:r>
    </w:p>
    <w:p>
      <w:r>
        <w:rPr>
          <w:b/>
          <w:color w:val="7C2416"/>
        </w:rPr>
        <w:t xml:space="preserve">Dracma. </w:t>
      </w:r>
      <w:r>
        <w:t>Antiga moeda de prata de origem grega, emitida por várias cidades, sendo a de Atenas a mais prestigiada, e difundida nos reinos helenísticos depois das conquistas de Alexandre. Pesava pouco mais de quatro gramas e, no auge da Grécia clássica, equivalia à diária de um trabalhador qualificado, o que dá a medida das quantias em dracmas.</w:t>
      </w:r>
    </w:p>
    <w:p>
      <w:r>
        <w:rPr>
          <w:b/>
          <w:color w:val="7C2416"/>
        </w:rPr>
        <w:t xml:space="preserve">Proscrições. </w:t>
      </w:r>
      <w:r>
        <w:t>Condenação oficial de pessoas tidas como inimigas do Estado, que eram publicamente nomeadas em listas e sentenciadas à morte ou ao banimento, com confisco dos bens. Foi usada por Sula, em 83 e 82 a.C., e pelo Segundo Triunvirato, em 43 a.C., quando Otávio, Antônio e Lépido eliminaram adversários políticos, entre eles Cícero.</w:t>
      </w:r>
    </w:p>
    <w:p>
      <w:r>
        <w:rPr>
          <w:b/>
          <w:color w:val="7C2416"/>
        </w:rPr>
        <w:t xml:space="preserve">Águia. </w:t>
      </w:r>
      <w:r>
        <w:t>Insígnia de cada legião romana, uma águia de prata ou bronze com asas erguidas, associada a Júpiter e carregada na batalha por um oficial, o aquilífero. Tinha importância quase religiosa para o soldado, e perdê-la era considerado grave, vergonhoso e desonroso, o que levava os romanos a grandes esforços para recuperá-la.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