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7C2416"/>
        </w:rPr>
        <w:t>O Mestre e Margarida</w:t>
      </w:r>
    </w:p>
    <w:p>
      <w:r>
        <w:rPr>
          <w:i/>
        </w:rPr>
        <w:t>Mikhail Bulgákov · Caderno de estudos, folha do aluno · Clavis Libri</w:t>
      </w:r>
    </w:p>
    <w:p>
      <w:r>
        <w:t>Nome: ______________________________   Turma: __________   Data: ___/___/______</w:t>
      </w:r>
    </w:p>
    <w:p>
      <w:pPr>
        <w:pStyle w:val="Heading1"/>
      </w:pPr>
      <w:r>
        <w:rPr>
          <w:color w:val="7C2416"/>
        </w:rPr>
        <w:t>Como usar</w:t>
      </w:r>
    </w:p>
    <w:p>
      <w:r>
        <w:t>Leia os capítulos da semana e depois responda à seção dela. As perguntas "para discutir" não têm resposta certa: servem para pensar e conversar.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1</w:t>
      </w:r>
    </w:p>
    <w:p>
      <w:r>
        <w:rPr>
          <w:color w:val="6E6B3D"/>
        </w:rPr>
        <w:t>Primeira Parte, capítulo 1: Nunca falem com estranhos a Primeira Parte, capítulo 5: Aconteceu na Griboiêdov</w:t>
      </w:r>
    </w:p>
    <w:p>
      <w:r>
        <w:rPr>
          <w:i/>
        </w:rPr>
        <w:t>Ao ler, observe: Repare em quem, em Moscou, só acredita no que pode ser provado, e em como o estrangeiro se diverte com isso.</w:t>
      </w:r>
    </w:p>
    <w:p>
      <w:r>
        <w:rPr>
          <w:b/>
          <w:color w:val="7C2416"/>
        </w:rPr>
        <w:t xml:space="preserve">1.1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1.2  </w:t>
      </w:r>
      <w:r>
        <w:rPr>
          <w:b/>
        </w:rPr>
        <w:t>Quais destes temas aparecem nos capítulos da semana? Marque.</w:t>
      </w:r>
    </w:p>
    <w:p>
      <w:r>
        <w:t>☐ Bem e mal    ☐ Sobrenatural    ☐ Perdão    ☐ Arte    ☐ Coragem e heroísmo    ☐ Poder    ☐ Amor</w:t>
      </w:r>
    </w:p>
    <w:p>
      <w:r>
        <w:rPr>
          <w:b/>
          <w:color w:val="7C2416"/>
        </w:rPr>
        <w:t xml:space="preserve">1.3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É, o ser humano é mortal, mas isso ainda seria só metade da desgraça. O ruim é que às vezes ele é mortal de repente, aí é que mora o perigo! E em geral ele não pode nem dizer o que fará na tarde de hoje.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…logo compreendia como era boa a vida dos felizardos membros da Massolit e logo começava a se morder de inveja, atormentado. E logo dirigia queixas amargas aos céus por não tê-lo premiado, ao nascer, com o talento literário, sem o qual, naturalmente, não podia nem sonhar em ser dono de uma carteirinha de membro da Massolit, cor de café, que cheira a couro caro e tem um largo debrum dourado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1.5  </w:t>
      </w:r>
      <w:r>
        <w:rPr>
          <w:b/>
        </w:rPr>
        <w:t>Berlioz se prepara para retrucar que o ser humano é mortal, "ninguém discute isso". O que o estrangeiro diz antes que ele termine?</w:t>
      </w:r>
      <w:r>
        <w:rPr>
          <w:color w:val="6E6B3D"/>
          <w:sz w:val="17"/>
        </w:rPr>
        <w:t xml:space="preserve">  (Primeira Parte, capítulo 1: Nunca falem com estranhos)</w:t>
      </w:r>
    </w:p>
    <w:p>
      <w:pPr>
        <w:ind w:left="340"/>
      </w:pPr>
      <w:r>
        <w:t>A)  Que a alma é imortal e por isso a morte, para o ser humano, quase não conta</w:t>
      </w:r>
    </w:p>
    <w:p>
      <w:pPr>
        <w:ind w:left="340"/>
      </w:pPr>
      <w:r>
        <w:t>B)  Que o ser humano só é mortal quando Deus quer, e não antes do tempo marcado</w:t>
      </w:r>
    </w:p>
    <w:p>
      <w:pPr>
        <w:ind w:left="340"/>
      </w:pPr>
      <w:r>
        <w:t>C)  Que isso é só metade da desgraça: o ruim é que às vezes ele é mortal de repente</w:t>
      </w:r>
    </w:p>
    <w:p>
      <w:pPr>
        <w:ind w:left="340"/>
      </w:pPr>
      <w:r>
        <w:t>D)  Que o ser humano é mortal, mas ao menos sabe de antemão o dia exato em que vai morrer</w:t>
      </w:r>
    </w:p>
    <w:p>
      <w:r>
        <w:rPr>
          <w:b/>
          <w:color w:val="7C2416"/>
        </w:rPr>
        <w:t xml:space="preserve">1.6  </w:t>
      </w:r>
      <w:r>
        <w:rPr>
          <w:b/>
        </w:rPr>
        <w:t>Pilatos, com a cabeça latejando, pergunta a Yeshua: "O que é a verdade?". O que Yeshua responde?</w:t>
      </w:r>
      <w:r>
        <w:rPr>
          <w:color w:val="6E6B3D"/>
          <w:sz w:val="17"/>
        </w:rPr>
        <w:t xml:space="preserve">  (Primeira Parte, capítulo 2: Pôncio Pilatos)</w:t>
      </w:r>
    </w:p>
    <w:p>
      <w:pPr>
        <w:ind w:left="340"/>
      </w:pPr>
      <w:r>
        <w:t>A)  Que a verdade é o novo templo que vai substituir o templo da velha crença</w:t>
      </w:r>
    </w:p>
    <w:p>
      <w:pPr>
        <w:ind w:left="340"/>
      </w:pPr>
      <w:r>
        <w:t>B)  Que a verdade é o que o Sinédrio decide, e não o que o procurador pensa</w:t>
      </w:r>
    </w:p>
    <w:p>
      <w:pPr>
        <w:ind w:left="340"/>
      </w:pPr>
      <w:r>
        <w:t>C)  Que a verdade é que ninguém consegue escapar do poder do imperador César</w:t>
      </w:r>
    </w:p>
    <w:p>
      <w:pPr>
        <w:ind w:left="340"/>
      </w:pPr>
      <w:r>
        <w:t>D)  Que a verdade, antes de tudo, é que a cabeça do procurador está doendo</w:t>
      </w:r>
    </w:p>
    <w:p>
      <w:r>
        <w:rPr>
          <w:b/>
          <w:color w:val="7C2416"/>
        </w:rPr>
        <w:t xml:space="preserve">1.7  </w:t>
      </w:r>
      <w:r>
        <w:rPr>
          <w:b/>
        </w:rPr>
        <w:t>O estrangeiro diz ter presenciado a cena de Pilatos. Para Berlioz, o que isso "explica" de uma vez, segundo o narrador?</w:t>
      </w:r>
      <w:r>
        <w:rPr>
          <w:color w:val="6E6B3D"/>
          <w:sz w:val="17"/>
        </w:rPr>
        <w:t xml:space="preserve">  (Primeira Parte, capítulo 3: A sétima prova)</w:t>
      </w:r>
    </w:p>
    <w:p>
      <w:pPr>
        <w:ind w:left="340"/>
      </w:pPr>
      <w:r>
        <w:t>A)  Que o estrangeiro é um historiador que leu manuscritos antigos demais</w:t>
      </w:r>
    </w:p>
    <w:p>
      <w:pPr>
        <w:ind w:left="340"/>
      </w:pPr>
      <w:r>
        <w:t>B)  Que o estrangeiro é um espião que só quer assustá-los com histórias</w:t>
      </w:r>
    </w:p>
    <w:p>
      <w:pPr>
        <w:ind w:left="340"/>
      </w:pPr>
      <w:r>
        <w:t>C)  Que Ivan tinha razão e os documentos do estrangeiro são falsos</w:t>
      </w:r>
    </w:p>
    <w:p>
      <w:pPr>
        <w:ind w:left="340"/>
      </w:pPr>
      <w:r>
        <w:t>D)  Que o professor era louco, e daí vinham o café com Kant e as profecias</w:t>
      </w:r>
    </w:p>
    <w:p>
      <w:r>
        <w:rPr>
          <w:b/>
          <w:color w:val="7C2416"/>
        </w:rPr>
        <w:t xml:space="preserve">1.8  </w:t>
      </w:r>
      <w:r>
        <w:rPr>
          <w:b/>
        </w:rPr>
        <w:t>Ivan liga o óleo de girassol, Ánnuchka e a condutora do bonde ao que o estrangeiro dissera em Patriarchi. A que certeza o narrador diz que ele chega?</w:t>
      </w:r>
      <w:r>
        <w:rPr>
          <w:color w:val="6E6B3D"/>
          <w:sz w:val="17"/>
        </w:rPr>
        <w:t xml:space="preserve">  (Primeira Parte, capítulo 4: A perseguição)</w:t>
      </w:r>
    </w:p>
    <w:p>
      <w:pPr>
        <w:ind w:left="340"/>
      </w:pPr>
      <w:r>
        <w:t>A)  Que Berlioz morreu de puro acaso e o consultor só teve muita sorte</w:t>
      </w:r>
    </w:p>
    <w:p>
      <w:pPr>
        <w:ind w:left="340"/>
      </w:pPr>
      <w:r>
        <w:t>B)  Que o consultor sabia com antecedência de toda a cena da morte</w:t>
      </w:r>
    </w:p>
    <w:p>
      <w:pPr>
        <w:ind w:left="340"/>
      </w:pPr>
      <w:r>
        <w:t>C)  Que a condutora e o consultor tinham combinado tudo de antemão</w:t>
      </w:r>
    </w:p>
    <w:p>
      <w:pPr>
        <w:ind w:left="340"/>
      </w:pPr>
      <w:r>
        <w:t>D)  Que Ánnuchka derramou o óleo de propósito, a mando do consultor</w:t>
      </w:r>
    </w:p>
    <w:p>
      <w:r>
        <w:rPr>
          <w:b/>
          <w:color w:val="7C2416"/>
        </w:rPr>
        <w:t xml:space="preserve">1.9  </w:t>
      </w:r>
      <w:r>
        <w:rPr>
          <w:b/>
        </w:rPr>
        <w:t>O narrador diz que o visitante da Griboiêdov se morde de inveja e se queixa aos céus por não ter nascido com talento literário. Do que, sem esse talento, ele não pode nem sonhar em ser dono?</w:t>
      </w:r>
      <w:r>
        <w:rPr>
          <w:color w:val="6E6B3D"/>
          <w:sz w:val="17"/>
        </w:rPr>
        <w:t xml:space="preserve">  (Primeira Parte, capítulo 5: Aconteceu na Griboiêdov)</w:t>
      </w:r>
    </w:p>
    <w:p>
      <w:pPr>
        <w:ind w:left="340"/>
      </w:pPr>
      <w:r>
        <w:t>A)  Um passaporte de couro para viajar ao exterior, com debrum dourado e selo</w:t>
      </w:r>
    </w:p>
    <w:p>
      <w:pPr>
        <w:ind w:left="340"/>
      </w:pPr>
      <w:r>
        <w:t>B)  Uma carteirinha de membro da Massolit, cor de café e debrum dourado</w:t>
      </w:r>
    </w:p>
    <w:p>
      <w:pPr>
        <w:ind w:left="340"/>
      </w:pPr>
      <w:r>
        <w:t>C)  Um diploma da Academia de Letras, emoldurado em ouro e couro caro</w:t>
      </w:r>
    </w:p>
    <w:p>
      <w:pPr>
        <w:ind w:left="340"/>
      </w:pPr>
      <w:r>
        <w:t>D)  Uma medalha de mérito literário, conhecida em toda Moscou</w:t>
      </w:r>
    </w:p>
    <w:p>
      <w:r>
        <w:rPr>
          <w:b/>
          <w:color w:val="7C2416"/>
        </w:rPr>
        <w:t xml:space="preserve">1.10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(Primeira Parte, capítulo 1: Nunca falem com estranhos)</w:t>
      </w:r>
    </w:p>
    <w:p>
      <w:r>
        <w:t>Por que o romance escolhe fazer a profecia mais exata da obra ser dita por um estrangeiro sem nome, a dois homens que acabaram de negar que exista qualquer poder além do humano?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(Primeira Parte, capítulo 5: Aconteceu na Griboiêdov)</w:t>
      </w:r>
    </w:p>
    <w:p>
      <w:r>
        <w:t>A notícia da morte de Berlioz faz a banda de jazz silenciar, mas logo "estamos vivos, ora!" passa a valer mais do que o luto, e o restaurante volta à sua noite normal. O que essa rapidez diz sobre a Massolit, e como o narrador espera que o leitor reaja?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1.12  </w:t>
      </w:r>
      <w:r>
        <w:rPr>
          <w:b/>
        </w:rPr>
        <w:t>E você? Existe alguma coisa em que você acredita mesmo sem poder provar?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2</w:t>
      </w:r>
    </w:p>
    <w:p>
      <w:r>
        <w:rPr>
          <w:color w:val="6E6B3D"/>
        </w:rPr>
        <w:t>Primeira Parte, capítulo 6: Esquizofrenia, como foi dito a Primeira Parte, capítulo 10: Notícias de Ialta</w:t>
      </w:r>
    </w:p>
    <w:p>
      <w:r>
        <w:rPr>
          <w:i/>
        </w:rPr>
        <w:t>Ao ler, observe: Repare como cada um explica o estranho com a desculpa que mais o protege.</w:t>
      </w:r>
    </w:p>
    <w:p>
      <w:r>
        <w:rPr>
          <w:b/>
          <w:color w:val="7C2416"/>
        </w:rPr>
        <w:t xml:space="preserve">2.1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2.2  </w:t>
      </w:r>
      <w:r>
        <w:rPr>
          <w:b/>
        </w:rPr>
        <w:t>Quais destes temas aparecem nos capítulos da semana? Marque.</w:t>
      </w:r>
    </w:p>
    <w:p>
      <w:r>
        <w:t>☐ Bem e mal    ☐ Sobrenatural    ☐ Perdão    ☐ Arte    ☐ Coragem e heroísmo    ☐ Poder    ☐ Amor</w:t>
      </w:r>
    </w:p>
    <w:p>
      <w:r>
        <w:rPr>
          <w:b/>
          <w:color w:val="7C2416"/>
        </w:rPr>
        <w:t xml:space="preserve">2.3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O problema não é que sejam ofensivas, e sim que encerram a verdade.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Deixe eu lhe dar um beijinho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2.5  </w:t>
      </w:r>
      <w:r>
        <w:rPr>
          <w:b/>
        </w:rPr>
        <w:t>Na volta, no caminhão, Riúkhin tenta entender o que o atormenta, além do corredor de lâmpadas azuis e da ideia de perder a razão. O que ele descobre?</w:t>
      </w:r>
      <w:r>
        <w:rPr>
          <w:color w:val="6E6B3D"/>
          <w:sz w:val="17"/>
        </w:rPr>
        <w:t xml:space="preserve">  (Primeira Parte, capítulo 6: Esquizofrenia, como foi dito)</w:t>
      </w:r>
    </w:p>
    <w:p>
      <w:pPr>
        <w:ind w:left="340"/>
      </w:pPr>
      <w:r>
        <w:t>A)  Que Ivan o ofendeu diante do médico, e isso não se perdoa</w:t>
      </w:r>
    </w:p>
    <w:p>
      <w:pPr>
        <w:ind w:left="340"/>
      </w:pPr>
      <w:r>
        <w:t>B)  Que as palavras de Ivan, ofensivas ou não, encerram a verdade</w:t>
      </w:r>
    </w:p>
    <w:p>
      <w:pPr>
        <w:ind w:left="340"/>
      </w:pPr>
      <w:r>
        <w:t>C)  Que o médico escondeu dele a verdadeira doença de Ivan</w:t>
      </w:r>
    </w:p>
    <w:p>
      <w:pPr>
        <w:ind w:left="340"/>
      </w:pPr>
      <w:r>
        <w:t>D)  Que ele mesmo precisa ser internado, pois também ouve vozes</w:t>
      </w:r>
    </w:p>
    <w:p>
      <w:r>
        <w:rPr>
          <w:b/>
          <w:color w:val="7C2416"/>
        </w:rPr>
        <w:t xml:space="preserve">2.6  </w:t>
      </w:r>
      <w:r>
        <w:rPr>
          <w:b/>
        </w:rPr>
        <w:t>Woland diz que a comitiva dele precisa de espaço no apartamento. O que ele conclui sobre Stiôpa?</w:t>
      </w:r>
      <w:r>
        <w:rPr>
          <w:color w:val="6E6B3D"/>
          <w:sz w:val="17"/>
        </w:rPr>
        <w:t xml:space="preserve">  (Primeira Parte, capítulo 7: Um apartamento sinistro)</w:t>
      </w:r>
    </w:p>
    <w:p>
      <w:pPr>
        <w:ind w:left="340"/>
      </w:pPr>
      <w:r>
        <w:t>A)  Que algum deles está sobrando, e que é justamente Stiôpa</w:t>
      </w:r>
    </w:p>
    <w:p>
      <w:pPr>
        <w:ind w:left="340"/>
      </w:pPr>
      <w:r>
        <w:t>B)  Que Stiôpa deve pagar um aluguel pelo espaço da comitiva</w:t>
      </w:r>
    </w:p>
    <w:p>
      <w:pPr>
        <w:ind w:left="340"/>
      </w:pPr>
      <w:r>
        <w:t>C)  Que Stiôpa é o dono da comitiva e deve acompanhá-la na turnê</w:t>
      </w:r>
    </w:p>
    <w:p>
      <w:pPr>
        <w:ind w:left="340"/>
      </w:pPr>
      <w:r>
        <w:t>D)  Que Berlioz ainda deve voltar para dividir o apartamento</w:t>
      </w:r>
    </w:p>
    <w:p>
      <w:r>
        <w:rPr>
          <w:b/>
          <w:color w:val="7C2416"/>
        </w:rPr>
        <w:t xml:space="preserve">2.7  </w:t>
      </w:r>
      <w:r>
        <w:rPr>
          <w:b/>
        </w:rPr>
        <w:t>Stravinski diz que dará alta a Ivan imediatamente, se ele aceitar uma condição. Qual?</w:t>
      </w:r>
      <w:r>
        <w:rPr>
          <w:color w:val="6E6B3D"/>
          <w:sz w:val="17"/>
        </w:rPr>
        <w:t xml:space="preserve">  (Primeira Parte, capítulo 8: O duelo entre o professor e o poeta)</w:t>
      </w:r>
    </w:p>
    <w:p>
      <w:pPr>
        <w:ind w:left="340"/>
      </w:pPr>
      <w:r>
        <w:t>A)  Que Ivan diga que é normal, sem precisar provar nada</w:t>
      </w:r>
    </w:p>
    <w:p>
      <w:pPr>
        <w:ind w:left="340"/>
      </w:pPr>
      <w:r>
        <w:t>B)  Que Ivan assine um termo prometendo esquecer o consultor</w:t>
      </w:r>
    </w:p>
    <w:p>
      <w:pPr>
        <w:ind w:left="340"/>
      </w:pPr>
      <w:r>
        <w:t>C)  Que Ivan peça desculpas a Riúkhin por tê-lo ofendido</w:t>
      </w:r>
    </w:p>
    <w:p>
      <w:pPr>
        <w:ind w:left="340"/>
      </w:pPr>
      <w:r>
        <w:t>D)  Que Ivan prove, diante de testemunhas, que é normal</w:t>
      </w:r>
    </w:p>
    <w:p>
      <w:r>
        <w:rPr>
          <w:b/>
          <w:color w:val="7C2416"/>
        </w:rPr>
        <w:t xml:space="preserve">2.8  </w:t>
      </w:r>
      <w:r>
        <w:rPr>
          <w:b/>
        </w:rPr>
        <w:t>Nikanor pergunta se Korôviev é representante oficial. O que Korôviev responde?</w:t>
      </w:r>
      <w:r>
        <w:rPr>
          <w:color w:val="6E6B3D"/>
          <w:sz w:val="17"/>
        </w:rPr>
        <w:t xml:space="preserve">  (Primeira Parte, capítulo 9: Truques de Korôviev)</w:t>
      </w:r>
    </w:p>
    <w:p>
      <w:pPr>
        <w:ind w:left="340"/>
      </w:pPr>
      <w:r>
        <w:t>A)  Que sim: é representante oficial do Teatro de Variedades e de Woland</w:t>
      </w:r>
    </w:p>
    <w:p>
      <w:pPr>
        <w:ind w:left="340"/>
      </w:pPr>
      <w:r>
        <w:t>B)  Que tudo depende do ponto de vista, e que tudo é relativo e instável</w:t>
      </w:r>
    </w:p>
    <w:p>
      <w:pPr>
        <w:ind w:left="340"/>
      </w:pPr>
      <w:r>
        <w:t>C)  Que é apenas um amigo de Stiôpa e não representa ninguém ali</w:t>
      </w:r>
    </w:p>
    <w:p>
      <w:pPr>
        <w:ind w:left="340"/>
      </w:pPr>
      <w:r>
        <w:t>D)  Que a pergunta é uma ofensa e que vai chamar a polícia agora mesmo</w:t>
      </w:r>
    </w:p>
    <w:p>
      <w:r>
        <w:rPr>
          <w:b/>
          <w:color w:val="7C2416"/>
        </w:rPr>
        <w:t xml:space="preserve">2.9  </w:t>
      </w:r>
      <w:r>
        <w:rPr>
          <w:b/>
        </w:rPr>
        <w:t>Diante dos telegramas vindos de Ialta, o narrador diz que a situação de Rímski exigia que ele encontrasse algo. O quê?</w:t>
      </w:r>
      <w:r>
        <w:rPr>
          <w:color w:val="6E6B3D"/>
          <w:sz w:val="17"/>
        </w:rPr>
        <w:t xml:space="preserve">  (Primeira Parte, capítulo 10: Notícias de Ialta)</w:t>
      </w:r>
    </w:p>
    <w:p>
      <w:pPr>
        <w:ind w:left="340"/>
      </w:pPr>
      <w:r>
        <w:t>A)  Um jeito de trazer Stiôpa de volta a Moscou no mesmo dia</w:t>
      </w:r>
    </w:p>
    <w:p>
      <w:pPr>
        <w:ind w:left="340"/>
      </w:pPr>
      <w:r>
        <w:t>B)  Explicações comuns para fenômenos incomuns</w:t>
      </w:r>
    </w:p>
    <w:p>
      <w:pPr>
        <w:ind w:left="340"/>
      </w:pPr>
      <w:r>
        <w:t>C)  Um culpado entre os funcionários do teatro</w:t>
      </w:r>
    </w:p>
    <w:p>
      <w:pPr>
        <w:ind w:left="340"/>
      </w:pPr>
      <w:r>
        <w:t>D)  Um motivo plausível para cancelar o show</w:t>
      </w:r>
    </w:p>
    <w:p>
      <w:r>
        <w:rPr>
          <w:b/>
          <w:color w:val="7C2416"/>
        </w:rPr>
        <w:t xml:space="preserve">2.10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(Primeira Parte, capítulo 6: Esquizofrenia, como foi dito)</w:t>
      </w:r>
    </w:p>
    <w:p>
      <w:r>
        <w:t>O médico pergunta a Ivan pela vela e pelo ícone e depois diz a Riúkhin que se trata de esquizofrenia, com alcoolismo por cima. O que a cena mostra sobre o que acontece com quem conta uma verdade impossível a quem só sabe escutar por sintomas?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(Primeira Parte, capítulo 10: Notícias de Ialta)</w:t>
      </w:r>
    </w:p>
    <w:p>
      <w:r>
        <w:t>O capítulo termina com a fala da moça ruiva, "Deixe eu lhe dar um beijinho", e com o desmaio de Variênukha antes de o beijo acontecer. Por que o narrador interrompe a cena nesse ponto, e o que isso faz com o medo e com a comédia?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2.12  </w:t>
      </w:r>
      <w:r>
        <w:rPr>
          <w:b/>
        </w:rPr>
        <w:t>E você? O que faz alguém parecer louco aos olhos dos outros?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3</w:t>
      </w:r>
    </w:p>
    <w:p>
      <w:r>
        <w:rPr>
          <w:color w:val="6E6B3D"/>
        </w:rPr>
        <w:t>Primeira Parte, capítulo 11: A duplicação de Ivan a Primeira Parte, capítulo 14: Glória ao galo!</w:t>
      </w:r>
    </w:p>
    <w:p>
      <w:r>
        <w:rPr>
          <w:i/>
        </w:rPr>
        <w:t>Ao ler, observe: Repare no que o público do teatro revela quando recebe de graça o que deseja.</w:t>
      </w:r>
    </w:p>
    <w:p>
      <w:r>
        <w:rPr>
          <w:b/>
          <w:color w:val="7C2416"/>
        </w:rPr>
        <w:t xml:space="preserve">3.1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3.2  </w:t>
      </w:r>
      <w:r>
        <w:rPr>
          <w:b/>
        </w:rPr>
        <w:t>Quais destes temas aparecem nos capítulos da semana? Marque.</w:t>
      </w:r>
    </w:p>
    <w:p>
      <w:r>
        <w:t>☐ Bem e mal    ☐ Sobrenatural    ☐ Perdão    ☐ Arte    ☐ Coragem e heroísmo    ☐ Poder    ☐ Amor</w:t>
      </w:r>
    </w:p>
    <w:p>
      <w:r>
        <w:rPr>
          <w:b/>
          <w:color w:val="7C2416"/>
        </w:rPr>
        <w:t xml:space="preserve">3.3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Um idiota!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O galo, com a voz treinada, cocoricava anunciando que o dia se aproximava de Moscou vindo do leste.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3.5  </w:t>
      </w:r>
      <w:r>
        <w:rPr>
          <w:b/>
        </w:rPr>
        <w:t>Ao tentar escrever a denúncia, Ivan trava na palavra "falecido". Segundo o texto, por quê?</w:t>
      </w:r>
      <w:r>
        <w:rPr>
          <w:color w:val="6E6B3D"/>
          <w:sz w:val="17"/>
        </w:rPr>
        <w:t xml:space="preserve">  (Primeira Parte, capítulo 11: A duplicação de Ivan)</w:t>
      </w:r>
    </w:p>
    <w:p>
      <w:pPr>
        <w:ind w:left="340"/>
      </w:pPr>
      <w:r>
        <w:t>A)  Porque não lembra o sobrenome completo de Berlioz nem as iniciais</w:t>
      </w:r>
    </w:p>
    <w:p>
      <w:pPr>
        <w:ind w:left="340"/>
      </w:pPr>
      <w:r>
        <w:t>B)  Porque a polícia só aceita denúncias contra pessoas ainda vivas</w:t>
      </w:r>
    </w:p>
    <w:p>
      <w:pPr>
        <w:ind w:left="340"/>
      </w:pPr>
      <w:r>
        <w:t>C)  Porque os mortos não vão a lugar algum, e o tomariam por louco</w:t>
      </w:r>
    </w:p>
    <w:p>
      <w:pPr>
        <w:ind w:left="340"/>
      </w:pPr>
      <w:r>
        <w:t>D)  Porque o lápis que recebeu quebra a cada nova tentativa de escrever</w:t>
      </w:r>
    </w:p>
    <w:p>
      <w:r>
        <w:rPr>
          <w:b/>
          <w:color w:val="7C2416"/>
        </w:rPr>
        <w:t xml:space="preserve">3.6  </w:t>
      </w:r>
      <w:r>
        <w:rPr>
          <w:b/>
        </w:rPr>
        <w:t>Quase dormindo, Ivan vê algo se mover. Como termina o capítulo?</w:t>
      </w:r>
      <w:r>
        <w:rPr>
          <w:color w:val="6E6B3D"/>
          <w:sz w:val="17"/>
        </w:rPr>
        <w:t xml:space="preserve">  (Primeira Parte, capítulo 11: A duplicação de Ivan)</w:t>
      </w:r>
    </w:p>
    <w:p>
      <w:pPr>
        <w:ind w:left="340"/>
      </w:pPr>
      <w:r>
        <w:t>A)  O consultor entra pela porta, sorri e pede desculpas a Ivan pela noite de ontem</w:t>
      </w:r>
    </w:p>
    <w:p>
      <w:pPr>
        <w:ind w:left="340"/>
      </w:pPr>
      <w:r>
        <w:t>B)  O doutor Stravinski aparece e muda Ivan para um quarto sem varanda</w:t>
      </w:r>
    </w:p>
    <w:p>
      <w:pPr>
        <w:ind w:left="340"/>
      </w:pPr>
      <w:r>
        <w:t>C)  Praskóvia Fiódorovna volta com leite morno e uma segunda injeção</w:t>
      </w:r>
    </w:p>
    <w:p>
      <w:pPr>
        <w:ind w:left="340"/>
      </w:pPr>
      <w:r>
        <w:t>D)  A grade da varanda se move e surge uma figura que acena e sussurra "Shh!"</w:t>
      </w:r>
    </w:p>
    <w:p>
      <w:r>
        <w:rPr>
          <w:b/>
          <w:color w:val="7C2416"/>
        </w:rPr>
        <w:t xml:space="preserve">3.7  </w:t>
      </w:r>
      <w:r>
        <w:rPr>
          <w:b/>
        </w:rPr>
        <w:t>Com a chuva de cédulas caindo da cúpula, como o texto descreve a reação da plateia?</w:t>
      </w:r>
      <w:r>
        <w:rPr>
          <w:color w:val="6E6B3D"/>
          <w:sz w:val="17"/>
        </w:rPr>
        <w:t xml:space="preserve">  (Primeira Parte, capítulo 12: Magia negra e sua revelação)</w:t>
      </w:r>
    </w:p>
    <w:p>
      <w:pPr>
        <w:ind w:left="340"/>
      </w:pPr>
      <w:r>
        <w:t>A)  Todos ficam imóveis e desconfiados, à espera de que o mago explique</w:t>
      </w:r>
    </w:p>
    <w:p>
      <w:pPr>
        <w:ind w:left="340"/>
      </w:pPr>
      <w:r>
        <w:t>B)  A plateia foge do teatro com medo de que as notas sejam falsas</w:t>
      </w:r>
    </w:p>
    <w:p>
      <w:pPr>
        <w:ind w:left="340"/>
      </w:pPr>
      <w:r>
        <w:t>C)  Os policiais recolhem as notas antes que alguém consiga tocá-las</w:t>
      </w:r>
    </w:p>
    <w:p>
      <w:pPr>
        <w:ind w:left="340"/>
      </w:pPr>
      <w:r>
        <w:t>D)  Primeiro vem a alegria, depois a admiração, e alguns rastejam sob as poltronas</w:t>
      </w:r>
    </w:p>
    <w:p>
      <w:r>
        <w:rPr>
          <w:b/>
          <w:color w:val="7C2416"/>
        </w:rPr>
        <w:t xml:space="preserve">3.8  </w:t>
      </w:r>
      <w:r>
        <w:rPr>
          <w:b/>
        </w:rPr>
        <w:t>Ivan pergunta por que o visitante, que tem as chaves, não escapa da clínica. O que ele responde?</w:t>
      </w:r>
      <w:r>
        <w:rPr>
          <w:color w:val="6E6B3D"/>
          <w:sz w:val="17"/>
        </w:rPr>
        <w:t xml:space="preserve">  (Primeira Parte, capítulo 13: Surge o herói)</w:t>
      </w:r>
    </w:p>
    <w:p>
      <w:pPr>
        <w:ind w:left="340"/>
      </w:pPr>
      <w:r>
        <w:t>A)  Que a dificuldade não é a altura, e sim não ter para onde ir</w:t>
      </w:r>
    </w:p>
    <w:p>
      <w:pPr>
        <w:ind w:left="340"/>
      </w:pPr>
      <w:r>
        <w:t>B)  Que a grade da varanda é alta demais para ser transposta</w:t>
      </w:r>
    </w:p>
    <w:p>
      <w:pPr>
        <w:ind w:left="340"/>
      </w:pPr>
      <w:r>
        <w:t>C)  Que Praskóvia Fiódorovna o impede, pois nota o sumiço das chaves</w:t>
      </w:r>
    </w:p>
    <w:p>
      <w:pPr>
        <w:ind w:left="340"/>
      </w:pPr>
      <w:r>
        <w:t>D)  Que tem medo do doutor Stravinski e das injeções dele</w:t>
      </w:r>
    </w:p>
    <w:p>
      <w:r>
        <w:rPr>
          <w:b/>
          <w:color w:val="7C2416"/>
        </w:rPr>
        <w:t xml:space="preserve">3.9  </w:t>
      </w:r>
      <w:r>
        <w:rPr>
          <w:b/>
        </w:rPr>
        <w:t>Quando Rímski atende o telefone, uma voz feminina cochicha. O que ela diz?</w:t>
      </w:r>
      <w:r>
        <w:rPr>
          <w:color w:val="6E6B3D"/>
          <w:sz w:val="17"/>
        </w:rPr>
        <w:t xml:space="preserve">  (Primeira Parte, capítulo 14: Glória ao galo!)</w:t>
      </w:r>
    </w:p>
    <w:p>
      <w:pPr>
        <w:ind w:left="340"/>
      </w:pPr>
      <w:r>
        <w:t>A)  Que não ligue para ninguém, Rímski, porque será pior</w:t>
      </w:r>
    </w:p>
    <w:p>
      <w:pPr>
        <w:ind w:left="340"/>
      </w:pPr>
      <w:r>
        <w:t>B)  Que Likhodiêiev está esperando por ele no apartamento 50</w:t>
      </w:r>
    </w:p>
    <w:p>
      <w:pPr>
        <w:ind w:left="340"/>
      </w:pPr>
      <w:r>
        <w:t>C)  Que fuja de Moscou antes do amanhecer, enquanto há tempo</w:t>
      </w:r>
    </w:p>
    <w:p>
      <w:pPr>
        <w:ind w:left="340"/>
      </w:pPr>
      <w:r>
        <w:t>D)  Que o teatro vai ser fechado pela polícia ainda esta noite</w:t>
      </w:r>
    </w:p>
    <w:p>
      <w:r>
        <w:rPr>
          <w:b/>
          <w:color w:val="7C2416"/>
        </w:rPr>
        <w:t xml:space="preserve">3.10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(Primeira Parte, capítulo 11: A duplicação de Ivan)</w:t>
      </w:r>
    </w:p>
    <w:p>
      <w:r>
        <w:t>Ivan desiste da denúncia porque cada versão tropeça na palavra "falecido" aplicada a Berlioz. O que essa dificuldade revela sobre a distância entre saber que algo aconteceu e conseguir dizê-lo na linguagem oficial?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(Primeira Parte, capítulo 14: Glória ao galo!)</w:t>
      </w:r>
    </w:p>
    <w:p>
      <w:r>
        <w:t>Rímski só escapa porque um galo canta, e depois foge de trem para Leningrado. O que o capítulo diz sobre o papel do acaso e da ordem natural diante das forças que o romance pôs em cena?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3.12  </w:t>
      </w:r>
      <w:r>
        <w:rPr>
          <w:b/>
        </w:rPr>
        <w:t>E você? Vale a pena insistir em algo que ninguém ao seu redor entende?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4</w:t>
      </w:r>
    </w:p>
    <w:p>
      <w:r>
        <w:rPr>
          <w:color w:val="6E6B3D"/>
        </w:rPr>
        <w:t>Primeira Parte, capítulo 15: O sonho de Nikanor Ivânovitch a Primeira Parte, capítulo 18: Os visitantes azarados</w:t>
      </w:r>
    </w:p>
    <w:p>
      <w:r>
        <w:rPr>
          <w:i/>
        </w:rPr>
        <w:t>Ao ler, observe: Repare em como o medo decide o que cada um faz, tanto em Jerusalém quanto em Moscou.</w:t>
      </w:r>
    </w:p>
    <w:p>
      <w:r>
        <w:rPr>
          <w:b/>
          <w:color w:val="7C2416"/>
        </w:rPr>
        <w:t xml:space="preserve">4.1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4.2  </w:t>
      </w:r>
      <w:r>
        <w:rPr>
          <w:b/>
        </w:rPr>
        <w:t>Quais destes temas aparecem nos capítulos da semana? Marque.</w:t>
      </w:r>
    </w:p>
    <w:p>
      <w:r>
        <w:t>☐ Bem e mal    ☐ Sobrenatural    ☐ Perdão    ☐ Arte    ☐ Coragem e heroísmo    ☐ Poder    ☐ Amor</w:t>
      </w:r>
    </w:p>
    <w:p>
      <w:r>
        <w:rPr>
          <w:b/>
          <w:color w:val="7C2416"/>
        </w:rPr>
        <w:t xml:space="preserve">4.3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Uma criança, uma carta anônima, um panfleto, uma bomba-relógio e sabe-se lá o que mais, mas ninguém se desfaria de quatrocentos dólares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Não seria melhor organizar uma festa com esses vinte e sete mil e, depois de tomar veneno, passar para o outro mundo sob o som de cordas, cercado de belas mulheres embriagadas e amigos alegres?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4.5  </w:t>
      </w:r>
      <w:r>
        <w:rPr>
          <w:b/>
        </w:rPr>
        <w:t>No interrogatório, Nikanor Ivânovitch admite e nega coisas. O que ele admite e o que nega?</w:t>
      </w:r>
      <w:r>
        <w:rPr>
          <w:color w:val="6E6B3D"/>
          <w:sz w:val="17"/>
        </w:rPr>
        <w:t xml:space="preserve">  (Primeira Parte, capítulo 15: O sonho de Nikanor Ivânovitch)</w:t>
      </w:r>
    </w:p>
    <w:p>
      <w:pPr>
        <w:ind w:left="340"/>
      </w:pPr>
      <w:r>
        <w:t>A)  Admite ter os dólares, mas nega ter aceitado dinheiro por registros</w:t>
      </w:r>
    </w:p>
    <w:p>
      <w:pPr>
        <w:ind w:left="340"/>
      </w:pPr>
      <w:r>
        <w:t>B)  Admite tudo, inclusive que Korôviev nunca existiu de verdade</w:t>
      </w:r>
    </w:p>
    <w:p>
      <w:pPr>
        <w:ind w:left="340"/>
      </w:pPr>
      <w:r>
        <w:t>C)  Admite receber dinheiro soviético por registros, mas nega os dólares</w:t>
      </w:r>
    </w:p>
    <w:p>
      <w:pPr>
        <w:ind w:left="340"/>
      </w:pPr>
      <w:r>
        <w:t>D)  Nega tudo e diz que o dinheiro foi plantado por Proliejniov</w:t>
      </w:r>
    </w:p>
    <w:p>
      <w:r>
        <w:rPr>
          <w:b/>
          <w:color w:val="7C2416"/>
        </w:rPr>
        <w:t xml:space="preserve">4.6  </w:t>
      </w:r>
      <w:r>
        <w:rPr>
          <w:b/>
        </w:rPr>
        <w:t>Depois do número de Duntchil, o animador diz que guardar dólares em segredo não faz sentido. Por quê?</w:t>
      </w:r>
      <w:r>
        <w:rPr>
          <w:color w:val="6E6B3D"/>
          <w:sz w:val="17"/>
        </w:rPr>
        <w:t xml:space="preserve">  (Primeira Parte, capítulo 15: O sonho de Nikanor Ivânovitch)</w:t>
      </w:r>
    </w:p>
    <w:p>
      <w:pPr>
        <w:ind w:left="340"/>
      </w:pPr>
      <w:r>
        <w:t>A)  Porque o governo os confisca de qualquer jeito</w:t>
      </w:r>
    </w:p>
    <w:p>
      <w:pPr>
        <w:ind w:left="340"/>
      </w:pPr>
      <w:r>
        <w:t>B)  Porque o valor deles cai todo mês e logo não valerão nada</w:t>
      </w:r>
    </w:p>
    <w:p>
      <w:pPr>
        <w:ind w:left="340"/>
      </w:pPr>
      <w:r>
        <w:t>C)  Porque quem os guarda perde o sono e adoece de preocupação</w:t>
      </w:r>
    </w:p>
    <w:p>
      <w:pPr>
        <w:ind w:left="340"/>
      </w:pPr>
      <w:r>
        <w:t>D)  Porque ninguém pode usá-los em nenhuma circunstância</w:t>
      </w:r>
    </w:p>
    <w:p>
      <w:r>
        <w:rPr>
          <w:b/>
          <w:color w:val="7C2416"/>
        </w:rPr>
        <w:t xml:space="preserve">4.7  </w:t>
      </w:r>
      <w:r>
        <w:rPr>
          <w:b/>
        </w:rPr>
        <w:t>Por que, segundo o narrador, Dismas sofre mais do que os outros dois condenados?</w:t>
      </w:r>
      <w:r>
        <w:rPr>
          <w:color w:val="6E6B3D"/>
          <w:sz w:val="17"/>
        </w:rPr>
        <w:t xml:space="preserve">  (Primeira Parte, capítulo 16: A execução)</w:t>
      </w:r>
    </w:p>
    <w:p>
      <w:pPr>
        <w:ind w:left="340"/>
      </w:pPr>
      <w:r>
        <w:t>A)  Porque a consciência não o deixava</w:t>
      </w:r>
    </w:p>
    <w:p>
      <w:pPr>
        <w:ind w:left="340"/>
      </w:pPr>
      <w:r>
        <w:t>B)  Porque foi o primeiro a ser pregado na cruz</w:t>
      </w:r>
    </w:p>
    <w:p>
      <w:pPr>
        <w:ind w:left="340"/>
      </w:pPr>
      <w:r>
        <w:t>C)  Porque ninguém lhe dá de beber nem uma gota</w:t>
      </w:r>
    </w:p>
    <w:p>
      <w:pPr>
        <w:ind w:left="340"/>
      </w:pPr>
      <w:r>
        <w:t>D)  Porque é o mais velho dos três condenados</w:t>
      </w:r>
    </w:p>
    <w:p>
      <w:r>
        <w:rPr>
          <w:b/>
          <w:color w:val="7C2416"/>
        </w:rPr>
        <w:t xml:space="preserve">4.8  </w:t>
      </w:r>
      <w:r>
        <w:rPr>
          <w:b/>
        </w:rPr>
        <w:t>O que o tesoureiro encontra atrás da mesa do presidente da comissão de espetáculos?</w:t>
      </w:r>
      <w:r>
        <w:rPr>
          <w:color w:val="6E6B3D"/>
          <w:sz w:val="17"/>
        </w:rPr>
        <w:t xml:space="preserve">  (Primeira Parte, capítulo 17: O dia intranquilo)</w:t>
      </w:r>
    </w:p>
    <w:p>
      <w:pPr>
        <w:ind w:left="340"/>
      </w:pPr>
      <w:r>
        <w:t>A)  Um terno vazio, sem pescoço nem mãos, que escreve sozinho</w:t>
      </w:r>
    </w:p>
    <w:p>
      <w:pPr>
        <w:ind w:left="340"/>
      </w:pPr>
      <w:r>
        <w:t>B)  O presidente, de pé, ocupado em cancelar a sessão do mago</w:t>
      </w:r>
    </w:p>
    <w:p>
      <w:pPr>
        <w:ind w:left="340"/>
      </w:pPr>
      <w:r>
        <w:t>C)  O gato preto, que despacha os papéis com a pata dianteira</w:t>
      </w:r>
    </w:p>
    <w:p>
      <w:pPr>
        <w:ind w:left="340"/>
      </w:pPr>
      <w:r>
        <w:t>D)  Uma cadeira vazia, com a janela quebrada e papéis no chão</w:t>
      </w:r>
    </w:p>
    <w:p>
      <w:r>
        <w:rPr>
          <w:b/>
          <w:color w:val="7C2416"/>
        </w:rPr>
        <w:t xml:space="preserve">4.9  </w:t>
      </w:r>
      <w:r>
        <w:rPr>
          <w:b/>
        </w:rPr>
        <w:t>Poplavski vem de Kíev a Moscou por causa de um telegrama que parecia assinado por Berlioz, já morto. Quem diz, no apartamento 50, ter enviado esse telegrama?</w:t>
      </w:r>
      <w:r>
        <w:rPr>
          <w:color w:val="6E6B3D"/>
          <w:sz w:val="17"/>
        </w:rPr>
        <w:t xml:space="preserve">  (Primeira Parte, capítulo 18: Os visitantes azarados)</w:t>
      </w:r>
    </w:p>
    <w:p>
      <w:pPr>
        <w:ind w:left="340"/>
      </w:pPr>
      <w:r>
        <w:t>A)  Korôviev, que chora diante do visitante e cai em soluços</w:t>
      </w:r>
    </w:p>
    <w:p>
      <w:pPr>
        <w:ind w:left="340"/>
      </w:pPr>
      <w:r>
        <w:t>B)  O gato preto, que se levanta nas patas traseiras</w:t>
      </w:r>
    </w:p>
    <w:p>
      <w:pPr>
        <w:ind w:left="340"/>
      </w:pPr>
      <w:r>
        <w:t>C)  Azazello, que depois o expulsa pela escada</w:t>
      </w:r>
    </w:p>
    <w:p>
      <w:pPr>
        <w:ind w:left="340"/>
      </w:pPr>
      <w:r>
        <w:t>D)  Piatnajko, membro da administração predial</w:t>
      </w:r>
    </w:p>
    <w:p>
      <w:r>
        <w:rPr>
          <w:b/>
          <w:color w:val="7C2416"/>
        </w:rPr>
        <w:t xml:space="preserve">4.10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(Primeira Parte, capítulo 15: O sonho de Nikanor Ivânovitch)</w:t>
      </w:r>
    </w:p>
    <w:p>
      <w:r>
        <w:t>No sonho de Nikanor, o animador pede que a plateia entregue o dinheiro estrangeiro: quem confessa é aplaudido, e quem nega é desmentido pela própria amante. Que retrato de uma sociedade essa cena compõe, e por que o romance o mostra em sonho?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(Primeira Parte, capítulo 18: Os visitantes azarados)</w:t>
      </w:r>
    </w:p>
    <w:p>
      <w:r>
        <w:t>Woland pergunta a Sókov "Quanto tem de economia?" e depois propõe organizar uma festa com o dinheiro antes da morte. A proposta é cínica, sensata ou as duas coisas, e o que ela revela sobre o modo como Woland julga os moscovitas?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4.12  </w:t>
      </w:r>
      <w:r>
        <w:rPr>
          <w:b/>
        </w:rPr>
        <w:t>E você? Por que às vezes é tão difícil fazer o que sabemos ser certo?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5</w:t>
      </w:r>
    </w:p>
    <w:p>
      <w:r>
        <w:rPr>
          <w:color w:val="6E6B3D"/>
        </w:rPr>
        <w:t>Segunda Parte, capítulo 19: Margarida a Segunda Parte, capítulo 23: O grande baile de satanás</w:t>
      </w:r>
    </w:p>
    <w:p>
      <w:r>
        <w:rPr>
          <w:i/>
        </w:rPr>
        <w:t>Ao ler, observe: Repare no que Margarida aceita perder para reencontrar quem ama.</w:t>
      </w:r>
    </w:p>
    <w:p>
      <w:r>
        <w:rPr>
          <w:b/>
          <w:color w:val="7C2416"/>
        </w:rPr>
        <w:t xml:space="preserve">5.1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5.2  </w:t>
      </w:r>
      <w:r>
        <w:rPr>
          <w:b/>
        </w:rPr>
        <w:t>Quais destes temas aparecem nos capítulos da semana? Marque.</w:t>
      </w:r>
    </w:p>
    <w:p>
      <w:r>
        <w:t>☐ Bem e mal    ☐ Sobrenatural    ☐ Perdão    ☐ Arte    ☐ Coragem e heroísmo    ☐ Poder    ☐ Amor</w:t>
      </w:r>
    </w:p>
    <w:p>
      <w:r>
        <w:rPr>
          <w:b/>
          <w:color w:val="7C2416"/>
        </w:rPr>
        <w:t xml:space="preserve">5.3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Quem lhe disse que não existe no mundo o verdadeiro, o fiel, o eterno amor? Pois que cortem a língua desse mentiroso infame!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Isso é fato. E um fato é a coisa mais teimosa do mundo.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5.5  </w:t>
      </w:r>
      <w:r>
        <w:rPr>
          <w:b/>
        </w:rPr>
        <w:t>O capítulo abre com o narrador falando do amor verdadeiro, fiel e eterno. O que ele manda fazer com quem diz que esse amor não existe?</w:t>
      </w:r>
      <w:r>
        <w:rPr>
          <w:color w:val="6E6B3D"/>
          <w:sz w:val="17"/>
        </w:rPr>
        <w:t xml:space="preserve">  (Segunda Parte, capítulo 19: Margarida)</w:t>
      </w:r>
    </w:p>
    <w:p>
      <w:pPr>
        <w:ind w:left="340"/>
      </w:pPr>
      <w:r>
        <w:t>A)  Que o levem a conhecer Margarida para se convencer</w:t>
      </w:r>
    </w:p>
    <w:p>
      <w:pPr>
        <w:ind w:left="340"/>
      </w:pPr>
      <w:r>
        <w:t>B)  Que o deixem sozinho com o próprio engano e a própria dúvida</w:t>
      </w:r>
    </w:p>
    <w:p>
      <w:pPr>
        <w:ind w:left="340"/>
      </w:pPr>
      <w:r>
        <w:t>C)  Que lhe cortem a língua, por ser um mentiroso infame</w:t>
      </w:r>
    </w:p>
    <w:p>
      <w:pPr>
        <w:ind w:left="340"/>
      </w:pPr>
      <w:r>
        <w:t>D)  Que o chamem a depor diante do mestre e de Margarida</w:t>
      </w:r>
    </w:p>
    <w:p>
      <w:r>
        <w:rPr>
          <w:b/>
          <w:color w:val="7C2416"/>
        </w:rPr>
        <w:t xml:space="preserve">5.6  </w:t>
      </w:r>
      <w:r>
        <w:rPr>
          <w:b/>
        </w:rPr>
        <w:t>O que acontece com Margarida depois de passar o creme no rosto e no corpo?</w:t>
      </w:r>
      <w:r>
        <w:rPr>
          <w:color w:val="6E6B3D"/>
          <w:sz w:val="17"/>
        </w:rPr>
        <w:t xml:space="preserve">  (Segunda Parte, capítulo 20: O creme de Azazello)</w:t>
      </w:r>
    </w:p>
    <w:p>
      <w:pPr>
        <w:ind w:left="340"/>
      </w:pPr>
      <w:r>
        <w:t>A)  Adormece até a hora do telefonema de Azazello, às dez</w:t>
      </w:r>
    </w:p>
    <w:p>
      <w:pPr>
        <w:ind w:left="340"/>
      </w:pPr>
      <w:r>
        <w:t>B)  Fica sem voz e passa a falar só por gestos e olhares</w:t>
      </w:r>
    </w:p>
    <w:p>
      <w:pPr>
        <w:ind w:left="340"/>
      </w:pPr>
      <w:r>
        <w:t>C)  Perde a memória e deixa de reconhecer a própria casa</w:t>
      </w:r>
    </w:p>
    <w:p>
      <w:pPr>
        <w:ind w:left="340"/>
      </w:pPr>
      <w:r>
        <w:t>D)  Rejuvenesce, perde peso e fica suspensa no ar</w:t>
      </w:r>
    </w:p>
    <w:p>
      <w:r>
        <w:rPr>
          <w:b/>
          <w:color w:val="7C2416"/>
        </w:rPr>
        <w:t xml:space="preserve">5.7  </w:t>
      </w:r>
      <w:r>
        <w:rPr>
          <w:b/>
        </w:rPr>
        <w:t>Na lista de moradores da Casa da Dramlit, Margarida lê o nome de Latunski. O que ela grita?</w:t>
      </w:r>
      <w:r>
        <w:rPr>
          <w:color w:val="6E6B3D"/>
          <w:sz w:val="17"/>
        </w:rPr>
        <w:t xml:space="preserve">  (Segunda Parte, capítulo 21: O voo)</w:t>
      </w:r>
    </w:p>
    <w:p>
      <w:pPr>
        <w:ind w:left="340"/>
      </w:pPr>
      <w:r>
        <w:t>A)  Que ele morava no mesmo prédio que o falecido Berlioz</w:t>
      </w:r>
    </w:p>
    <w:p>
      <w:pPr>
        <w:ind w:left="340"/>
      </w:pPr>
      <w:r>
        <w:t>B)  Que foi ele quem acabou com o mestre</w:t>
      </w:r>
    </w:p>
    <w:p>
      <w:pPr>
        <w:ind w:left="340"/>
      </w:pPr>
      <w:r>
        <w:t>C)  Que é ele quem a espera com um convite de Woland</w:t>
      </w:r>
    </w:p>
    <w:p>
      <w:pPr>
        <w:ind w:left="340"/>
      </w:pPr>
      <w:r>
        <w:t>D)  Que ele escreveu o telegrama enviado a Poplavski</w:t>
      </w:r>
    </w:p>
    <w:p>
      <w:r>
        <w:rPr>
          <w:b/>
          <w:color w:val="7C2416"/>
        </w:rPr>
        <w:t xml:space="preserve">5.8  </w:t>
      </w:r>
      <w:r>
        <w:rPr>
          <w:b/>
        </w:rPr>
        <w:t>Margarida estranha que um salão tão imenso caiba num apartamento moscovita. Como Korôviev explica?</w:t>
      </w:r>
      <w:r>
        <w:rPr>
          <w:color w:val="6E6B3D"/>
          <w:sz w:val="17"/>
        </w:rPr>
        <w:t xml:space="preserve">  (Segunda Parte, capítulo 22: À luz de velas)</w:t>
      </w:r>
    </w:p>
    <w:p>
      <w:pPr>
        <w:ind w:left="340"/>
      </w:pPr>
      <w:r>
        <w:t>A)  O apartamento é um palácio disfarçado, e a escuridão esconde as paredes</w:t>
      </w:r>
    </w:p>
    <w:p>
      <w:pPr>
        <w:ind w:left="340"/>
      </w:pPr>
      <w:r>
        <w:t>B)  Os espelhos de Woland multiplicam o espaço, como num truque de teatro</w:t>
      </w:r>
    </w:p>
    <w:p>
      <w:pPr>
        <w:ind w:left="340"/>
      </w:pPr>
      <w:r>
        <w:t>C)  Para quem conhece a quinta dimensão, ampliar um cômodo não custa nada</w:t>
      </w:r>
    </w:p>
    <w:p>
      <w:pPr>
        <w:ind w:left="340"/>
      </w:pPr>
      <w:r>
        <w:t>D)  Hella o ampliou com um feitiço, enquanto Margarida atravessava a escada</w:t>
      </w:r>
    </w:p>
    <w:p>
      <w:r>
        <w:rPr>
          <w:b/>
          <w:color w:val="7C2416"/>
        </w:rPr>
        <w:t xml:space="preserve">5.9  </w:t>
      </w:r>
      <w:r>
        <w:rPr>
          <w:b/>
        </w:rPr>
        <w:t>Que conselho Korôviev dá a Margarida sobre os convidados, antes do baile?</w:t>
      </w:r>
      <w:r>
        <w:rPr>
          <w:color w:val="6E6B3D"/>
          <w:sz w:val="17"/>
        </w:rPr>
        <w:t xml:space="preserve">  (Segunda Parte, capítulo 23: O grande baile de satanás)</w:t>
      </w:r>
    </w:p>
    <w:p>
      <w:pPr>
        <w:ind w:left="340"/>
      </w:pPr>
      <w:r>
        <w:t>A)  Receber só os reis e as rainhas, ignorando os demais</w:t>
      </w:r>
    </w:p>
    <w:p>
      <w:pPr>
        <w:ind w:left="340"/>
      </w:pPr>
      <w:r>
        <w:t>B)  Falar o mínimo e nunca olhar nos olhos dos convidados</w:t>
      </w:r>
    </w:p>
    <w:p>
      <w:pPr>
        <w:ind w:left="340"/>
      </w:pPr>
      <w:r>
        <w:t>C)  Dar a mão só a quem tiver título de nobreza, e a mais ninguém</w:t>
      </w:r>
    </w:p>
    <w:p>
      <w:pPr>
        <w:ind w:left="340"/>
      </w:pPr>
      <w:r>
        <w:t>D)  Não tratar ninguém diferente e não deixar a antipatia aparecer no rosto</w:t>
      </w:r>
    </w:p>
    <w:p>
      <w:r>
        <w:rPr>
          <w:b/>
          <w:color w:val="7C2416"/>
        </w:rPr>
        <w:t xml:space="preserve">5.10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(Segunda Parte, capítulo 19: Margarida)</w:t>
      </w:r>
    </w:p>
    <w:p>
      <w:r>
        <w:t>Margarida vive com um marido rico e bom, e o narrador diz dela: "Tinha que ou esquecê-lo, ou morrer." O que essa alternativa extrema diz sobre o tipo de amor que o romance põe em cena?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(Segunda Parte, capítulo 23: O grande baile de satanás)</w:t>
      </w:r>
    </w:p>
    <w:p>
      <w:r>
        <w:t>Woland diz à cabeça de Berlioz que existe uma teoria segundo a qual "a cada um é dado de acordo com a sua crença" e o manda para a inexistência. Que tipo de justiça é essa, que dá a Berlioz exatamente o que ele sustentava, e é castigo ou cumprimento do que ele queria?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5.12  </w:t>
      </w:r>
      <w:r>
        <w:rPr>
          <w:b/>
        </w:rPr>
        <w:t>E você? Até onde vale a pena ir por amor?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6</w:t>
      </w:r>
    </w:p>
    <w:p>
      <w:r>
        <w:rPr>
          <w:color w:val="6E6B3D"/>
        </w:rPr>
        <w:t>Segunda Parte, capítulo 24: O resgate do mestre a Segunda Parte, capítulo 28: As últimas aventuras de Korôviev e Behemoth</w:t>
      </w:r>
    </w:p>
    <w:p>
      <w:r>
        <w:rPr>
          <w:i/>
        </w:rPr>
        <w:t>Ao ler, observe: Repare em quem pede algo para si e em quem pede pelos outros.</w:t>
      </w:r>
    </w:p>
    <w:p>
      <w:r>
        <w:rPr>
          <w:b/>
          <w:color w:val="7C2416"/>
        </w:rPr>
        <w:t xml:space="preserve">6.1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6.2  </w:t>
      </w:r>
      <w:r>
        <w:rPr>
          <w:b/>
        </w:rPr>
        <w:t>Quais destes temas aparecem nos capítulos da semana? Marque.</w:t>
      </w:r>
    </w:p>
    <w:p>
      <w:r>
        <w:t>☐ Bem e mal    ☐ Sobrenatural    ☐ Perdão    ☐ Arte    ☐ Coragem e heroísmo    ☐ Poder    ☐ Amor</w:t>
      </w:r>
    </w:p>
    <w:p>
      <w:r>
        <w:rPr>
          <w:b/>
          <w:color w:val="7C2416"/>
        </w:rPr>
        <w:t xml:space="preserve">6.3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Nunca peça nada! Nunca peça nada, principalmente àqueles que são fortes. Eles vão oferecer por conta própria e darão tudo também.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…está trajando um terno social lilás, está inchado de tanto salmão, mas tem dinheiro estrangeiro, e o nosso, o nosso?!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6.5  </w:t>
      </w:r>
      <w:r>
        <w:rPr>
          <w:b/>
        </w:rPr>
        <w:t>Margarida se despede sem pedir nada. O que Woland lhe diz sobre pedir?</w:t>
      </w:r>
      <w:r>
        <w:rPr>
          <w:color w:val="6E6B3D"/>
          <w:sz w:val="17"/>
        </w:rPr>
        <w:t xml:space="preserve">  (Segunda Parte, capítulo 24: O resgate do mestre)</w:t>
      </w:r>
    </w:p>
    <w:p>
      <w:pPr>
        <w:ind w:left="340"/>
      </w:pPr>
      <w:r>
        <w:t>A)  Que peça só o necessário, para não ofender os fortes nem os fracos</w:t>
      </w:r>
    </w:p>
    <w:p>
      <w:pPr>
        <w:ind w:left="340"/>
      </w:pPr>
      <w:r>
        <w:t>B)  Que peça sempre duas vezes, porque os fortes testam a insistência</w:t>
      </w:r>
    </w:p>
    <w:p>
      <w:pPr>
        <w:ind w:left="340"/>
      </w:pPr>
      <w:r>
        <w:t>C)  Que peça só aos fracos, porque os fortes cobram caro depois</w:t>
      </w:r>
    </w:p>
    <w:p>
      <w:pPr>
        <w:ind w:left="340"/>
      </w:pPr>
      <w:r>
        <w:t>D)  Que nunca peça nada aos fortes, pois eles mesmos oferecem e dão tudo</w:t>
      </w:r>
    </w:p>
    <w:p>
      <w:r>
        <w:rPr>
          <w:b/>
          <w:color w:val="7C2416"/>
        </w:rPr>
        <w:t xml:space="preserve">6.6  </w:t>
      </w:r>
      <w:r>
        <w:rPr>
          <w:b/>
        </w:rPr>
        <w:t>Ha-Notzri recusa a bebida antes da execução. O que Afrânio diz que ele respondeu?</w:t>
      </w:r>
      <w:r>
        <w:rPr>
          <w:color w:val="6E6B3D"/>
          <w:sz w:val="17"/>
        </w:rPr>
        <w:t xml:space="preserve">  (Segunda Parte, capítulo 25: Como o procurador tentou salvar Judas de Kerioth)</w:t>
      </w:r>
    </w:p>
    <w:p>
      <w:pPr>
        <w:ind w:left="340"/>
      </w:pPr>
      <w:r>
        <w:t>A)  Que aceitaria só se Pilatos lhe pedisse em pessoa, no Gólgota</w:t>
      </w:r>
    </w:p>
    <w:p>
      <w:pPr>
        <w:ind w:left="340"/>
      </w:pPr>
      <w:r>
        <w:t>B)  Que culpava Caifás e o sumo sacerdote por tudo o que sofria</w:t>
      </w:r>
    </w:p>
    <w:p>
      <w:pPr>
        <w:ind w:left="340"/>
      </w:pPr>
      <w:r>
        <w:t>C)  Que agradecia e não culpava ninguém por lhe tirarem a vida</w:t>
      </w:r>
    </w:p>
    <w:p>
      <w:pPr>
        <w:ind w:left="340"/>
      </w:pPr>
      <w:r>
        <w:t>D)  Que não tinha sede, pois sabia que não morreria naquele dia</w:t>
      </w:r>
    </w:p>
    <w:p>
      <w:r>
        <w:rPr>
          <w:b/>
          <w:color w:val="7C2416"/>
        </w:rPr>
        <w:t xml:space="preserve">6.7  </w:t>
      </w:r>
      <w:r>
        <w:rPr>
          <w:b/>
        </w:rPr>
        <w:t>Ao anoitecer, o procurador percebe que deixou escapar algo durante o dia e tenta corrigir isso com ações pequenas e atrasadas. Em que consiste, segundo o narrador, o autoengano dele?</w:t>
      </w:r>
      <w:r>
        <w:rPr>
          <w:color w:val="6E6B3D"/>
          <w:sz w:val="17"/>
        </w:rPr>
        <w:t xml:space="preserve">  (Segunda Parte, capítulo 26: O sepultamento)</w:t>
      </w:r>
    </w:p>
    <w:p>
      <w:pPr>
        <w:ind w:left="340"/>
      </w:pPr>
      <w:r>
        <w:t>A)  Em culpar Afrânio pelo que deixou escapar durante o dia</w:t>
      </w:r>
    </w:p>
    <w:p>
      <w:pPr>
        <w:ind w:left="340"/>
      </w:pPr>
      <w:r>
        <w:t>B)  Em achar que a dor de cabeça da manhã é que o fez errar</w:t>
      </w:r>
    </w:p>
    <w:p>
      <w:pPr>
        <w:ind w:left="340"/>
      </w:pPr>
      <w:r>
        <w:t>C)  Em acreditar que Yeshua foi embora de Yerushalaim por vontade própria</w:t>
      </w:r>
    </w:p>
    <w:p>
      <w:pPr>
        <w:ind w:left="340"/>
      </w:pPr>
      <w:r>
        <w:t>D)  Em achar que as ações da noite valem tanto quanto a sentença da manhã</w:t>
      </w:r>
    </w:p>
    <w:p>
      <w:r>
        <w:rPr>
          <w:b/>
          <w:color w:val="7C2416"/>
        </w:rPr>
        <w:t xml:space="preserve">6.8  </w:t>
      </w:r>
      <w:r>
        <w:rPr>
          <w:b/>
        </w:rPr>
        <w:t>Na manhã seguinte ao baile, o narrador diz que a alma de Margarida está em total ordem. O que, segundo ele, conhecer Woland lhe trouxe?</w:t>
      </w:r>
      <w:r>
        <w:rPr>
          <w:color w:val="6E6B3D"/>
          <w:sz w:val="17"/>
        </w:rPr>
        <w:t xml:space="preserve">  (Segunda Parte, capítulo 27: O fim do apartamento número 50)</w:t>
      </w:r>
    </w:p>
    <w:p>
      <w:pPr>
        <w:ind w:left="340"/>
      </w:pPr>
      <w:r>
        <w:t>A)  Nenhum prejuízo psíquico: tudo estava como se assim devesse ser</w:t>
      </w:r>
    </w:p>
    <w:p>
      <w:pPr>
        <w:ind w:left="340"/>
      </w:pPr>
      <w:r>
        <w:t>B)  Um medo constante de rever Woland e sua comitiva a qualquer momento</w:t>
      </w:r>
    </w:p>
    <w:p>
      <w:pPr>
        <w:ind w:left="340"/>
      </w:pPr>
      <w:r>
        <w:t>C)  A dúvida sobre se tinha mesmo estado no baile de Satanás</w:t>
      </w:r>
    </w:p>
    <w:p>
      <w:pPr>
        <w:ind w:left="340"/>
      </w:pPr>
      <w:r>
        <w:t>D)  Um cansaço que a impedia de dormir, apesar da hora</w:t>
      </w:r>
    </w:p>
    <w:p>
      <w:r>
        <w:rPr>
          <w:b/>
          <w:color w:val="7C2416"/>
        </w:rPr>
        <w:t xml:space="preserve">6.9  </w:t>
      </w:r>
      <w:r>
        <w:rPr>
          <w:b/>
        </w:rPr>
        <w:t>Na porta da loja Torgsin, o porteiro barra Korôviev e Behemoth. Que condição de venda ele lembra a Korôviev, desconfiado do terno dele?</w:t>
      </w:r>
      <w:r>
        <w:rPr>
          <w:color w:val="6E6B3D"/>
          <w:sz w:val="17"/>
        </w:rPr>
        <w:t xml:space="preserve">  (Segunda Parte, capítulo 28: As últimas aventuras de Korôviev e Behemoth)</w:t>
      </w:r>
    </w:p>
    <w:p>
      <w:pPr>
        <w:ind w:left="340"/>
      </w:pPr>
      <w:r>
        <w:t>A)  Que só entram sócios da associação de escritores</w:t>
      </w:r>
    </w:p>
    <w:p>
      <w:pPr>
        <w:ind w:left="340"/>
      </w:pPr>
      <w:r>
        <w:t>B)  Que ali a venda é só com dinheiro estrangeiro</w:t>
      </w:r>
    </w:p>
    <w:p>
      <w:pPr>
        <w:ind w:left="340"/>
      </w:pPr>
      <w:r>
        <w:t>C)  Que a loja não atende gente de boné nem de bota</w:t>
      </w:r>
    </w:p>
    <w:p>
      <w:pPr>
        <w:ind w:left="340"/>
      </w:pPr>
      <w:r>
        <w:t>D)  Que as compras são limitadas a um quilo por pessoa</w:t>
      </w:r>
    </w:p>
    <w:p>
      <w:r>
        <w:rPr>
          <w:b/>
          <w:color w:val="7C2416"/>
        </w:rPr>
        <w:t xml:space="preserve">6.10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(Segunda Parte, capítulo 24: O resgate do mestre)</w:t>
      </w:r>
    </w:p>
    <w:p>
      <w:r>
        <w:t>Woland diz: "Nunca peça nada, principalmente àqueles que são fortes." Logo depois, o primeiro pedido de Margarida é por Frida, não pelo mestre. O que a máxima de Woland e a escolha de Margarida dizem, cada uma, sobre o que vale pedir e a quem?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(Segunda Parte, capítulo 28: As últimas aventuras de Korôviev e Behemoth)</w:t>
      </w:r>
    </w:p>
    <w:p>
      <w:r>
        <w:t>Na Casa Griboiêdov, Korôviev protesta contra o pedido de documentos dizendo: "Não são as identidades que definem um escritor, mas aquilo que ele escreve!" Por que a frase soa tão certa e, dita por ele naquele lugar, tão irônica?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6.12  </w:t>
      </w:r>
      <w:r>
        <w:rPr>
          <w:b/>
        </w:rPr>
        <w:t>E você? O que é mais difícil: pedir perdão ou perdoar?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7</w:t>
      </w:r>
    </w:p>
    <w:p>
      <w:r>
        <w:rPr>
          <w:color w:val="6E6B3D"/>
        </w:rPr>
        <w:t>Segunda Parte, capítulo 29: O destino do mestre e de Margarida é decidido a Epílogo</w:t>
      </w:r>
    </w:p>
    <w:p>
      <w:r>
        <w:rPr>
          <w:i/>
        </w:rPr>
        <w:t>Ao ler, observe: Repare na diferença entre receber a luz e receber a paz.</w:t>
      </w:r>
    </w:p>
    <w:p>
      <w:r>
        <w:rPr>
          <w:b/>
          <w:color w:val="7C2416"/>
        </w:rPr>
        <w:t xml:space="preserve">7.1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7.2  </w:t>
      </w:r>
      <w:r>
        <w:rPr>
          <w:b/>
        </w:rPr>
        <w:t>Quais destes temas aparecem nos capítulos da semana? Marque.</w:t>
      </w:r>
    </w:p>
    <w:p>
      <w:r>
        <w:t>☐ Bem e mal    ☐ Sobrenatural    ☐ Perdão    ☐ Arte    ☐ Coragem e heroísmo    ☐ Poder    ☐ Amor</w:t>
      </w:r>
    </w:p>
    <w:p>
      <w:r>
        <w:rPr>
          <w:b/>
          <w:color w:val="7C2416"/>
        </w:rPr>
        <w:t xml:space="preserve">7.3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…o que faria a sua bondade se não existisse a maldade, como seria a terra se dela sumissem as sombras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7.4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Terminou assim, meu discípulo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7.5  </w:t>
      </w:r>
      <w:r>
        <w:rPr>
          <w:b/>
        </w:rPr>
        <w:t>Woland responde à entonação de Levi com uma pergunta sobre o bem e o mal. Que consequência ele aponta de fazer sumir as sombras da terra?</w:t>
      </w:r>
      <w:r>
        <w:rPr>
          <w:color w:val="6E6B3D"/>
          <w:sz w:val="17"/>
        </w:rPr>
        <w:t xml:space="preserve">  (Segunda Parte, capítulo 29: O destino do mestre e de Margarida é decidido)</w:t>
      </w:r>
    </w:p>
    <w:p>
      <w:pPr>
        <w:ind w:left="340"/>
      </w:pPr>
      <w:r>
        <w:t>A)  O mal passaria a vencer o bem em toda parte do mundo</w:t>
      </w:r>
    </w:p>
    <w:p>
      <w:pPr>
        <w:ind w:left="340"/>
      </w:pPr>
      <w:r>
        <w:t>B)  Seria preciso tirar da terra as árvores e tudo o que é vivo</w:t>
      </w:r>
    </w:p>
    <w:p>
      <w:pPr>
        <w:ind w:left="340"/>
      </w:pPr>
      <w:r>
        <w:t>C)  As pessoas deixariam de distinguir o dia da noite no mundo</w:t>
      </w:r>
    </w:p>
    <w:p>
      <w:pPr>
        <w:ind w:left="340"/>
      </w:pPr>
      <w:r>
        <w:t>D)  Os homens passariam a viver sem medo da morte e da dor</w:t>
      </w:r>
    </w:p>
    <w:p>
      <w:r>
        <w:rPr>
          <w:b/>
          <w:color w:val="7C2416"/>
        </w:rPr>
        <w:t xml:space="preserve">7.6  </w:t>
      </w:r>
      <w:r>
        <w:rPr>
          <w:b/>
        </w:rPr>
        <w:t>O mestre manda Margarida voltar para casa e diz não ter mais medo. Por que ele diz que nada mais o assusta?</w:t>
      </w:r>
      <w:r>
        <w:rPr>
          <w:color w:val="6E6B3D"/>
          <w:sz w:val="17"/>
        </w:rPr>
        <w:t xml:space="preserve">  (Segunda Parte, capítulo 30: Está na hora! Está na hora!)</w:t>
      </w:r>
    </w:p>
    <w:p>
      <w:pPr>
        <w:ind w:left="340"/>
      </w:pPr>
      <w:r>
        <w:t>A)  Porque acha que Woland o protegerá de qualquer perigo</w:t>
      </w:r>
    </w:p>
    <w:p>
      <w:pPr>
        <w:ind w:left="340"/>
      </w:pPr>
      <w:r>
        <w:t>B)  Porque já passou por tudo e não podem mais assustá-lo com nada</w:t>
      </w:r>
    </w:p>
    <w:p>
      <w:pPr>
        <w:ind w:left="340"/>
      </w:pPr>
      <w:r>
        <w:t>C)  Porque tem certeza de que a polícia não o prenderá de novo</w:t>
      </w:r>
    </w:p>
    <w:p>
      <w:pPr>
        <w:ind w:left="340"/>
      </w:pPr>
      <w:r>
        <w:t>D)  Porque seu romance foi devolvido inteiro e o consola de tudo</w:t>
      </w:r>
    </w:p>
    <w:p>
      <w:r>
        <w:rPr>
          <w:b/>
          <w:color w:val="7C2416"/>
        </w:rPr>
        <w:t xml:space="preserve">7.7  </w:t>
      </w:r>
      <w:r>
        <w:rPr>
          <w:b/>
        </w:rPr>
        <w:t>Ao receber o mestre e Margarida no alto da colina, o que Woland diz ao mestre?</w:t>
      </w:r>
      <w:r>
        <w:rPr>
          <w:color w:val="6E6B3D"/>
          <w:sz w:val="17"/>
        </w:rPr>
        <w:t xml:space="preserve">  (Segunda Parte, capítulo 31: Nas colinas dos pardais)</w:t>
      </w:r>
    </w:p>
    <w:p>
      <w:pPr>
        <w:ind w:left="340"/>
      </w:pPr>
      <w:r>
        <w:t>A)  Que a viagem será curta e que voltarão a Moscou na primavera</w:t>
      </w:r>
    </w:p>
    <w:p>
      <w:pPr>
        <w:ind w:left="340"/>
      </w:pPr>
      <w:r>
        <w:t>B)  Que não vão se arrepender, e que o mestre se despeça da cidade</w:t>
      </w:r>
    </w:p>
    <w:p>
      <w:pPr>
        <w:ind w:left="340"/>
      </w:pPr>
      <w:r>
        <w:t>C)  Que o mestre escolha agora entre a luz e a tranquilidade eterna</w:t>
      </w:r>
    </w:p>
    <w:p>
      <w:pPr>
        <w:ind w:left="340"/>
      </w:pPr>
      <w:r>
        <w:t>D)  Que Margarida deve ficar em Moscou, e só o mestre parte</w:t>
      </w:r>
    </w:p>
    <w:p>
      <w:r>
        <w:rPr>
          <w:b/>
          <w:color w:val="7C2416"/>
        </w:rPr>
        <w:t xml:space="preserve">7.8  </w:t>
      </w:r>
      <w:r>
        <w:rPr>
          <w:b/>
        </w:rPr>
        <w:t>No voo noturno, Margarida pergunta a Woland por que o cavaleiro lilás, antes Korôviev-Fagot, mudou tanto. O que Woland responde?</w:t>
      </w:r>
      <w:r>
        <w:rPr>
          <w:color w:val="6E6B3D"/>
          <w:sz w:val="17"/>
        </w:rPr>
        <w:t xml:space="preserve">  (Segunda Parte, capítulo 32: Perdão e refúgio eterno)</w:t>
      </w:r>
    </w:p>
    <w:p>
      <w:pPr>
        <w:ind w:left="340"/>
      </w:pPr>
      <w:r>
        <w:t>A)  Que ele traiu Woland certa vez e, de castigo, ficou sombrio para sempre</w:t>
      </w:r>
    </w:p>
    <w:p>
      <w:pPr>
        <w:ind w:left="340"/>
      </w:pPr>
      <w:r>
        <w:t>B)  Que sempre foi assim, e o fraque de circo e o pincenê eram disfarce</w:t>
      </w:r>
    </w:p>
    <w:p>
      <w:pPr>
        <w:ind w:left="340"/>
      </w:pPr>
      <w:r>
        <w:t>C)  Que fez um trocadilho infeliz sobre luz e trevas, e hoje pagou a conta</w:t>
      </w:r>
    </w:p>
    <w:p>
      <w:pPr>
        <w:ind w:left="340"/>
      </w:pPr>
      <w:r>
        <w:t>D)  Que perdeu a graça ao ver o fim de Moscou e agora só pensa no caminho</w:t>
      </w:r>
    </w:p>
    <w:p>
      <w:r>
        <w:rPr>
          <w:b/>
          <w:color w:val="7C2416"/>
        </w:rPr>
        <w:t xml:space="preserve">7.9  </w:t>
      </w:r>
      <w:r>
        <w:rPr>
          <w:b/>
        </w:rPr>
        <w:t>O narrador diz que as pessoas mais cultas não acreditavam nas histórias de um diabo que visitou a capital. Que ponto de vista elas defendiam?</w:t>
      </w:r>
      <w:r>
        <w:rPr>
          <w:color w:val="6E6B3D"/>
          <w:sz w:val="17"/>
        </w:rPr>
        <w:t xml:space="preserve">  (Epílogo)</w:t>
      </w:r>
    </w:p>
    <w:p>
      <w:pPr>
        <w:ind w:left="340"/>
      </w:pPr>
      <w:r>
        <w:t>A)  Que era uma quadrilha de agentes estrangeiros pagos para incendiar prédios</w:t>
      </w:r>
    </w:p>
    <w:p>
      <w:pPr>
        <w:ind w:left="340"/>
      </w:pPr>
      <w:r>
        <w:t>B)  Que era uma quadrilha de hipnotizadores e ventríloquos, como dizia a investigação</w:t>
      </w:r>
    </w:p>
    <w:p>
      <w:pPr>
        <w:ind w:left="340"/>
      </w:pPr>
      <w:r>
        <w:t>C)  Que tudo tinha sido um sonho coletivo de toda a população de Moscou</w:t>
      </w:r>
    </w:p>
    <w:p>
      <w:pPr>
        <w:ind w:left="340"/>
      </w:pPr>
      <w:r>
        <w:t>D)  Que a casa Griboiêdov pegara fogo por acidente, e o resto era boato</w:t>
      </w:r>
    </w:p>
    <w:p>
      <w:r>
        <w:rPr>
          <w:b/>
          <w:color w:val="7C2416"/>
        </w:rPr>
        <w:t xml:space="preserve">7.10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(Segunda Parte, capítulo 29: O destino do mestre e de Margarida é decidido)</w:t>
      </w:r>
    </w:p>
    <w:p>
      <w:r>
        <w:t>Woland pergunta a Levi o que faria a bondade dele "se não existisse a maldade" e como seria a terra sem as sombras. O argumento convence, e o que ele deixa de fora?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7.11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(Epílogo)</w:t>
      </w:r>
    </w:p>
    <w:p>
      <w:r>
        <w:t>Aloísi Mogarytch, o vizinho que denunciou o mestre para ficar com o apartamento dele, acaba no cargo de diretor financeiro do Teatro de Variedades, que Rímski recusou. O que esse destino diz sobre o que o romance pensa dos delatores e da justiça, e é ironia, castigo ou outra coisa?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7.12  </w:t>
      </w:r>
      <w:r>
        <w:rPr>
          <w:b/>
        </w:rPr>
        <w:t>E você? Para você, o que significa encontrar paz?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Personagens</w:t>
      </w:r>
    </w:p>
    <w:p>
      <w:r>
        <w:t>Para cada personagem, diga quem é e como muda do começo ao fim do livro.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>Personagem</w:t>
            </w:r>
          </w:p>
        </w:tc>
        <w:tc>
          <w:tcPr>
            <w:tcW w:type="dxa" w:w="3289"/>
          </w:tcPr>
          <w:p>
            <w:r>
              <w:t>Quem é</w:t>
            </w:r>
          </w:p>
        </w:tc>
        <w:tc>
          <w:tcPr>
            <w:tcW w:type="dxa" w:w="3289"/>
          </w:tcPr>
          <w:p>
            <w:r>
              <w:t>Como muda</w:t>
            </w:r>
          </w:p>
        </w:tc>
      </w:tr>
      <w:tr>
        <w:tc>
          <w:tcPr>
            <w:tcW w:type="dxa" w:w="3289"/>
          </w:tcPr>
          <w:p>
            <w:r>
              <w:t>P1  O mestre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P2  Margarida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P3  Woland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P4  Korôviev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P5  Behemoth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P6  Azazello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7C2416"/>
        </w:rPr>
        <w:t>Temas</w:t>
      </w:r>
    </w:p>
    <w:p>
      <w:r>
        <w:t>Para cada tema, anote dois ou três momentos do livro em que ele aparece e escreva, em poucas linhas, o que o livro diz sobre ele.</w:t>
      </w:r>
    </w:p>
    <w:p>
      <w:r>
        <w:rPr>
          <w:b/>
          <w:color w:val="7C2416"/>
        </w:rPr>
        <w:t xml:space="preserve">T1  </w:t>
      </w:r>
      <w:r>
        <w:rPr>
          <w:b/>
        </w:rPr>
        <w:t>Bem e mal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T2  </w:t>
      </w:r>
      <w:r>
        <w:rPr>
          <w:b/>
        </w:rPr>
        <w:t>Sobrenatural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T3  </w:t>
      </w:r>
      <w:r>
        <w:rPr>
          <w:b/>
        </w:rPr>
        <w:t>Perdão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T4  </w:t>
      </w:r>
      <w:r>
        <w:rPr>
          <w:b/>
        </w:rPr>
        <w:t>Arte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T5  </w:t>
      </w:r>
      <w:r>
        <w:rPr>
          <w:b/>
        </w:rPr>
        <w:t>Coragem e heroísmo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T6  </w:t>
      </w:r>
      <w:r>
        <w:rPr>
          <w:b/>
        </w:rPr>
        <w:t>Poder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T7  </w:t>
      </w:r>
      <w:r>
        <w:rPr>
          <w:b/>
        </w:rPr>
        <w:t>Amor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Fechamento</w:t>
      </w:r>
    </w:p>
    <w:p>
      <w:r>
        <w:t>Perguntas sobre a obra inteira. Escolha uma e responda num texto de 20 a 30 linhas.</w:t>
      </w:r>
    </w:p>
    <w:p>
      <w:pPr>
        <w:pStyle w:val="ListBullet"/>
      </w:pPr>
      <w:r>
        <w:t>Se Woland não corrompe e apenas revela, ele ainda é o diabo, ou virou instrumento de justiça?</w:t>
      </w:r>
    </w:p>
    <w:p>
      <w:pPr>
        <w:pStyle w:val="ListBullet"/>
      </w:pPr>
      <w:r>
        <w:t>Por que o autor confia a Yeshua a tese moral do livro e a Woland a demonstração dela?</w:t>
      </w:r>
    </w:p>
    <w:p>
      <w:pPr>
        <w:pStyle w:val="ListBullet"/>
      </w:pPr>
      <w:r>
        <w:t>O que muda na leitura do romance quando se sabe que o manuscrito que arde dentro dele arde por fora também?</w:t>
      </w:r>
    </w:p>
    <w:p>
      <w:pPr>
        <w:pStyle w:val="ListBullet"/>
      </w:pPr>
      <w:r>
        <w:t>Margarida se torna bruxa por amor, e a primeira coisa que ela pede depois do baile é para outra pessoa. Isso a resgata, ou é justamente o que a condena ao refúgio em vez da luz?</w:t>
      </w:r>
    </w:p>
    <w:p>
      <w:pPr>
        <w:pStyle w:val="ListBullet"/>
      </w:pPr>
      <w:r>
        <w:t>Berlioz nega a existência de Jesus com erudição histórica, e é derrubado por uma profecia banal (óleo de cozinha, um bonde). Por que o romance escolhe um mecanismo tão pequeno para vencer um argumento tão grande?</w:t>
      </w:r>
    </w:p>
    <w:p>
      <w:pPr>
        <w:pStyle w:val="ListBullet"/>
      </w:pPr>
      <w:r>
        <w:t>Yeshua diz a Pilatos que não existem pessoas maldosas, nem mesmo Marcos Mata-ratos, que o espancou minutos antes. É ingenuidade, método ou a única forma de manter alguma liberdade diante de quem decide sua morte?</w:t>
      </w:r>
    </w:p>
    <w:p>
      <w:pPr>
        <w:pStyle w:val="ListBullet"/>
      </w:pPr>
      <w:r>
        <w:t>Pilatos formula sozinho a absolvição de Yeshua e não a executa. O que pesa mais na cena, o medo da acusação de traição a César, ou a covardia de que o próprio Yeshua o acusa (cabeça doendo, "pensa na morte")?</w:t>
      </w:r>
    </w:p>
    <w:p>
      <w:pPr>
        <w:pStyle w:val="ListBullet"/>
      </w:pPr>
      <w:r>
        <w:t>Ninguém acredita em Ivan quando ele diz a verdade sobre a morte de Berlioz, e o preço de insistir é o hospital psiquiátrico. Que outras cenas do romance repetem essa mesma estrutura, verdade dita e verdade internada?</w:t>
      </w:r>
    </w:p>
    <w:p>
      <w:pPr>
        <w:pStyle w:val="ListBullet"/>
      </w:pPr>
      <w:r>
        <w:t>O mestre queima o romance, mas não a própria memória dele: consegue recitar o livro de cabeça mais tarde na obra. O que a queima realmente destruiu, se não o texto?</w:t>
      </w:r>
    </w:p>
    <w:p>
      <w:pPr>
        <w:pStyle w:val="ListBullet"/>
      </w:pPr>
      <w:r>
        <w:t>Nikanor admite no interrogatório o suborno em rublos e nega, acordado e em sonho, a moeda estrangeira (ver O dinheiro estrangeiro), enquanto outros espectadores do sonho, como Kanávkin, confessam. Por que o romance escolhe justamente o sonho, e não o interrogatório real, como o lugar onde a verdade dos moscovitas aparece sem disfarce?</w:t>
      </w:r>
    </w:p>
    <w:p>
      <w:pPr>
        <w:pStyle w:val="ListBullet"/>
      </w:pPr>
      <w:r>
        <w:t>Rímski e Poplavski reagem ao sobrenatural do mesmo jeito, fugindo para pegar o primeiro trem. O que diferencia moralmente o medo de um do cálculo do outro?</w:t>
      </w:r>
    </w:p>
    <w:p>
      <w:pPr>
        <w:pStyle w:val="ListBullet"/>
      </w:pPr>
      <w:r>
        <w:t>Stravinski (ver A clínica de Stravinski) nunca discute com Ivan se o consultor existe. Ele mede a distância entre o comportamento de Ivan e o de "um homem normal", e é essa distância, não a verdade da história, que decide se ele fica internado. Que tipo de verdade sobrevive a esse teste, e que tipo não sobrevive?</w:t>
      </w:r>
    </w:p>
    <w:p>
      <w:pPr>
        <w:pStyle w:val="ListBullet"/>
      </w:pPr>
      <w:r>
        <w:t>Woland absolve a plateia dizendo que o "problema habitacional" corrompeu gente que, no fundo, é como qualquer outra. É um veredito generoso ou é o mais cínico de todos, por tirar de cada um a responsabilidade pelo que acabou de fazer no teatro?</w:t>
      </w:r>
    </w:p>
    <w:p>
      <w:pPr>
        <w:pStyle w:val="ListBullet"/>
      </w:pPr>
      <w:r>
        <w:t>Quando a voz que julga o "novo" Ivan soa igual à do consultor, o texto sugere que o auto-exame mais duro que Ivan faz de si mesmo já não é inteiramente dele. Até que ponto reconhecer a própria mediocridade (como Riúkhin faz no capítulo VI) é liberdade, e até que ponto é só um espírito estranho falando por dentro?</w:t>
      </w:r>
    </w:p>
    <w:p>
      <w:pPr>
        <w:pStyle w:val="ListBullet"/>
      </w:pPr>
      <w:r>
        <w:t>Margarida aceita o convite de Azazello sem saber o preço nem o destino: decide no escuro, e só depois descobre o que assumiu. O que muda numa escolha moral feita assim, e ela ainda vale como escolha de verdade?</w:t>
      </w:r>
    </w:p>
    <w:p>
      <w:pPr>
        <w:pStyle w:val="ListBullet"/>
      </w:pPr>
      <w:r>
        <w:t>Korôviev instrui Margarida, antes do baile, a nunca deixar transparecer desagrado por nenhum convidado, mesmo entre assassinos e traidores confessos. Até que ponto hospitalidade sem julgamento é uma virtude quando quem se recebe já foi julgado e condenado antes de chegar à porta?</w:t>
      </w:r>
    </w:p>
    <w:p>
      <w:pPr>
        <w:pStyle w:val="ListBullet"/>
      </w:pPr>
      <w:r>
        <w:t>Woland diz "nunca peça nada" logo depois de Margarida recusar qualquer paga, e logo antes de ela gastar o pedido com Frida, não consigo. A frase descreve uma lei sobre o poder, ou é também um comentário sobre o próprio gesto dela, que ganha justamente por não ter pedido para si primeiro?</w:t>
      </w:r>
    </w:p>
    <w:p>
      <w:pPr>
        <w:pStyle w:val="ListBullet"/>
      </w:pPr>
      <w:r>
        <w:t>"Manuscritos não ardem" é dito por quem tem poder de tornar a frase verdadeira. Fora do romance, o que sobrevive de uma obra que o próprio autor tentou destruir, e o que se perde quando ela precisa ser refeita de memória?</w:t>
      </w:r>
    </w:p>
    <w:p>
      <w:pPr>
        <w:pStyle w:val="ListBullet"/>
      </w:pPr>
      <w:r>
        <w:t>Pilatos manda proteger Judas ao mesmo tempo em que já ordenara sua morte. O que muda, moralmente, entre condenar um crime em praça pública e executá-lo em segredo, disfarçado de vingança alheia?</w:t>
      </w:r>
    </w:p>
    <w:p>
      <w:pPr>
        <w:pStyle w:val="ListBullet"/>
      </w:pPr>
      <w:r>
        <w:t>A investigação de Moscou reúne depoimentos verdadeiros, uns por uns, e ainda assim erra a explicação inteira, porque recusa a única hipótese que encaixaria todos os fatos. Que tipo de erro é esse, e onde mais ele aparece fora do romance?</w:t>
      </w:r>
    </w:p>
    <w:p>
      <w:pPr>
        <w:pStyle w:val="ListBullet"/>
      </w:pPr>
      <w:r>
        <w:t>Mateus Levi diz que o O mestre não fez por merecer a luz, mas fez por merecer a tranquilidade. Que ação (ou omissão) do mestre, entre queimar o romance e desistir de defendê-lo, pesa mais nessa conta?</w:t>
      </w:r>
    </w:p>
    <w:p>
      <w:pPr>
        <w:pStyle w:val="ListBullet"/>
      </w:pPr>
      <w:r>
        <w:t>Woland devolve a decisão sobre Pilatos ao mestre, e não a Yeshua nem a si mesmo: o que muda quando quem perdoa é o autor da história, e não uma autoridade externa a ela?</w:t>
      </w:r>
    </w:p>
    <w:p>
      <w:pPr>
        <w:pStyle w:val="ListBullet"/>
      </w:pPr>
      <w:r>
        <w:t>O mestre diz que sabe o romance "de cor" e por isso não precisa levá-lo consigo: uma obra que o autor pode recitar de memória ainda precisa existir fora dele?</w:t>
      </w:r>
    </w:p>
    <w:p>
      <w:pPr>
        <w:pStyle w:val="ListBullet"/>
      </w:pPr>
      <w:r>
        <w:t>Ivan Nikoláievitch nunca deixa de sentir a lua (ver A lua) cheia, mesmo curado: o Epílogo trata isso como doença residual ou como a única parte da história de Ivan que continua verdadeira?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Termos</w:t>
      </w:r>
    </w:p>
    <w:p>
      <w:r>
        <w:rPr>
          <w:b/>
          <w:color w:val="7C2416"/>
        </w:rPr>
        <w:t xml:space="preserve">Massolit. </w:t>
      </w:r>
      <w:r>
        <w:t>Sigla, em russo, de "literatura de massa": nome inventado pelo romance para uma associação de escritores de Moscou, sob tutela do Estado soviético. Era modelada em organizações reais da época, que regulavam o que os escritores publicavam e, portanto, como viviam. Distribuía carteirinha de membro, licenças criativas, casas de veraneio, restaurante e temporadas em balneários como Ialta.</w:t>
      </w:r>
    </w:p>
    <w:p>
      <w:r>
        <w:rPr>
          <w:b/>
          <w:color w:val="7C2416"/>
        </w:rPr>
        <w:t xml:space="preserve">Procurador. </w:t>
      </w:r>
      <w:r>
        <w:t>Título de certos funcionários da Roma antiga, que não eram magistrados, encarregados das finanças de uma província ou do governo de uma província imperial menor. O cargo era da ordem equestre, e não da senatorial. O historiador Tácito chama Pôncio Pilatos de procurador da Judeia, embora a inscrição da chamada Pedra de Pilatos o dê como prefeito.</w:t>
      </w:r>
    </w:p>
    <w:p>
      <w:r>
        <w:rPr>
          <w:b/>
          <w:color w:val="7C2416"/>
        </w:rPr>
        <w:t xml:space="preserve">Sumo sacerdote. </w:t>
      </w:r>
      <w:r>
        <w:t>Chefe religioso do Templo de Jerusalém e presidente do Sinédrio, o órgão supremo de governo e justiça da comunidade judaica. Sob o domínio romano, as autoridades de Roma nomeavam e depunham os sumos sacerdotes, e o cargo mudava de mãos com frequência. Caifás foi nomeado em 18 d.C. e ficou no posto cerca de dezoito anos, até ser deposto.</w:t>
      </w:r>
    </w:p>
    <w:p>
      <w:r>
        <w:rPr>
          <w:b/>
          <w:color w:val="7C2416"/>
        </w:rPr>
        <w:t xml:space="preserve">Páscoa. </w:t>
      </w:r>
      <w:r>
        <w:t>Festa judaica de Pessach, que lembra a saída dos hebreus do Egito e cai na primavera. Começa ao pôr do sol que encerra o dia 14 de Nissan, primeiro mês do calendário religioso judaico, e o dia 15 é o primeiro da festa. Segundo os Evangelhos, Pilatos tinha o costume de soltar um preso nessa festa; fora deles o costume não é atestado.</w:t>
      </w:r>
    </w:p>
    <w:p>
      <w:r>
        <w:rPr>
          <w:b/>
          <w:color w:val="7C2416"/>
        </w:rPr>
        <w:t xml:space="preserve">Hegemon. </w:t>
      </w:r>
      <w:r>
        <w:t>Palavra grega que significa guia, chefe, governante. No Novo Testamento passou a designar autoridades romanas, como procuradores, prefeitos e legados. É o tratamento que o prisioneiro é obrigado a usar ao falar com o procurador romano no interrogatório, e que depois volta nas falas dele.</w:t>
      </w:r>
    </w:p>
    <w:p>
      <w:r>
        <w:rPr>
          <w:b/>
          <w:color w:val="7C2416"/>
        </w:rPr>
        <w:t xml:space="preserve">Casa Griboiêdov. </w:t>
      </w:r>
      <w:r>
        <w:t>Nome do sobrado de Moscou onde fica a sede da Massolit, dito ter pertencido a uma tia do dramaturgo Aleksandr Griboiêdov (1795-1829), poeta e diplomata russo. A casa não existiu: inspira-se na Casa Herzen, no número 25 do Bulevar Tverskoi, que abrigou organizações de escritores nos anos 1920 e, até 1931, um restaurante para escritores.</w:t>
      </w:r>
    </w:p>
    <w:p>
      <w:r>
        <w:rPr>
          <w:b/>
          <w:color w:val="7C2416"/>
        </w:rPr>
        <w:t xml:space="preserve">Loteria. </w:t>
      </w:r>
      <w:r>
        <w:t>Na União Soviética, os cidadãos eram obrigados a comprar bilhetes do Estado no local de trabalho. Como incentivo, o Estado sorteava de tempos em tempos alguns números desses bilhetes, e os vencedores recebiam uma quantia significativa. A palavra, aqui, remete a esse sorteio estatal ligado aos bilhetes, e não a um jogo de azar comum.</w:t>
      </w:r>
    </w:p>
    <w:p>
      <w:r>
        <w:rPr>
          <w:b/>
          <w:color w:val="7C2416"/>
        </w:rPr>
        <w:t xml:space="preserve">Gólgota. </w:t>
      </w:r>
      <w:r>
        <w:t>Colina fora da cidade de Jerusalém onde, segundo os quatro Evangelhos, Jesus foi crucificado. O nome vem do aramaico e significa caveira, talvez por uma pilha de crânios ou pelo formato do terreno. O local tradicional está hoje dentro da Igreja do Santo Sepulcro, construída por ordem de Constantino entre 326 e 335.</w:t>
      </w:r>
    </w:p>
    <w:p>
      <w:r>
        <w:rPr>
          <w:b/>
          <w:color w:val="7C2416"/>
        </w:rPr>
        <w:t xml:space="preserve">Tetradracma. </w:t>
      </w:r>
      <w:r>
        <w:t>Grande moeda de prata nascida na Grécia antiga, equivalente a quatro dracmas, como diz o próprio nome. No padrão ático pesava cerca de 17 gramas. Tornou-se a principal moeda de comércio do Mediterrâneo e serviu de dinheiro internacional, usada sobretudo em pagamentos de valor alto.</w:t>
      </w:r>
    </w:p>
    <w:p>
      <w:r>
        <w:rPr>
          <w:b/>
          <w:color w:val="7C2416"/>
        </w:rPr>
        <w:t xml:space="preserve">Torgsin. </w:t>
      </w:r>
      <w:r>
        <w:t>Rede estatal soviética de lojas, criada em 1931 e extinta em 1936, cujo nome vem de "comércio com estrangeiros". Trocava alimentos e outros bens de consumo por moeda estrangeira, ouro, prata e pedras preciosas, primeiro só para estrangeiros e, depois, para qualquer cidadão que tivesse esses valores. Em 1º de janeiro de 1934 somava 1.477 pontos de venda.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