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7C2416"/>
        </w:rPr>
        <w:t>O Vermelho e o Negro</w:t>
      </w:r>
    </w:p>
    <w:p>
      <w:r>
        <w:rPr>
          <w:i/>
        </w:rPr>
        <w:t>Stendhal · Caderno de estudos, folha do aluno · Clavis Libri</w:t>
      </w:r>
    </w:p>
    <w:p>
      <w:r>
        <w:t>Nome: ______________________________   Turma: __________   Data: ___/___/______</w:t>
      </w:r>
    </w:p>
    <w:p>
      <w:pPr>
        <w:pStyle w:val="Heading1"/>
      </w:pPr>
      <w:r>
        <w:rPr>
          <w:color w:val="7C2416"/>
        </w:rPr>
        <w:t>Como usar</w:t>
      </w:r>
    </w:p>
    <w:p>
      <w:r>
        <w:t>Leia os capítulos da semana e depois responda à seção dela. As perguntas "para discutir" não têm resposta certa: servem para pensar e conversar.</w:t>
      </w:r>
    </w:p>
    <w:p>
      <w:r>
        <w:br w:type="page"/>
      </w:r>
    </w:p>
    <w:p>
      <w:pPr>
        <w:pStyle w:val="Heading1"/>
      </w:pPr>
      <w:r>
        <w:rPr>
          <w:color w:val="7C2416"/>
        </w:rPr>
        <w:t>Semana 1</w:t>
      </w:r>
    </w:p>
    <w:p>
      <w:r>
        <w:rPr>
          <w:color w:val="6E6B3D"/>
        </w:rPr>
        <w:t>Livro I, capítulo 1: Uma cidadezinha a Livro I, capítulo 14: A tesoura inglesa</w:t>
      </w:r>
    </w:p>
    <w:p>
      <w:r>
        <w:rPr>
          <w:i/>
        </w:rPr>
        <w:t>Ao ler, observe: Repare em como cada pessoa de Verrières se mede pelo dinheiro e pela opinião dos vizinhos.</w:t>
      </w:r>
    </w:p>
    <w:p>
      <w:r>
        <w:rPr>
          <w:b/>
          <w:color w:val="7C2416"/>
        </w:rPr>
        <w:t xml:space="preserve">1.1  </w:t>
      </w:r>
      <w:r>
        <w:rPr>
          <w:b/>
        </w:rPr>
        <w:t>O que aconteceu nesta semana? Conte com as suas palavras, na ordem dos acontecimentos.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1.2  </w:t>
      </w:r>
      <w:r>
        <w:rPr>
          <w:b/>
        </w:rPr>
        <w:t>Quais destes temas aparecem nos capítulos da semana? Marque.</w:t>
      </w:r>
    </w:p>
    <w:p>
      <w:r>
        <w:t>☐ Ambição    ☐ Classe social    ☐ Aparência e realidade    ☐ Amor    ☐ Política    ☐ Orgulho    ☐ Felicidade</w:t>
      </w:r>
    </w:p>
    <w:p>
      <w:r>
        <w:rPr>
          <w:b/>
          <w:color w:val="7C2416"/>
        </w:rPr>
        <w:t xml:space="preserve">1.3  </w:t>
      </w:r>
      <w:r>
        <w:rPr>
          <w:b/>
        </w:rPr>
        <w:t>Quem diz (ou pensa) esta passagem, em que situação, e o que ela revela?</w:t>
      </w:r>
    </w:p>
    <w:p>
      <w:pPr>
        <w:ind w:left="454"/>
      </w:pPr>
      <w:r>
        <w:rPr>
          <w:i/>
        </w:rPr>
        <w:t>…tirania da opinião, e que opinião!, é tão burra nas cidadezinhas da França quanto nos Estados Unidos da América.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1.4  </w:t>
      </w:r>
      <w:r>
        <w:rPr>
          <w:b/>
        </w:rPr>
        <w:t>Quem diz (ou pensa) esta passagem, em que situação, e o que ela revela?</w:t>
      </w:r>
    </w:p>
    <w:p>
      <w:pPr>
        <w:ind w:left="454"/>
      </w:pPr>
      <w:r>
        <w:rPr>
          <w:i/>
        </w:rPr>
        <w:t>Seu orgulho não queria deixar nada ao acaso, nem à inspiração do momento. De acordo com as confidências de Fouqué e com o pouco que lera sobre o amor em sua Bíblia, traçou um plano de campanha bastante detalhado.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1.5  </w:t>
      </w:r>
      <w:r>
        <w:rPr>
          <w:b/>
        </w:rPr>
        <w:t>Segundo o narrador, a que se deve a prosperidade geral de Verrières desde a queda de Napoleão?</w:t>
      </w:r>
      <w:r>
        <w:rPr>
          <w:color w:val="6E6B3D"/>
          <w:sz w:val="17"/>
        </w:rPr>
        <w:t xml:space="preserve">  (Livro I, capítulo 1: Uma cidadezinha)</w:t>
      </w:r>
    </w:p>
    <w:p>
      <w:pPr>
        <w:ind w:left="340"/>
      </w:pPr>
      <w:r>
        <w:t>A)  Às serrarias movidas pela torrente que atravessa a cidade</w:t>
      </w:r>
    </w:p>
    <w:p>
      <w:pPr>
        <w:ind w:left="340"/>
      </w:pPr>
      <w:r>
        <w:t>B)  À fábrica de tecidos pintados, ditos de Mulhouse</w:t>
      </w:r>
    </w:p>
    <w:p>
      <w:pPr>
        <w:ind w:left="340"/>
      </w:pPr>
      <w:r>
        <w:t>C)  À fábrica de pregos do prefeito e ao comércio de ferro</w:t>
      </w:r>
    </w:p>
    <w:p>
      <w:pPr>
        <w:ind w:left="340"/>
      </w:pPr>
      <w:r>
        <w:t>D)  Ao comércio de tábuas de pinho, vendidas à beira do Doubs</w:t>
      </w:r>
    </w:p>
    <w:p>
      <w:r>
        <w:rPr>
          <w:b/>
          <w:color w:val="7C2416"/>
        </w:rPr>
        <w:t xml:space="preserve">1.6  </w:t>
      </w:r>
      <w:r>
        <w:rPr>
          <w:b/>
        </w:rPr>
        <w:t>Onde o velho Sorel encontra Julien quando vai chamá-lo na serraria?</w:t>
      </w:r>
      <w:r>
        <w:rPr>
          <w:color w:val="6E6B3D"/>
          <w:sz w:val="17"/>
        </w:rPr>
        <w:t xml:space="preserve">  (Livro I, capítulo 4: Um pai e um filho)</w:t>
      </w:r>
    </w:p>
    <w:p>
      <w:pPr>
        <w:ind w:left="340"/>
      </w:pPr>
      <w:r>
        <w:t>A)  Ao lado da serra, de olho no mecanismo, como lhe cabia</w:t>
      </w:r>
    </w:p>
    <w:p>
      <w:pPr>
        <w:ind w:left="340"/>
      </w:pPr>
      <w:r>
        <w:t>B)  À beira do Doubs, medindo toras de madeira com os irmãos</w:t>
      </w:r>
    </w:p>
    <w:p>
      <w:pPr>
        <w:ind w:left="340"/>
      </w:pPr>
      <w:r>
        <w:t>C)  No pátio de casa, rachando lenha com os irmãos mais velhos</w:t>
      </w:r>
    </w:p>
    <w:p>
      <w:pPr>
        <w:ind w:left="340"/>
      </w:pPr>
      <w:r>
        <w:t>D)  Montado numa viga do telhado, lendo, em vez de vigiar a máquina</w:t>
      </w:r>
    </w:p>
    <w:p>
      <w:r>
        <w:rPr>
          <w:b/>
          <w:color w:val="7C2416"/>
        </w:rPr>
        <w:t xml:space="preserve">1.7  </w:t>
      </w:r>
      <w:r>
        <w:rPr>
          <w:b/>
        </w:rPr>
        <w:t>Por que os irmãos de Julien o espancam no bosque do Belvedere?</w:t>
      </w:r>
      <w:r>
        <w:rPr>
          <w:color w:val="6E6B3D"/>
          <w:sz w:val="17"/>
        </w:rPr>
        <w:t xml:space="preserve">  (Livro I, capítulo 7: As afinidades eletivas)</w:t>
      </w:r>
    </w:p>
    <w:p>
      <w:pPr>
        <w:ind w:left="340"/>
      </w:pPr>
      <w:r>
        <w:t>A)  Porque ele lhes devia o dinheiro da serraria e se recusava a pagar</w:t>
      </w:r>
    </w:p>
    <w:p>
      <w:pPr>
        <w:ind w:left="340"/>
      </w:pPr>
      <w:r>
        <w:t>B)  Por inveja do belo traje preto, do asseio e do desprezo que ele tinha por eles</w:t>
      </w:r>
    </w:p>
    <w:p>
      <w:pPr>
        <w:ind w:left="340"/>
      </w:pPr>
      <w:r>
        <w:t>C)  Porque o pai os mandou castigá-lo por ler em vez de trabalhar na serraria</w:t>
      </w:r>
    </w:p>
    <w:p>
      <w:pPr>
        <w:ind w:left="340"/>
      </w:pPr>
      <w:r>
        <w:t>D)  Porque acharam que ele os delatara ao prefeito por causa das toras no rio</w:t>
      </w:r>
    </w:p>
    <w:p>
      <w:r>
        <w:rPr>
          <w:b/>
          <w:color w:val="7C2416"/>
        </w:rPr>
        <w:t xml:space="preserve">1.8  </w:t>
      </w:r>
      <w:r>
        <w:rPr>
          <w:b/>
        </w:rPr>
        <w:t>Por que Julien resolve tomar a mão da sra. de Rênal justamente na presença do marido?</w:t>
      </w:r>
      <w:r>
        <w:rPr>
          <w:color w:val="6E6B3D"/>
          <w:sz w:val="17"/>
        </w:rPr>
        <w:t xml:space="preserve">  (Livro I, capítulo 11: Uma noite)</w:t>
      </w:r>
    </w:p>
    <w:p>
      <w:pPr>
        <w:ind w:left="340"/>
      </w:pPr>
      <w:r>
        <w:t>A)  Para provar coragem à sra. Derville, que o achava desajeitado como criança</w:t>
      </w:r>
    </w:p>
    <w:p>
      <w:pPr>
        <w:ind w:left="340"/>
      </w:pPr>
      <w:r>
        <w:t>B)  Para obrigar a sra. de Rênal a escolher entre ele e o marido, ali mesmo, naquela noite</w:t>
      </w:r>
    </w:p>
    <w:p>
      <w:pPr>
        <w:ind w:left="340"/>
      </w:pPr>
      <w:r>
        <w:t>C)  Para zombar do homem inflado das vantagens da fortuna, que o desprezara pela manhã</w:t>
      </w:r>
    </w:p>
    <w:p>
      <w:pPr>
        <w:ind w:left="340"/>
      </w:pPr>
      <w:r>
        <w:t>D)  Para provocar o prefeito a um duelo e ser expulso da casa de uma vez</w:t>
      </w:r>
    </w:p>
    <w:p>
      <w:r>
        <w:rPr>
          <w:b/>
          <w:color w:val="7C2416"/>
        </w:rPr>
        <w:t xml:space="preserve">1.9  </w:t>
      </w:r>
      <w:r>
        <w:rPr>
          <w:b/>
        </w:rPr>
        <w:t>A pergunta da sra. de Rênal sobre o nome de Julien o deixa sem resposta, porque a situação não estava no plano. O que o narrador diz que teria acontecido sem a tolice de fazer um plano?</w:t>
      </w:r>
      <w:r>
        <w:rPr>
          <w:color w:val="6E6B3D"/>
          <w:sz w:val="17"/>
        </w:rPr>
        <w:t xml:space="preserve">  (Livro I, capítulo 14: A tesoura inglesa)</w:t>
      </w:r>
    </w:p>
    <w:p>
      <w:pPr>
        <w:ind w:left="340"/>
      </w:pPr>
      <w:r>
        <w:t>A)  Ele teria sido recusado, porque ela desconfiaria</w:t>
      </w:r>
    </w:p>
    <w:p>
      <w:pPr>
        <w:ind w:left="340"/>
      </w:pPr>
      <w:r>
        <w:t>B)  O espírito vivo de Julien teria se saído muito bem</w:t>
      </w:r>
    </w:p>
    <w:p>
      <w:pPr>
        <w:ind w:left="340"/>
      </w:pPr>
      <w:r>
        <w:t>C)  Ele teria desistido da sedução e partido com Fouqué</w:t>
      </w:r>
    </w:p>
    <w:p>
      <w:pPr>
        <w:ind w:left="340"/>
      </w:pPr>
      <w:r>
        <w:t>D)  Ela o teria beijado antes que ele falasse</w:t>
      </w:r>
    </w:p>
    <w:p>
      <w:r>
        <w:rPr>
          <w:b/>
          <w:color w:val="7C2416"/>
        </w:rPr>
        <w:t xml:space="preserve">1.10  </w:t>
      </w:r>
      <w:r>
        <w:rPr>
          <w:b/>
        </w:rPr>
        <w:t>Para discutir.</w:t>
      </w:r>
      <w:r>
        <w:rPr>
          <w:color w:val="6E6B3D"/>
          <w:sz w:val="17"/>
        </w:rPr>
        <w:t xml:space="preserve">  (Livro I, capítulo 1: Uma cidadezinha)</w:t>
      </w:r>
    </w:p>
    <w:p>
      <w:r>
        <w:t>Stendhal abre o romance por uma cidade e só depois chega ao herói. O que o retrato de Verrières, com suas serrarias, a fábrica de pregos do prefeito e o jardim de muros em terraço, já diz sobre o tipo de mundo em que Julien terá de abrir caminho?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1.11  </w:t>
      </w:r>
      <w:r>
        <w:rPr>
          <w:b/>
        </w:rPr>
        <w:t>Para discutir.</w:t>
      </w:r>
      <w:r>
        <w:rPr>
          <w:color w:val="6E6B3D"/>
          <w:sz w:val="17"/>
        </w:rPr>
        <w:t xml:space="preserve">  (Livro I, capítulo 14: A tesoura inglesa)</w:t>
      </w:r>
    </w:p>
    <w:p>
      <w:r>
        <w:t>A sra. de Rênal pergunta se ele não tem outro nome além de Julien, e ele não sabe o que responder; mais tarde ela lhe diz "Seja prudente, é uma ordem!". O que as duas cenas mostram sobre quem conduz a relação nesse momento, e sobre o que Julien não sabe fazer?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1.12  </w:t>
      </w:r>
      <w:r>
        <w:rPr>
          <w:b/>
        </w:rPr>
        <w:t>E você? Quanto a opinião dos outros pesa nas suas escolhas?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rPr>
          <w:color w:val="7C2416"/>
        </w:rPr>
        <w:t>Semana 2</w:t>
      </w:r>
    </w:p>
    <w:p>
      <w:r>
        <w:rPr>
          <w:color w:val="6E6B3D"/>
        </w:rPr>
        <w:t>Livro I, capítulo 15: O canto do galo a Livro I, capítulo 24: Uma capital</w:t>
      </w:r>
    </w:p>
    <w:p>
      <w:r>
        <w:rPr>
          <w:i/>
        </w:rPr>
        <w:t>Ao ler, observe: Repare em como a vaidade em público convive com a culpa e a suspeita em particular.</w:t>
      </w:r>
    </w:p>
    <w:p>
      <w:r>
        <w:rPr>
          <w:b/>
          <w:color w:val="7C2416"/>
        </w:rPr>
        <w:t xml:space="preserve">2.1  </w:t>
      </w:r>
      <w:r>
        <w:rPr>
          <w:b/>
        </w:rPr>
        <w:t>O que aconteceu nesta semana? Conte com as suas palavras, na ordem dos acontecimentos.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2.2  </w:t>
      </w:r>
      <w:r>
        <w:rPr>
          <w:b/>
        </w:rPr>
        <w:t>Quais destes temas aparecem nos capítulos da semana? Marque.</w:t>
      </w:r>
    </w:p>
    <w:p>
      <w:r>
        <w:t>☐ Ambição    ☐ Classe social    ☐ Aparência e realidade    ☐ Amor    ☐ Política    ☐ Orgulho    ☐ Felicidade</w:t>
      </w:r>
    </w:p>
    <w:p>
      <w:r>
        <w:rPr>
          <w:b/>
          <w:color w:val="7C2416"/>
        </w:rPr>
        <w:t xml:space="preserve">2.3  </w:t>
      </w:r>
      <w:r>
        <w:rPr>
          <w:b/>
        </w:rPr>
        <w:t>Quem diz (ou pensa) esta passagem, em que situação, e o que ela revela?</w:t>
      </w:r>
    </w:p>
    <w:p>
      <w:pPr>
        <w:ind w:left="454"/>
      </w:pPr>
      <w:r>
        <w:rPr>
          <w:i/>
        </w:rPr>
        <w:t>Meu Deus! Ser feliz, ser amado, é só isto?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2.4  </w:t>
      </w:r>
      <w:r>
        <w:rPr>
          <w:b/>
        </w:rPr>
        <w:t>Quem diz (ou pensa) esta passagem, em que situação, e o que ela revela?</w:t>
      </w:r>
    </w:p>
    <w:p>
      <w:pPr>
        <w:ind w:left="454"/>
      </w:pPr>
      <w:r>
        <w:rPr>
          <w:i/>
        </w:rPr>
        <w:t>Para um pobre-diabo como eu, pensou Julien, sem padrinhos e sem dinheiro, não deve haver muita diferença entre o seminário e a prisão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2.5  </w:t>
      </w:r>
      <w:r>
        <w:rPr>
          <w:b/>
        </w:rPr>
        <w:t>No jardim, ao ouvido da sra. de Rênal, o que Julien diz?</w:t>
      </w:r>
      <w:r>
        <w:rPr>
          <w:color w:val="6E6B3D"/>
          <w:sz w:val="17"/>
        </w:rPr>
        <w:t xml:space="preserve">  (Livro I, capítulo 15: O canto do galo)</w:t>
      </w:r>
    </w:p>
    <w:p>
      <w:pPr>
        <w:ind w:left="340"/>
      </w:pPr>
      <w:r>
        <w:t>A)  Que partirá no dia seguinte e quer se despedir dela em segredo</w:t>
      </w:r>
    </w:p>
    <w:p>
      <w:pPr>
        <w:ind w:left="340"/>
      </w:pPr>
      <w:r>
        <w:t>B)  Que a ama e pede um sinal para saber se é correspondido, antes de partir</w:t>
      </w:r>
    </w:p>
    <w:p>
      <w:pPr>
        <w:ind w:left="340"/>
      </w:pPr>
      <w:r>
        <w:t>C)  Que irá ao quarto dela às duas da madrugada, porque tem algo a lhe dizer</w:t>
      </w:r>
    </w:p>
    <w:p>
      <w:pPr>
        <w:ind w:left="340"/>
      </w:pPr>
      <w:r>
        <w:t>D)  Que Fouqué lhe escreveu e que precisa de conselho dela sobre a proposta</w:t>
      </w:r>
    </w:p>
    <w:p>
      <w:r>
        <w:rPr>
          <w:b/>
          <w:color w:val="7C2416"/>
        </w:rPr>
        <w:t xml:space="preserve">2.6  </w:t>
      </w:r>
      <w:r>
        <w:rPr>
          <w:b/>
        </w:rPr>
        <w:t>Sonhando no pomar, Julien exclama sobre Napoleão e lamenta os jovens que, como ele, têm só o que basta para uma boa educação. O que lhes falta?</w:t>
      </w:r>
      <w:r>
        <w:rPr>
          <w:color w:val="6E6B3D"/>
          <w:sz w:val="17"/>
        </w:rPr>
        <w:t xml:space="preserve">  (Livro I, capítulo 17: O primeiro-adjunto)</w:t>
      </w:r>
    </w:p>
    <w:p>
      <w:pPr>
        <w:ind w:left="340"/>
      </w:pPr>
      <w:r>
        <w:t>A)  A coragem de lutar nas guerras como os soldados de Napoleão, em campo aberto</w:t>
      </w:r>
    </w:p>
    <w:p>
      <w:pPr>
        <w:ind w:left="340"/>
      </w:pPr>
      <w:r>
        <w:t>B)  O dinheiro para comprar um homem aos vinte anos e se lançar numa carreira</w:t>
      </w:r>
    </w:p>
    <w:p>
      <w:pPr>
        <w:ind w:left="340"/>
      </w:pPr>
      <w:r>
        <w:t>C)  O apoio de um protetor poderoso na corte, que fale ao rei em seu favor</w:t>
      </w:r>
    </w:p>
    <w:p>
      <w:pPr>
        <w:ind w:left="340"/>
      </w:pPr>
      <w:r>
        <w:t>D)  A fé inabalável que sustenta os padres e os bispos, e que ele fingia ter</w:t>
      </w:r>
    </w:p>
    <w:p>
      <w:r>
        <w:rPr>
          <w:b/>
          <w:color w:val="7C2416"/>
        </w:rPr>
        <w:t xml:space="preserve">2.7  </w:t>
      </w:r>
      <w:r>
        <w:rPr>
          <w:b/>
        </w:rPr>
        <w:t>O que Cholin alega ao marquês de La Mole, na petição, para obter a agência de loteria de Verrières?</w:t>
      </w:r>
      <w:r>
        <w:rPr>
          <w:color w:val="6E6B3D"/>
          <w:sz w:val="17"/>
        </w:rPr>
        <w:t xml:space="preserve">  (Livro I, capítulo 19: Pensar faz sofrer)</w:t>
      </w:r>
    </w:p>
    <w:p>
      <w:pPr>
        <w:ind w:left="340"/>
      </w:pPr>
      <w:r>
        <w:t>A)  Sua religião, e que o titular está doente e vota mal nas eleições</w:t>
      </w:r>
    </w:p>
    <w:p>
      <w:pPr>
        <w:ind w:left="340"/>
      </w:pPr>
      <w:r>
        <w:t>B)  Sua amizade com o bispo de Agde, sobrinho do marquês de La Mole</w:t>
      </w:r>
    </w:p>
    <w:p>
      <w:pPr>
        <w:ind w:left="340"/>
      </w:pPr>
      <w:r>
        <w:t>C)  Sua fortuna, com que pagaria à Coroa o dobro do que paga o titular</w:t>
      </w:r>
    </w:p>
    <w:p>
      <w:pPr>
        <w:ind w:left="340"/>
      </w:pPr>
      <w:r>
        <w:t>D)  Seus serviços como guarda de honra na visita do rei a Verrières</w:t>
      </w:r>
    </w:p>
    <w:p>
      <w:r>
        <w:rPr>
          <w:b/>
          <w:color w:val="7C2416"/>
        </w:rPr>
        <w:t xml:space="preserve">2.8  </w:t>
      </w:r>
      <w:r>
        <w:rPr>
          <w:b/>
        </w:rPr>
        <w:t>O que o padre Chélan diz a Julien ao ver a biblioteca que ele construiu com tábuas carregadas nas costas?</w:t>
      </w:r>
      <w:r>
        <w:rPr>
          <w:color w:val="6E6B3D"/>
          <w:sz w:val="17"/>
        </w:rPr>
        <w:t xml:space="preserve">  (Livro I, capítulo 22: Maneiras de agir em 1830)</w:t>
      </w:r>
    </w:p>
    <w:p>
      <w:pPr>
        <w:ind w:left="340"/>
      </w:pPr>
      <w:r>
        <w:t>A)  Que ele é um bom carpinteiro, mas será um mau seminarista, pela vaidade</w:t>
      </w:r>
    </w:p>
    <w:p>
      <w:pPr>
        <w:ind w:left="340"/>
      </w:pPr>
      <w:r>
        <w:t>B)  Que aquilo o redime da criancice do uniforme reluzente de guarda de honra</w:t>
      </w:r>
    </w:p>
    <w:p>
      <w:pPr>
        <w:ind w:left="340"/>
      </w:pPr>
      <w:r>
        <w:t>C)  Que devia ter pedido licença ao sr. de Rênal antes de usar as tábuas</w:t>
      </w:r>
    </w:p>
    <w:p>
      <w:pPr>
        <w:ind w:left="340"/>
      </w:pPr>
      <w:r>
        <w:t>D)  Que as tábuas de pinho não resistirão ao peso de tantos livros de teologia</w:t>
      </w:r>
    </w:p>
    <w:p>
      <w:r>
        <w:rPr>
          <w:b/>
          <w:color w:val="7C2416"/>
        </w:rPr>
        <w:t xml:space="preserve">2.9  </w:t>
      </w:r>
      <w:r>
        <w:rPr>
          <w:b/>
        </w:rPr>
        <w:t>Segundo o narrador, o que acontece quando a timidez apaixonada da província é vencida?</w:t>
      </w:r>
      <w:r>
        <w:rPr>
          <w:color w:val="6E6B3D"/>
          <w:sz w:val="17"/>
        </w:rPr>
        <w:t xml:space="preserve">  (Livro I, capítulo 24: Uma capital)</w:t>
      </w:r>
    </w:p>
    <w:p>
      <w:pPr>
        <w:ind w:left="340"/>
      </w:pPr>
      <w:r>
        <w:t>A)  É então ela que ensina o rapaz a querer</w:t>
      </w:r>
    </w:p>
    <w:p>
      <w:pPr>
        <w:ind w:left="340"/>
      </w:pPr>
      <w:r>
        <w:t>B)  Vira arrogância, difícil de curar depois</w:t>
      </w:r>
    </w:p>
    <w:p>
      <w:pPr>
        <w:ind w:left="340"/>
      </w:pPr>
      <w:r>
        <w:t>C)  Desaparece para sempre e nunca mais volta</w:t>
      </w:r>
    </w:p>
    <w:p>
      <w:pPr>
        <w:ind w:left="340"/>
      </w:pPr>
      <w:r>
        <w:t>D)  Faz o rapaz fugir daquilo que deseja</w:t>
      </w:r>
    </w:p>
    <w:p>
      <w:r>
        <w:rPr>
          <w:b/>
          <w:color w:val="7C2416"/>
        </w:rPr>
        <w:t xml:space="preserve">2.10  </w:t>
      </w:r>
      <w:r>
        <w:rPr>
          <w:b/>
        </w:rPr>
        <w:t>Para discutir.</w:t>
      </w:r>
      <w:r>
        <w:rPr>
          <w:color w:val="6E6B3D"/>
          <w:sz w:val="17"/>
        </w:rPr>
        <w:t xml:space="preserve">  (Livro I, capítulo 15: O canto do galo)</w:t>
      </w:r>
    </w:p>
    <w:p>
      <w:r>
        <w:t>Se nem a conquista da sra. de Rênal, o primeiro grande sucesso do livro, dá a Julien a felicidade que ele esperava, o que isso antecipa sobre o tipo de ambição que o move: ele quer alguma coisa em si, ou só quer não perder?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2.11  </w:t>
      </w:r>
      <w:r>
        <w:rPr>
          <w:b/>
        </w:rPr>
        <w:t>Para discutir.</w:t>
      </w:r>
      <w:r>
        <w:rPr>
          <w:color w:val="6E6B3D"/>
          <w:sz w:val="17"/>
        </w:rPr>
        <w:t xml:space="preserve">  (Livro I, capítulo 24: Uma capital)</w:t>
      </w:r>
    </w:p>
    <w:p>
      <w:r>
        <w:t>Em Besançon, Julien recita a Nova Heloísa de cor para seduzir Amanda, quase se bate com um dos amantes dela e logo pensa que entre o seminário e a prisão "não deve haver muita diferença". Que mundo ele sente que deixa para trás, e o que ele teme encontrar?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2.12  </w:t>
      </w:r>
      <w:r>
        <w:rPr>
          <w:b/>
        </w:rPr>
        <w:t>E você? É possível guardar um segredo sem que ele nos pese?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rPr>
          <w:color w:val="7C2416"/>
        </w:rPr>
        <w:t>Semana 3</w:t>
      </w:r>
    </w:p>
    <w:p>
      <w:r>
        <w:rPr>
          <w:color w:val="6E6B3D"/>
        </w:rPr>
        <w:t>Livro I, capítulo 25: O seminário a Livro II, capítulo 3: Os primeiros passos</w:t>
      </w:r>
    </w:p>
    <w:p>
      <w:r>
        <w:rPr>
          <w:i/>
        </w:rPr>
        <w:t>Ao ler, observe: Repare em como o rapaz aprende as regras não ditas de um lugar novo para sobreviver nele.</w:t>
      </w:r>
    </w:p>
    <w:p>
      <w:r>
        <w:rPr>
          <w:b/>
          <w:color w:val="7C2416"/>
        </w:rPr>
        <w:t xml:space="preserve">3.1  </w:t>
      </w:r>
      <w:r>
        <w:rPr>
          <w:b/>
        </w:rPr>
        <w:t>O que aconteceu nesta semana? Conte com as suas palavras, na ordem dos acontecimentos.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3.2  </w:t>
      </w:r>
      <w:r>
        <w:rPr>
          <w:b/>
        </w:rPr>
        <w:t>Quais destes temas aparecem nos capítulos da semana? Marque.</w:t>
      </w:r>
    </w:p>
    <w:p>
      <w:r>
        <w:t>☐ Ambição    ☐ Classe social    ☐ Aparência e realidade    ☐ Amor    ☐ Política    ☐ Orgulho    ☐ Felicidade</w:t>
      </w:r>
    </w:p>
    <w:p>
      <w:r>
        <w:rPr>
          <w:b/>
          <w:color w:val="7C2416"/>
        </w:rPr>
        <w:t xml:space="preserve">3.3  </w:t>
      </w:r>
      <w:r>
        <w:rPr>
          <w:b/>
        </w:rPr>
        <w:t>Quem diz (ou pensa) esta passagem, em que situação, e o que ela revela?</w:t>
      </w:r>
    </w:p>
    <w:p>
      <w:pPr>
        <w:ind w:left="454"/>
      </w:pPr>
      <w:r>
        <w:rPr>
          <w:i/>
        </w:rPr>
        <w:t>Seguindo as máximas que se impusera, considerou seus trezentos e vinte e um colegas inimigos, sendo o mais perigoso de todos o abade Pirard. Poucos dias depois, Julien precisou escolher um confessor e lhe apresentaram uma lista. Ah, meu Deus! Por quem me tomam?, ele pensou. Será que acham que não sei onde estou pisando? Escolheu o abade Pirard.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3.4  </w:t>
      </w:r>
      <w:r>
        <w:rPr>
          <w:b/>
        </w:rPr>
        <w:t>Quem diz (ou pensa) esta passagem, em que situação, e o que ela revela?</w:t>
      </w:r>
    </w:p>
    <w:p>
      <w:pPr>
        <w:ind w:left="454"/>
      </w:pPr>
      <w:r>
        <w:rPr>
          <w:i/>
        </w:rPr>
        <w:t>Se Julien for um frágil caniço, que se quebre; se for um homem de caráter, que se arranje sozinho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3.5  </w:t>
      </w:r>
      <w:r>
        <w:rPr>
          <w:b/>
        </w:rPr>
        <w:t>Quando Julien explica que caiu porque o rosto do porteiro o enregelou, Pirard diz que ele deve estar acostumado a rostos risonhos. O que são esses rostos, segundo Pirard?</w:t>
      </w:r>
      <w:r>
        <w:rPr>
          <w:color w:val="6E6B3D"/>
          <w:sz w:val="17"/>
        </w:rPr>
        <w:t xml:space="preserve">  (Livro I, capítulo 25: O seminário)</w:t>
      </w:r>
    </w:p>
    <w:p>
      <w:pPr>
        <w:ind w:left="340"/>
      </w:pPr>
      <w:r>
        <w:t>A)  Verdadeiros teatros da mentira, pois a verdade é austera</w:t>
      </w:r>
    </w:p>
    <w:p>
      <w:pPr>
        <w:ind w:left="340"/>
      </w:pPr>
      <w:r>
        <w:t>B)  Sinais de bondade que o seminário deveria saber imitar</w:t>
      </w:r>
    </w:p>
    <w:p>
      <w:pPr>
        <w:ind w:left="340"/>
      </w:pPr>
      <w:r>
        <w:t>C)  Frutos da boa educação dos nobres e da gente da corte</w:t>
      </w:r>
    </w:p>
    <w:p>
      <w:pPr>
        <w:ind w:left="340"/>
      </w:pPr>
      <w:r>
        <w:t>D)  Reflexos da vaidade dos jovens da cidade e de suas mães</w:t>
      </w:r>
    </w:p>
    <w:p>
      <w:r>
        <w:rPr>
          <w:b/>
          <w:color w:val="7C2416"/>
        </w:rPr>
        <w:t xml:space="preserve">3.6  </w:t>
      </w:r>
      <w:r>
        <w:rPr>
          <w:b/>
        </w:rPr>
        <w:t>Segundo o narrador, o que o padre Chélan não teve o cuidado de avisar a Julien, depois de lhe ensinar a raciocinar corretamente?</w:t>
      </w:r>
      <w:r>
        <w:rPr>
          <w:color w:val="6E6B3D"/>
          <w:sz w:val="17"/>
        </w:rPr>
        <w:t xml:space="preserve">  (Livro I, capítulo 27: Primeira experiência da vida)</w:t>
      </w:r>
    </w:p>
    <w:p>
      <w:pPr>
        <w:ind w:left="340"/>
      </w:pPr>
      <w:r>
        <w:t>A)  Que a lógica só vale quando se fala em latim, e nunca diante de um superior</w:t>
      </w:r>
    </w:p>
    <w:p>
      <w:pPr>
        <w:ind w:left="340"/>
      </w:pPr>
      <w:r>
        <w:t>B)  Que, em quem não é considerado, raciocinar é um crime, pois todo bom raciocínio ofende</w:t>
      </w:r>
    </w:p>
    <w:p>
      <w:pPr>
        <w:ind w:left="340"/>
      </w:pPr>
      <w:r>
        <w:t>C)  Que raciocinar é pecado mortal para quem ainda não é padre ordenado de fato</w:t>
      </w:r>
    </w:p>
    <w:p>
      <w:pPr>
        <w:ind w:left="340"/>
      </w:pPr>
      <w:r>
        <w:t>D)  Que o bom raciocínio desagrada ao papa e aos bispos de toda a França</w:t>
      </w:r>
    </w:p>
    <w:p>
      <w:r>
        <w:rPr>
          <w:b/>
          <w:color w:val="7C2416"/>
        </w:rPr>
        <w:t xml:space="preserve">3.7  </w:t>
      </w:r>
      <w:r>
        <w:rPr>
          <w:b/>
        </w:rPr>
        <w:t>Ao se despedir, Pirard diz a Julien que seus companheiros jamais o olharão sem odiá-lo. Qual é, segundo ele, o único remédio contra isso?</w:t>
      </w:r>
      <w:r>
        <w:rPr>
          <w:color w:val="6E6B3D"/>
          <w:sz w:val="17"/>
        </w:rPr>
        <w:t xml:space="preserve">  (Livro I, capítulo 29: A primeira promoção)</w:t>
      </w:r>
    </w:p>
    <w:p>
      <w:pPr>
        <w:ind w:left="340"/>
      </w:pPr>
      <w:r>
        <w:t>A)  Fingir amizade por quem o odeia e esperar que o ódio passe</w:t>
      </w:r>
    </w:p>
    <w:p>
      <w:pPr>
        <w:ind w:left="340"/>
      </w:pPr>
      <w:r>
        <w:t>B)  Esconder o talento para não provocar a inveja dos colegas</w:t>
      </w:r>
    </w:p>
    <w:p>
      <w:pPr>
        <w:ind w:left="340"/>
      </w:pPr>
      <w:r>
        <w:t>C)  Recorrer a Deus e manter a conduta pura, apegando-se à verdade</w:t>
      </w:r>
    </w:p>
    <w:p>
      <w:pPr>
        <w:ind w:left="340"/>
      </w:pPr>
      <w:r>
        <w:t>D)  Procurar a proteção do vigário-geral de Frilair, que o conhece</w:t>
      </w:r>
    </w:p>
    <w:p>
      <w:r>
        <w:rPr>
          <w:b/>
          <w:color w:val="7C2416"/>
        </w:rPr>
        <w:t xml:space="preserve">3.8  </w:t>
      </w:r>
      <w:r>
        <w:rPr>
          <w:b/>
        </w:rPr>
        <w:t>Saint-Giraud diz que deixa a província fugindo da política. Onde afirma que vai buscar a solidão e a paz campestre?</w:t>
      </w:r>
      <w:r>
        <w:rPr>
          <w:color w:val="6E6B3D"/>
          <w:sz w:val="17"/>
        </w:rPr>
        <w:t xml:space="preserve">  (Livro II, capítulo 1: Os prazeres do campo)</w:t>
      </w:r>
    </w:p>
    <w:p>
      <w:pPr>
        <w:ind w:left="340"/>
      </w:pPr>
      <w:r>
        <w:t>A)  Numa casa de campo perto do Ródano, mais barata que a atual</w:t>
      </w:r>
    </w:p>
    <w:p>
      <w:pPr>
        <w:ind w:left="340"/>
      </w:pPr>
      <w:r>
        <w:t>B)  Numa paróquia afastada, onde serviria como vigário leigo</w:t>
      </w:r>
    </w:p>
    <w:p>
      <w:pPr>
        <w:ind w:left="340"/>
      </w:pPr>
      <w:r>
        <w:t>C)  Num quarto andar dando para o Champs-Élysées, em Paris</w:t>
      </w:r>
    </w:p>
    <w:p>
      <w:pPr>
        <w:ind w:left="340"/>
      </w:pPr>
      <w:r>
        <w:t>D)  Num castelo na Inglaterra, longe de padres e liberais</w:t>
      </w:r>
    </w:p>
    <w:p>
      <w:r>
        <w:rPr>
          <w:b/>
          <w:color w:val="7C2416"/>
        </w:rPr>
        <w:t xml:space="preserve">3.9  </w:t>
      </w:r>
      <w:r>
        <w:rPr>
          <w:b/>
        </w:rPr>
        <w:t>O narrador comenta que Mathilde procurava um romance de Voltaire na biblioteca do pai. O que diz dela?</w:t>
      </w:r>
      <w:r>
        <w:rPr>
          <w:color w:val="6E6B3D"/>
          <w:sz w:val="17"/>
        </w:rPr>
        <w:t xml:space="preserve">  (Livro II, capítulo 3: Os primeiros passos)</w:t>
      </w:r>
    </w:p>
    <w:p>
      <w:pPr>
        <w:ind w:left="340"/>
      </w:pPr>
      <w:r>
        <w:t>A)  Que lia os livros do pai com a avidez de uma erudita, sem pedir licença a ninguém na casa</w:t>
      </w:r>
    </w:p>
    <w:p>
      <w:pPr>
        <w:ind w:left="340"/>
      </w:pPr>
      <w:r>
        <w:t>B)  Que fugia dos livros e preferia o piano e os bailes, como as moças da sua classe</w:t>
      </w:r>
    </w:p>
    <w:p>
      <w:pPr>
        <w:ind w:left="340"/>
      </w:pPr>
      <w:r>
        <w:t>C)  Que só lia obras religiosas, como mandava o Sacré-Coeur, e detestava romances de qualquer espécie</w:t>
      </w:r>
    </w:p>
    <w:p>
      <w:pPr>
        <w:ind w:left="340"/>
      </w:pPr>
      <w:r>
        <w:t>D)  Que, aos dezenove anos, já precisava de um romance forte para se interessar por um livro</w:t>
      </w:r>
    </w:p>
    <w:p>
      <w:r>
        <w:rPr>
          <w:b/>
          <w:color w:val="7C2416"/>
        </w:rPr>
        <w:t xml:space="preserve">3.10  </w:t>
      </w:r>
      <w:r>
        <w:rPr>
          <w:b/>
        </w:rPr>
        <w:t>Para discutir.</w:t>
      </w:r>
      <w:r>
        <w:rPr>
          <w:color w:val="6E6B3D"/>
          <w:sz w:val="17"/>
        </w:rPr>
        <w:t xml:space="preserve">  (Livro I, capítulo 25: O seminário)</w:t>
      </w:r>
    </w:p>
    <w:p>
      <w:r>
        <w:t>Julien desmaia quando o abade Pirard o encara e pergunta o nome, e o narrador cita a explicação de um filósofo, "a violenta impressão da feiura sobre uma alma feita para amar o que é belo", acrescentando que o filósofo talvez se engane. Que outra explicação o texto permite para o desmaio?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3.11  </w:t>
      </w:r>
      <w:r>
        <w:rPr>
          <w:b/>
        </w:rPr>
        <w:t>Para discutir.</w:t>
      </w:r>
      <w:r>
        <w:rPr>
          <w:color w:val="6E6B3D"/>
          <w:sz w:val="17"/>
        </w:rPr>
        <w:t xml:space="preserve">  (Livro II, capítulo 3: Os primeiros passos)</w:t>
      </w:r>
    </w:p>
    <w:p>
      <w:r>
        <w:t>Julien se sente "totalmente isolado" numa família que o trata com bondade, e suas trapalhadas fazem a alegria dos criados. O que torna a bondade de todos insuficiente para que ele se sinta acolhido?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3.12  </w:t>
      </w:r>
      <w:r>
        <w:rPr>
          <w:b/>
        </w:rPr>
        <w:t>E você? O que é preciso para se sentir em casa num lugar novo?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rPr>
          <w:color w:val="7C2416"/>
        </w:rPr>
        <w:t>Semana 4</w:t>
      </w:r>
    </w:p>
    <w:p>
      <w:r>
        <w:rPr>
          <w:color w:val="6E6B3D"/>
        </w:rPr>
        <w:t>Livro II, capítulo 4: A mansão de La Mole a Livro II, capítulo 15: Será uma conspiração</w:t>
      </w:r>
    </w:p>
    <w:p>
      <w:r>
        <w:rPr>
          <w:i/>
        </w:rPr>
        <w:t>Ao ler, observe: Repare no peso que a roupa, o modo de falar e as honrarias têm no palácio de La Mole.</w:t>
      </w:r>
    </w:p>
    <w:p>
      <w:r>
        <w:rPr>
          <w:b/>
          <w:color w:val="7C2416"/>
        </w:rPr>
        <w:t xml:space="preserve">4.1  </w:t>
      </w:r>
      <w:r>
        <w:rPr>
          <w:b/>
        </w:rPr>
        <w:t>O que aconteceu nesta semana? Conte com as suas palavras, na ordem dos acontecimentos.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4.2  </w:t>
      </w:r>
      <w:r>
        <w:rPr>
          <w:b/>
        </w:rPr>
        <w:t>Quais destes temas aparecem nos capítulos da semana? Marque.</w:t>
      </w:r>
    </w:p>
    <w:p>
      <w:r>
        <w:t>☐ Ambição    ☐ Classe social    ☐ Aparência e realidade    ☐ Amor    ☐ Política    ☐ Orgulho    ☐ Felicidade</w:t>
      </w:r>
    </w:p>
    <w:p>
      <w:r>
        <w:rPr>
          <w:b/>
          <w:color w:val="7C2416"/>
        </w:rPr>
        <w:t xml:space="preserve">4.3  </w:t>
      </w:r>
      <w:r>
        <w:rPr>
          <w:b/>
        </w:rPr>
        <w:t>Quem diz (ou pensa) esta passagem, em que situação, e o que ela revela?</w:t>
      </w:r>
    </w:p>
    <w:p>
      <w:pPr>
        <w:ind w:left="454"/>
      </w:pPr>
      <w:r>
        <w:rPr>
          <w:i/>
        </w:rPr>
        <w:t>Não há cem mil escudos de renda nem condecoração que possa lutar contra essa norma de salão. Uma ideia viva, mínima que fosse, parecia uma grosseria.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4.4  </w:t>
      </w:r>
      <w:r>
        <w:rPr>
          <w:b/>
        </w:rPr>
        <w:t>Quem diz (ou pensa) esta passagem, em que situação, e o que ela revela?</w:t>
      </w:r>
    </w:p>
    <w:p>
      <w:pPr>
        <w:ind w:left="454"/>
      </w:pPr>
      <w:r>
        <w:rPr>
          <w:i/>
        </w:rPr>
        <w:t>…se recusar, eu mesmo vou me desprezar depois. Por toda a vida pensarei nessa história com alguma dúvida e, para mim, uma dúvida assim é a mais humilhante das desgraças. Não foi o que passei por causa do amante de Amanda? Acho que me perdoaria mais facilmente um crime bem claro; uma vez confessado, não pensaria mais nisso.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4.5  </w:t>
      </w:r>
      <w:r>
        <w:rPr>
          <w:b/>
        </w:rPr>
        <w:t>O narrador diz que nem cem mil escudos de renda nem condecoração alguma lutam contra a norma desse salão. O que ele diz de uma ideia viva, mínima que fosse?</w:t>
      </w:r>
      <w:r>
        <w:rPr>
          <w:color w:val="6E6B3D"/>
          <w:sz w:val="17"/>
        </w:rPr>
        <w:t xml:space="preserve">  (Livro II, capítulo 4: A mansão de La Mole)</w:t>
      </w:r>
    </w:p>
    <w:p>
      <w:pPr>
        <w:ind w:left="340"/>
      </w:pPr>
      <w:r>
        <w:t>A)  Era vista como prova de lealdade ao rei</w:t>
      </w:r>
    </w:p>
    <w:p>
      <w:pPr>
        <w:ind w:left="340"/>
      </w:pPr>
      <w:r>
        <w:t>B)  Parecia uma grosseria</w:t>
      </w:r>
    </w:p>
    <w:p>
      <w:pPr>
        <w:ind w:left="340"/>
      </w:pPr>
      <w:r>
        <w:t>C)  Era admitida só depois da meia-noite, com o champanhe</w:t>
      </w:r>
    </w:p>
    <w:p>
      <w:pPr>
        <w:ind w:left="340"/>
      </w:pPr>
      <w:r>
        <w:t>D)  Era privilégio dos viscondes e barões que conduziam a conversa</w:t>
      </w:r>
    </w:p>
    <w:p>
      <w:r>
        <w:rPr>
          <w:b/>
          <w:color w:val="7C2416"/>
        </w:rPr>
        <w:t xml:space="preserve">4.6  </w:t>
      </w:r>
      <w:r>
        <w:rPr>
          <w:b/>
        </w:rPr>
        <w:t>O marquês dá a Julien um traje azul. O que diz que Julien será aos olhos dele sempre que o vestir?</w:t>
      </w:r>
      <w:r>
        <w:rPr>
          <w:color w:val="6E6B3D"/>
          <w:sz w:val="17"/>
        </w:rPr>
        <w:t xml:space="preserve">  (Livro II, capítulo 7: Uma crise de gota)</w:t>
      </w:r>
    </w:p>
    <w:p>
      <w:pPr>
        <w:ind w:left="340"/>
      </w:pPr>
      <w:r>
        <w:t>A)  O irmão caçula do conde de Chaulnes, filho do velho duque</w:t>
      </w:r>
    </w:p>
    <w:p>
      <w:pPr>
        <w:ind w:left="340"/>
      </w:pPr>
      <w:r>
        <w:t>B)  Um primo pobre da marquesa, recém-chegado do Franco-Condado</w:t>
      </w:r>
    </w:p>
    <w:p>
      <w:pPr>
        <w:ind w:left="340"/>
      </w:pPr>
      <w:r>
        <w:t>C)  Um sobrinho do bispo de Agde, recém-saído do seminário</w:t>
      </w:r>
    </w:p>
    <w:p>
      <w:pPr>
        <w:ind w:left="340"/>
      </w:pPr>
      <w:r>
        <w:t>D)  O filho natural de um velho fidalgo do Franco-Condado</w:t>
      </w:r>
    </w:p>
    <w:p>
      <w:r>
        <w:rPr>
          <w:b/>
          <w:color w:val="7C2416"/>
        </w:rPr>
        <w:t xml:space="preserve">4.7  </w:t>
      </w:r>
      <w:r>
        <w:rPr>
          <w:b/>
        </w:rPr>
        <w:t>Por que Mathilde se veste de luto fechado no dia 30 de abril?</w:t>
      </w:r>
      <w:r>
        <w:rPr>
          <w:color w:val="6E6B3D"/>
          <w:sz w:val="17"/>
        </w:rPr>
        <w:t xml:space="preserve">  (Livro II, capítulo 10: A rainha Margarida)</w:t>
      </w:r>
    </w:p>
    <w:p>
      <w:pPr>
        <w:ind w:left="340"/>
      </w:pPr>
      <w:r>
        <w:t>A)  Porque nesse dia morreu o pai de Mathilde, em batalha, a serviço do rei</w:t>
      </w:r>
    </w:p>
    <w:p>
      <w:pPr>
        <w:ind w:left="340"/>
      </w:pPr>
      <w:r>
        <w:t>B)  Porque nesse dia foi decapitado Boniface de La Mole, amante da rainha Margarida</w:t>
      </w:r>
    </w:p>
    <w:p>
      <w:pPr>
        <w:ind w:left="340"/>
      </w:pPr>
      <w:r>
        <w:t>C)  Porque nesse dia a família perdeu a propriedade de Villequier, por confisco</w:t>
      </w:r>
    </w:p>
    <w:p>
      <w:pPr>
        <w:ind w:left="340"/>
      </w:pPr>
      <w:r>
        <w:t>D)  Porque nesse dia o rei Carlos IX mandou banir a família da corte</w:t>
      </w:r>
    </w:p>
    <w:p>
      <w:r>
        <w:rPr>
          <w:b/>
          <w:color w:val="7C2416"/>
        </w:rPr>
        <w:t xml:space="preserve">4.8  </w:t>
      </w:r>
      <w:r>
        <w:rPr>
          <w:b/>
        </w:rPr>
        <w:t>Norbert avisa que, se a revolução recomeçar, Julien os mandará à guilhotina. Como Mathilde passa a ver essa frase no dia seguinte?</w:t>
      </w:r>
      <w:r>
        <w:rPr>
          <w:color w:val="6E6B3D"/>
          <w:sz w:val="17"/>
        </w:rPr>
        <w:t xml:space="preserve">  (Livro II, capítulo 12: Será um Danton)</w:t>
      </w:r>
    </w:p>
    <w:p>
      <w:pPr>
        <w:ind w:left="340"/>
      </w:pPr>
      <w:r>
        <w:t>A)  Como o maior dos elogios, pois a energia dele assusta os outros</w:t>
      </w:r>
    </w:p>
    <w:p>
      <w:pPr>
        <w:ind w:left="340"/>
      </w:pPr>
      <w:r>
        <w:t>B)  Como prova de que o irmão sente ciúme dela e de Julien</w:t>
      </w:r>
    </w:p>
    <w:p>
      <w:pPr>
        <w:ind w:left="340"/>
      </w:pPr>
      <w:r>
        <w:t>C)  Como razão para o marquês afastar Julien da casa dela</w:t>
      </w:r>
    </w:p>
    <w:p>
      <w:pPr>
        <w:ind w:left="340"/>
      </w:pPr>
      <w:r>
        <w:t>D)  Como sinal de que Julien é um hipócrita a serviço dos jesuítas</w:t>
      </w:r>
    </w:p>
    <w:p>
      <w:r>
        <w:rPr>
          <w:b/>
          <w:color w:val="7C2416"/>
        </w:rPr>
        <w:t xml:space="preserve">4.9  </w:t>
      </w:r>
      <w:r>
        <w:rPr>
          <w:b/>
        </w:rPr>
        <w:t>Ao receber de Mathilde o convite para subir pela escada, o que Julien suspeita?</w:t>
      </w:r>
      <w:r>
        <w:rPr>
          <w:color w:val="6E6B3D"/>
          <w:sz w:val="17"/>
        </w:rPr>
        <w:t xml:space="preserve">  (Livro II, capítulo 15: Será uma conspiração)</w:t>
      </w:r>
    </w:p>
    <w:p>
      <w:pPr>
        <w:ind w:left="340"/>
      </w:pPr>
      <w:r>
        <w:t>A)  Que o marquês quer testar a lealdade dele à família</w:t>
      </w:r>
    </w:p>
    <w:p>
      <w:pPr>
        <w:ind w:left="340"/>
      </w:pPr>
      <w:r>
        <w:t>B)  Que querem arruiná-lo ou, pelo menos, zombar dele</w:t>
      </w:r>
    </w:p>
    <w:p>
      <w:pPr>
        <w:ind w:left="340"/>
      </w:pPr>
      <w:r>
        <w:t>C)  Que Mathilde pretende fugir com ele naquela mesma noite</w:t>
      </w:r>
    </w:p>
    <w:p>
      <w:pPr>
        <w:ind w:left="340"/>
      </w:pPr>
      <w:r>
        <w:t>D)  Que Norbert descobriu as cartas e prepara um duelo</w:t>
      </w:r>
    </w:p>
    <w:p>
      <w:r>
        <w:rPr>
          <w:b/>
          <w:color w:val="7C2416"/>
        </w:rPr>
        <w:t xml:space="preserve">4.10  </w:t>
      </w:r>
      <w:r>
        <w:rPr>
          <w:b/>
        </w:rPr>
        <w:t>Para discutir.</w:t>
      </w:r>
      <w:r>
        <w:rPr>
          <w:color w:val="6E6B3D"/>
          <w:sz w:val="17"/>
        </w:rPr>
        <w:t xml:space="preserve">  (Livro II, capítulo 4: A mansão de La Mole)</w:t>
      </w:r>
    </w:p>
    <w:p>
      <w:r>
        <w:t>Julien anota o nome e o caráter dos frequentadores do salão para se orientar, e o narrador diz que ali uma ideia viva, mínima que fosse, "parecia uma grosseria". Que tipo de sociedade precisa proibir a ideia, e o que ela protege com isso?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4.11  </w:t>
      </w:r>
      <w:r>
        <w:rPr>
          <w:b/>
        </w:rPr>
        <w:t>Para discutir.</w:t>
      </w:r>
      <w:r>
        <w:rPr>
          <w:color w:val="6E6B3D"/>
          <w:sz w:val="17"/>
        </w:rPr>
        <w:t xml:space="preserve">  (Livro II, capítulo 15: Será uma conspiração)</w:t>
      </w:r>
    </w:p>
    <w:p>
      <w:r>
        <w:t>Julien compara o risco da noite a um duelo: "há defesa para tudo, como diz meu mestre de armas; mas Deus [...] faz com que um dos dois se esqueça de se defender". O que essa imagem diz de como ele entende o amor?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4.12  </w:t>
      </w:r>
      <w:r>
        <w:rPr>
          <w:b/>
        </w:rPr>
        <w:t>E você? Por que damos tanto valor a títulos e distinções?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rPr>
          <w:color w:val="7C2416"/>
        </w:rPr>
        <w:t>Semana 5</w:t>
      </w:r>
    </w:p>
    <w:p>
      <w:r>
        <w:rPr>
          <w:color w:val="6E6B3D"/>
        </w:rPr>
        <w:t>Livro II, capítulo 16: Uma hora da manhã a Livro II, capítulo 30: Um camarote na Ópera Bouffe</w:t>
      </w:r>
    </w:p>
    <w:p>
      <w:r>
        <w:rPr>
          <w:i/>
        </w:rPr>
        <w:t>Ao ler, observe: Repare em como o orgulho de cada um atrapalha o que ambos parecem sentir.</w:t>
      </w:r>
    </w:p>
    <w:p>
      <w:r>
        <w:rPr>
          <w:b/>
          <w:color w:val="7C2416"/>
        </w:rPr>
        <w:t xml:space="preserve">5.1  </w:t>
      </w:r>
      <w:r>
        <w:rPr>
          <w:b/>
        </w:rPr>
        <w:t>O que aconteceu nesta semana? Conte com as suas palavras, na ordem dos acontecimentos.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5.2  </w:t>
      </w:r>
      <w:r>
        <w:rPr>
          <w:b/>
        </w:rPr>
        <w:t>Quais destes temas aparecem nos capítulos da semana? Marque.</w:t>
      </w:r>
    </w:p>
    <w:p>
      <w:r>
        <w:t>☐ Ambição    ☐ Classe social    ☐ Aparência e realidade    ☐ Amor    ☐ Política    ☐ Orgulho    ☐ Felicidade</w:t>
      </w:r>
    </w:p>
    <w:p>
      <w:r>
        <w:rPr>
          <w:b/>
          <w:color w:val="7C2416"/>
        </w:rPr>
        <w:t xml:space="preserve">5.3  </w:t>
      </w:r>
      <w:r>
        <w:rPr>
          <w:b/>
        </w:rPr>
        <w:t>Quem diz (ou pensa) esta passagem, em que situação, e o que ela revela?</w:t>
      </w:r>
    </w:p>
    <w:p>
      <w:pPr>
        <w:ind w:left="454"/>
      </w:pPr>
      <w:r>
        <w:rPr>
          <w:i/>
        </w:rPr>
        <w:t>Não era, é verdade, aquela volúpia da alma que encontrara algumas vezes junto da sra. de Rênal. Nada havia de terno em seus sentimentos nesse primeiro momento. Era a alegria mais viva da ambição, e Julien era sobretudo ambicioso.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5.4  </w:t>
      </w:r>
      <w:r>
        <w:rPr>
          <w:b/>
        </w:rPr>
        <w:t>Quem diz (ou pensa) esta passagem, em que situação, e o que ela revela?</w:t>
      </w:r>
    </w:p>
    <w:p>
      <w:pPr>
        <w:ind w:left="454"/>
      </w:pPr>
      <w:r>
        <w:rPr>
          <w:i/>
        </w:rPr>
        <w:t>A sra. de Rênal encontrava razões para fazer o que seu coração lhe ditava; essa moça da alta sociedade só deixa o coração se comover depois de encontrar boas razões para que se comova.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5.5  </w:t>
      </w:r>
      <w:r>
        <w:rPr>
          <w:b/>
        </w:rPr>
        <w:t>Quando Julien entra no quarto e tenta beijar Mathilde, o que acontece?</w:t>
      </w:r>
      <w:r>
        <w:rPr>
          <w:color w:val="6E6B3D"/>
          <w:sz w:val="17"/>
        </w:rPr>
        <w:t xml:space="preserve">  (Livro II, capítulo 16: Uma hora da manhã)</w:t>
      </w:r>
    </w:p>
    <w:p>
      <w:pPr>
        <w:ind w:left="340"/>
      </w:pPr>
      <w:r>
        <w:t>A)  Ela o beija, mas lhe pede silêncio por causa da mãe dela</w:t>
      </w:r>
    </w:p>
    <w:p>
      <w:pPr>
        <w:ind w:left="340"/>
      </w:pPr>
      <w:r>
        <w:t>B)  Ela o afasta, e ele fica contente por ter sido repelido</w:t>
      </w:r>
    </w:p>
    <w:p>
      <w:pPr>
        <w:ind w:left="340"/>
      </w:pPr>
      <w:r>
        <w:t>C)  Ele recua sozinho, ao ver luz acesa no corredor</w:t>
      </w:r>
    </w:p>
    <w:p>
      <w:pPr>
        <w:ind w:left="340"/>
      </w:pPr>
      <w:r>
        <w:t>D)  Ela chama a criada, que o põe para fora do quarto</w:t>
      </w:r>
    </w:p>
    <w:p>
      <w:r>
        <w:rPr>
          <w:b/>
          <w:color w:val="7C2416"/>
        </w:rPr>
        <w:t xml:space="preserve">5.6  </w:t>
      </w:r>
      <w:r>
        <w:rPr>
          <w:b/>
        </w:rPr>
        <w:t>Na noite do jantar, como Julien é tratado pelos amigos de Mathilde no salão?</w:t>
      </w:r>
      <w:r>
        <w:rPr>
          <w:color w:val="6E6B3D"/>
          <w:sz w:val="17"/>
        </w:rPr>
        <w:t xml:space="preserve">  (Livro II, capítulo 20: O vaso japonês)</w:t>
      </w:r>
    </w:p>
    <w:p>
      <w:pPr>
        <w:ind w:left="340"/>
      </w:pPr>
      <w:r>
        <w:t>A)  Zombam dele abertamente, repetindo o que Mathilde dissera</w:t>
      </w:r>
    </w:p>
    <w:p>
      <w:pPr>
        <w:ind w:left="340"/>
      </w:pPr>
      <w:r>
        <w:t>B)  Ninguém lhe dirige a palavra, e sua presença passa despercebida</w:t>
      </w:r>
    </w:p>
    <w:p>
      <w:pPr>
        <w:ind w:left="340"/>
      </w:pPr>
      <w:r>
        <w:t>C)  Convidam-no para o jogo de cartas, por simples cortesia</w:t>
      </w:r>
    </w:p>
    <w:p>
      <w:pPr>
        <w:ind w:left="340"/>
      </w:pPr>
      <w:r>
        <w:t>D)  O marquês o apresenta de novo aos convidados, e todos o saúdam</w:t>
      </w:r>
    </w:p>
    <w:p>
      <w:r>
        <w:rPr>
          <w:b/>
          <w:color w:val="7C2416"/>
        </w:rPr>
        <w:t xml:space="preserve">5.7  </w:t>
      </w:r>
      <w:r>
        <w:rPr>
          <w:b/>
        </w:rPr>
        <w:t>Por que o cardeal diz que não se forma na França um partido armado sem o clero?</w:t>
      </w:r>
      <w:r>
        <w:rPr>
          <w:color w:val="6E6B3D"/>
          <w:sz w:val="17"/>
        </w:rPr>
        <w:t xml:space="preserve">  (Livro II, capítulo 23: O clero, os bosques, a liberdade)</w:t>
      </w:r>
    </w:p>
    <w:p>
      <w:pPr>
        <w:ind w:left="340"/>
      </w:pPr>
      <w:r>
        <w:t>A)  Porque o clero guarda o ouro que a Inglaterra se recusa a mandar</w:t>
      </w:r>
    </w:p>
    <w:p>
      <w:pPr>
        <w:ind w:left="340"/>
      </w:pPr>
      <w:r>
        <w:t>B)  Porque o povo, que dá os soldados, se comove com a voz dos padres</w:t>
      </w:r>
    </w:p>
    <w:p>
      <w:pPr>
        <w:ind w:left="340"/>
      </w:pPr>
      <w:r>
        <w:t>C)  Porque os bispos já comandam os regimentos de cada departamento</w:t>
      </w:r>
    </w:p>
    <w:p>
      <w:pPr>
        <w:ind w:left="340"/>
      </w:pPr>
      <w:r>
        <w:t>D)  Porque Roma pagaria as campanhas dos reis da Europa contra a França</w:t>
      </w:r>
    </w:p>
    <w:p>
      <w:r>
        <w:rPr>
          <w:b/>
          <w:color w:val="7C2416"/>
        </w:rPr>
        <w:t xml:space="preserve">5.8  </w:t>
      </w:r>
      <w:r>
        <w:rPr>
          <w:b/>
        </w:rPr>
        <w:t>A marechala de Fervaques admira a calma patrícia e desconfia de qualquer emoção viva. Segundo o narrador, o que o menor sinal de sensibilidade seria aos olhos dela?</w:t>
      </w:r>
      <w:r>
        <w:rPr>
          <w:color w:val="6E6B3D"/>
          <w:sz w:val="17"/>
        </w:rPr>
        <w:t xml:space="preserve">  (Livro II, capítulo 26: O amor moral)</w:t>
      </w:r>
    </w:p>
    <w:p>
      <w:pPr>
        <w:ind w:left="340"/>
      </w:pPr>
      <w:r>
        <w:t>A)  Uma espécie de embriaguez moral, que compromete a dignidade</w:t>
      </w:r>
    </w:p>
    <w:p>
      <w:pPr>
        <w:ind w:left="340"/>
      </w:pPr>
      <w:r>
        <w:t>B)  Uma prova de piedade sincera, digna de elogio entre os bons</w:t>
      </w:r>
    </w:p>
    <w:p>
      <w:pPr>
        <w:ind w:left="340"/>
      </w:pPr>
      <w:r>
        <w:t>C)  Um defeito próprio dos jovens, que a idade costuma corrigir</w:t>
      </w:r>
    </w:p>
    <w:p>
      <w:pPr>
        <w:ind w:left="340"/>
      </w:pPr>
      <w:r>
        <w:t>D)  Um recurso dos provincianos para obter favores nos salões</w:t>
      </w:r>
    </w:p>
    <w:p>
      <w:r>
        <w:rPr>
          <w:b/>
          <w:color w:val="7C2416"/>
        </w:rPr>
        <w:t xml:space="preserve">5.9  </w:t>
      </w:r>
      <w:r>
        <w:rPr>
          <w:b/>
        </w:rPr>
        <w:t>Mathilde pergunta se a marechala teria feito por ele todos os sacrifícios que o amor a levou a fazer. Como Julien responde?</w:t>
      </w:r>
      <w:r>
        <w:rPr>
          <w:color w:val="6E6B3D"/>
          <w:sz w:val="17"/>
        </w:rPr>
        <w:t xml:space="preserve">  (Livro II, capítulo 30: Um camarote na Ópera Bouffe)</w:t>
      </w:r>
    </w:p>
    <w:p>
      <w:pPr>
        <w:ind w:left="340"/>
      </w:pPr>
      <w:r>
        <w:t>A)  Dizendo que a marechala fez por ele muito mais do que ela</w:t>
      </w:r>
    </w:p>
    <w:p>
      <w:pPr>
        <w:ind w:left="340"/>
      </w:pPr>
      <w:r>
        <w:t>B)  Com um silêncio morno, julgando indigna a indiscrição pedida</w:t>
      </w:r>
    </w:p>
    <w:p>
      <w:pPr>
        <w:ind w:left="340"/>
      </w:pPr>
      <w:r>
        <w:t>C)  Negando que tenha jamais amado a marechala de verdade</w:t>
      </w:r>
    </w:p>
    <w:p>
      <w:pPr>
        <w:ind w:left="340"/>
      </w:pPr>
      <w:r>
        <w:t>D)  Pedindo-lhe que se cale e deixe a biblioteca em seguida</w:t>
      </w:r>
    </w:p>
    <w:p>
      <w:r>
        <w:rPr>
          <w:b/>
          <w:color w:val="7C2416"/>
        </w:rPr>
        <w:t xml:space="preserve">5.10  </w:t>
      </w:r>
      <w:r>
        <w:rPr>
          <w:b/>
        </w:rPr>
        <w:t>Para discutir.</w:t>
      </w:r>
      <w:r>
        <w:rPr>
          <w:color w:val="6E6B3D"/>
          <w:sz w:val="17"/>
        </w:rPr>
        <w:t xml:space="preserve">  (Livro II, capítulo 16: Uma hora da manhã)</w:t>
      </w:r>
    </w:p>
    <w:p>
      <w:r>
        <w:t>Se os dois sabem, cada um a seu modo, que estão representando um papel, o que resta para chamar aquilo de amor, e por que o texto ainda insiste em chamar?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5.11  </w:t>
      </w:r>
      <w:r>
        <w:rPr>
          <w:b/>
        </w:rPr>
        <w:t>Para discutir.</w:t>
      </w:r>
      <w:r>
        <w:rPr>
          <w:color w:val="6E6B3D"/>
          <w:sz w:val="17"/>
        </w:rPr>
        <w:t xml:space="preserve">  (Livro II, capítulo 30: Um camarote na Ópera Bouffe)</w:t>
      </w:r>
    </w:p>
    <w:p>
      <w:r>
        <w:t>Depois de resistir a Mathilde, Julien se culpa: "Como pude resistir-lhe?". Por que o amor dele cresce à medida que se afasta do momento da batalha, e o que isso diz sobre o que ele ama nela?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5.12  </w:t>
      </w:r>
      <w:r>
        <w:rPr>
          <w:b/>
        </w:rPr>
        <w:t>E você? O orgulho ajuda ou atrapalha quem ama?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rPr>
          <w:color w:val="7C2416"/>
        </w:rPr>
        <w:t>Semana 6</w:t>
      </w:r>
    </w:p>
    <w:p>
      <w:r>
        <w:rPr>
          <w:color w:val="6E6B3D"/>
        </w:rPr>
        <w:t>Livro II, capítulo 31: Amedrontá-la a Livro II, capítulo 45</w:t>
      </w:r>
    </w:p>
    <w:p>
      <w:r>
        <w:rPr>
          <w:i/>
        </w:rPr>
        <w:t>Ao ler, observe: Repare em como os poderosos resolvem os problemas pelos bastidores, longe dos olhos do público.</w:t>
      </w:r>
    </w:p>
    <w:p>
      <w:r>
        <w:rPr>
          <w:b/>
          <w:color w:val="7C2416"/>
        </w:rPr>
        <w:t xml:space="preserve">6.1  </w:t>
      </w:r>
      <w:r>
        <w:rPr>
          <w:b/>
        </w:rPr>
        <w:t>O que aconteceu nesta semana? Conte com as suas palavras, na ordem dos acontecimentos.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6.2  </w:t>
      </w:r>
      <w:r>
        <w:rPr>
          <w:b/>
        </w:rPr>
        <w:t>Quais destes temas aparecem nos capítulos da semana? Marque.</w:t>
      </w:r>
    </w:p>
    <w:p>
      <w:r>
        <w:t>☐ Ambição    ☐ Classe social    ☐ Aparência e realidade    ☐ Amor    ☐ Política    ☐ Orgulho    ☐ Felicidade</w:t>
      </w:r>
    </w:p>
    <w:p>
      <w:r>
        <w:rPr>
          <w:b/>
          <w:color w:val="7C2416"/>
        </w:rPr>
        <w:t xml:space="preserve">6.3  </w:t>
      </w:r>
      <w:r>
        <w:rPr>
          <w:b/>
        </w:rPr>
        <w:t>Quem diz (ou pensa) esta passagem, em que situação, e o que ela revela?</w:t>
      </w:r>
    </w:p>
    <w:p>
      <w:pPr>
        <w:ind w:left="454"/>
      </w:pPr>
      <w:r>
        <w:rPr>
          <w:i/>
        </w:rPr>
        <w:t>AMEDRONTÁ-LA, exclamou de repente, jogando o livro ao longe. O inimigo só vai me obedecer à medida que eu o amedrontar, então não vai se atrever a me desprezar.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6.4  </w:t>
      </w:r>
      <w:r>
        <w:rPr>
          <w:b/>
        </w:rPr>
        <w:t>Quem diz (ou pensa) esta passagem, em que situação, e o que ela revela?</w:t>
      </w:r>
    </w:p>
    <w:p>
      <w:pPr>
        <w:ind w:left="454"/>
      </w:pPr>
      <w:r>
        <w:rPr>
          <w:i/>
        </w:rPr>
        <w:t>A sra. de Rênal se manteve fiel a sua promessa. Não tentou de modo algum atentar contra sua vida; mas, três dias depois morreu abraçada aos filhos.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6.5  </w:t>
      </w:r>
      <w:r>
        <w:rPr>
          <w:b/>
        </w:rPr>
        <w:t>No camarote da sra. de La Mole, sufocada pelas lágrimas, Mathilde pousa a mão na de Julien. Que palavra lhe diz?</w:t>
      </w:r>
      <w:r>
        <w:rPr>
          <w:color w:val="6E6B3D"/>
          <w:sz w:val="17"/>
        </w:rPr>
        <w:t xml:space="preserve">  (Livro II, capítulo 31: Amedrontá-la)</w:t>
      </w:r>
    </w:p>
    <w:p>
      <w:pPr>
        <w:ind w:left="340"/>
      </w:pPr>
      <w:r>
        <w:t>A)  Perdoe-me</w:t>
      </w:r>
    </w:p>
    <w:p>
      <w:pPr>
        <w:ind w:left="340"/>
      </w:pPr>
      <w:r>
        <w:t>B)  Garantias</w:t>
      </w:r>
    </w:p>
    <w:p>
      <w:pPr>
        <w:ind w:left="340"/>
      </w:pPr>
      <w:r>
        <w:t>C)  Escute-me</w:t>
      </w:r>
    </w:p>
    <w:p>
      <w:pPr>
        <w:ind w:left="340"/>
      </w:pPr>
      <w:r>
        <w:t>D)  Misericórdia</w:t>
      </w:r>
    </w:p>
    <w:p>
      <w:r>
        <w:rPr>
          <w:b/>
          <w:color w:val="7C2416"/>
        </w:rPr>
        <w:t xml:space="preserve">6.6  </w:t>
      </w:r>
      <w:r>
        <w:rPr>
          <w:b/>
        </w:rPr>
        <w:t>O padre Pirard transmite as condições do marquês e o novo nome de Julien. Depois, Julien pensa em seu verdadeiro pai. Que ideia lhe ocorre?</w:t>
      </w:r>
      <w:r>
        <w:rPr>
          <w:color w:val="6E6B3D"/>
          <w:sz w:val="17"/>
        </w:rPr>
        <w:t xml:space="preserve">  (Livro II, capítulo 35: Uma tormenta)</w:t>
      </w:r>
    </w:p>
    <w:p>
      <w:pPr>
        <w:ind w:left="340"/>
      </w:pPr>
      <w:r>
        <w:t>A)  Que o pai o amava em segredo e o protegia de longe</w:t>
      </w:r>
    </w:p>
    <w:p>
      <w:pPr>
        <w:ind w:left="340"/>
      </w:pPr>
      <w:r>
        <w:t>B)  Que talvez seja filho natural de algum grande senhor</w:t>
      </w:r>
    </w:p>
    <w:p>
      <w:pPr>
        <w:ind w:left="340"/>
      </w:pPr>
      <w:r>
        <w:t>C)  Que o pai o deserdara por ele não ter sido um bom filho</w:t>
      </w:r>
    </w:p>
    <w:p>
      <w:pPr>
        <w:ind w:left="340"/>
      </w:pPr>
      <w:r>
        <w:t>D)  Que o pai tinha se arrependido e queria vê-lo antes de morrer</w:t>
      </w:r>
    </w:p>
    <w:p>
      <w:r>
        <w:rPr>
          <w:b/>
          <w:color w:val="7C2416"/>
        </w:rPr>
        <w:t xml:space="preserve">6.7  </w:t>
      </w:r>
      <w:r>
        <w:rPr>
          <w:b/>
        </w:rPr>
        <w:t>Mathilde chega ao torreão vestida de camponesa. Sob que nome fez a viagem?</w:t>
      </w:r>
      <w:r>
        <w:rPr>
          <w:color w:val="6E6B3D"/>
          <w:sz w:val="17"/>
        </w:rPr>
        <w:t xml:space="preserve">  (Livro II, capítulo 38: Um homem poderoso)</w:t>
      </w:r>
    </w:p>
    <w:p>
      <w:pPr>
        <w:ind w:left="340"/>
      </w:pPr>
      <w:r>
        <w:t>A)  Sra. Michelet, com o passaporte da criada de quarto</w:t>
      </w:r>
    </w:p>
    <w:p>
      <w:pPr>
        <w:ind w:left="340"/>
      </w:pPr>
      <w:r>
        <w:t>B)  Sra. de La Vernaye, o nome que o marquês dera a Julien</w:t>
      </w:r>
    </w:p>
    <w:p>
      <w:pPr>
        <w:ind w:left="340"/>
      </w:pPr>
      <w:r>
        <w:t>C)  Sra. Derville, amiga da sra. de Rênal</w:t>
      </w:r>
    </w:p>
    <w:p>
      <w:pPr>
        <w:ind w:left="340"/>
      </w:pPr>
      <w:r>
        <w:t>D)  Sra. de Dubois, viúva de um oficial</w:t>
      </w:r>
    </w:p>
    <w:p>
      <w:r>
        <w:rPr>
          <w:b/>
          <w:color w:val="7C2416"/>
        </w:rPr>
        <w:t xml:space="preserve">6.8  </w:t>
      </w:r>
      <w:r>
        <w:rPr>
          <w:b/>
        </w:rPr>
        <w:t>Na véspera do julgamento, o padre de Frilair garante a Mathilde a absolvição. Em que se apoia?</w:t>
      </w:r>
      <w:r>
        <w:rPr>
          <w:color w:val="6E6B3D"/>
          <w:sz w:val="17"/>
        </w:rPr>
        <w:t xml:space="preserve">  (Livro II, capítulo 41: O julgamento)</w:t>
      </w:r>
    </w:p>
    <w:p>
      <w:pPr>
        <w:ind w:left="340"/>
      </w:pPr>
      <w:r>
        <w:t>A)  Numa carta do rei, que Mathilde obtivera em Saint-Cloud</w:t>
      </w:r>
    </w:p>
    <w:p>
      <w:pPr>
        <w:ind w:left="340"/>
      </w:pPr>
      <w:r>
        <w:t>B)  Na influência pessoal do presidente do tribunal sobre os doze jurados</w:t>
      </w:r>
    </w:p>
    <w:p>
      <w:pPr>
        <w:ind w:left="340"/>
      </w:pPr>
      <w:r>
        <w:t>C)  No apoio dos liberais de Besançon, que odeiam o promotor</w:t>
      </w:r>
    </w:p>
    <w:p>
      <w:pPr>
        <w:ind w:left="340"/>
      </w:pPr>
      <w:r>
        <w:t>D)  Em seis jurados amigos, a quem fez crer que o bispado dependia deles</w:t>
      </w:r>
    </w:p>
    <w:p>
      <w:r>
        <w:rPr>
          <w:b/>
          <w:color w:val="7C2416"/>
        </w:rPr>
        <w:t xml:space="preserve">6.9  </w:t>
      </w:r>
      <w:r>
        <w:rPr>
          <w:b/>
        </w:rPr>
        <w:t>Na prisão, diante da sra. de Rênal, como Julien se comporta, segundo o narrador?</w:t>
      </w:r>
      <w:r>
        <w:rPr>
          <w:color w:val="6E6B3D"/>
          <w:sz w:val="17"/>
        </w:rPr>
        <w:t xml:space="preserve">  (Livro II, capítulo 45)</w:t>
      </w:r>
    </w:p>
    <w:p>
      <w:pPr>
        <w:ind w:left="340"/>
      </w:pPr>
      <w:r>
        <w:t>A)  Com a altivez de quem não pede perdão a ninguém</w:t>
      </w:r>
    </w:p>
    <w:p>
      <w:pPr>
        <w:ind w:left="340"/>
      </w:pPr>
      <w:r>
        <w:t>B)  Representando a coragem que quer mostrar a Besançon</w:t>
      </w:r>
    </w:p>
    <w:p>
      <w:pPr>
        <w:ind w:left="340"/>
      </w:pPr>
      <w:r>
        <w:t>C)  Calando o medo da morte para não afligi-la demais</w:t>
      </w:r>
    </w:p>
    <w:p>
      <w:pPr>
        <w:ind w:left="340"/>
      </w:pPr>
      <w:r>
        <w:t>D)  Sem amor-próprio, contando-lhe todas as suas fraquezas</w:t>
      </w:r>
    </w:p>
    <w:p>
      <w:r>
        <w:rPr>
          <w:b/>
          <w:color w:val="7C2416"/>
        </w:rPr>
        <w:t xml:space="preserve">6.10  </w:t>
      </w:r>
      <w:r>
        <w:rPr>
          <w:b/>
        </w:rPr>
        <w:t>Para discutir.</w:t>
      </w:r>
      <w:r>
        <w:rPr>
          <w:color w:val="6E6B3D"/>
          <w:sz w:val="17"/>
        </w:rPr>
        <w:t xml:space="preserve">  (Livro II, capítulo 31: Amedrontá-la)</w:t>
      </w:r>
    </w:p>
    <w:p>
      <w:r>
        <w:t>Depois de forçar a leitura das Memórias de Santa Helena, Julien exclama: "O inimigo só vai me obedecer à medida que eu o amedrontar". Por que ele chama Mathilde de inimigo, e o que a escolha da palavra mostra sobre como ele ama?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6.11  </w:t>
      </w:r>
      <w:r>
        <w:rPr>
          <w:b/>
        </w:rPr>
        <w:t>Para discutir.</w:t>
      </w:r>
      <w:r>
        <w:rPr>
          <w:color w:val="6E6B3D"/>
          <w:sz w:val="17"/>
        </w:rPr>
        <w:t xml:space="preserve">  (Livro II, capítulo 45)</w:t>
      </w:r>
    </w:p>
    <w:p>
      <w:r>
        <w:t>Mathilde entra no quarto onde Fouqué vela o corpo, põe a cabeça de Julien numa pequena mesa de mármore e a beija na testa. Isso é amor, teatro ou as duas coisas, e o que muda no modo de lembrar Julien conforme se responde?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6.12  </w:t>
      </w:r>
      <w:r>
        <w:rPr>
          <w:b/>
        </w:rPr>
        <w:t>E você? Como você gostaria de ser lembrado?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rPr>
          <w:color w:val="7C2416"/>
        </w:rPr>
        <w:t>Personagens</w:t>
      </w:r>
    </w:p>
    <w:p>
      <w:r>
        <w:t>Para cada personagem, diga quem é e como muda do começo ao fim do livro.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>
              <w:t>Personagem</w:t>
            </w:r>
          </w:p>
        </w:tc>
        <w:tc>
          <w:tcPr>
            <w:tcW w:type="dxa" w:w="3289"/>
          </w:tcPr>
          <w:p>
            <w:r>
              <w:t>Quem é</w:t>
            </w:r>
          </w:p>
        </w:tc>
        <w:tc>
          <w:tcPr>
            <w:tcW w:type="dxa" w:w="3289"/>
          </w:tcPr>
          <w:p>
            <w:r>
              <w:t>Como muda</w:t>
            </w:r>
          </w:p>
        </w:tc>
      </w:tr>
      <w:tr>
        <w:tc>
          <w:tcPr>
            <w:tcW w:type="dxa" w:w="3289"/>
          </w:tcPr>
          <w:p>
            <w:r>
              <w:t>P1  Julien Sorel</w:t>
            </w:r>
          </w:p>
        </w:tc>
        <w:tc>
          <w:tcPr>
            <w:tcW w:type="dxa" w:w="3289"/>
          </w:tcPr>
          <w:p>
            <w:r>
              <w:br/>
              <w:br/>
              <w:br/>
              <w:br/>
            </w:r>
          </w:p>
        </w:tc>
        <w:tc>
          <w:tcPr>
            <w:tcW w:type="dxa" w:w="3289"/>
          </w:tcPr>
          <w:p>
            <w:r>
              <w:br/>
              <w:br/>
              <w:br/>
              <w:br/>
            </w:r>
          </w:p>
        </w:tc>
      </w:tr>
      <w:tr>
        <w:tc>
          <w:tcPr>
            <w:tcW w:type="dxa" w:w="3289"/>
          </w:tcPr>
          <w:p>
            <w:r>
              <w:t>P2  Madame de Rênal</w:t>
            </w:r>
          </w:p>
        </w:tc>
        <w:tc>
          <w:tcPr>
            <w:tcW w:type="dxa" w:w="3289"/>
          </w:tcPr>
          <w:p>
            <w:r>
              <w:br/>
              <w:br/>
              <w:br/>
              <w:br/>
            </w:r>
          </w:p>
        </w:tc>
        <w:tc>
          <w:tcPr>
            <w:tcW w:type="dxa" w:w="3289"/>
          </w:tcPr>
          <w:p>
            <w:r>
              <w:br/>
              <w:br/>
              <w:br/>
              <w:br/>
            </w:r>
          </w:p>
        </w:tc>
      </w:tr>
      <w:tr>
        <w:tc>
          <w:tcPr>
            <w:tcW w:type="dxa" w:w="3289"/>
          </w:tcPr>
          <w:p>
            <w:r>
              <w:t>P3  Mathilde de La Mole</w:t>
            </w:r>
          </w:p>
        </w:tc>
        <w:tc>
          <w:tcPr>
            <w:tcW w:type="dxa" w:w="3289"/>
          </w:tcPr>
          <w:p>
            <w:r>
              <w:br/>
              <w:br/>
              <w:br/>
              <w:br/>
            </w:r>
          </w:p>
        </w:tc>
        <w:tc>
          <w:tcPr>
            <w:tcW w:type="dxa" w:w="3289"/>
          </w:tcPr>
          <w:p>
            <w:r>
              <w:br/>
              <w:br/>
              <w:br/>
              <w:br/>
            </w:r>
          </w:p>
        </w:tc>
      </w:tr>
      <w:tr>
        <w:tc>
          <w:tcPr>
            <w:tcW w:type="dxa" w:w="3289"/>
          </w:tcPr>
          <w:p>
            <w:r>
              <w:t>P4  Monsieur de Rênal</w:t>
            </w:r>
          </w:p>
        </w:tc>
        <w:tc>
          <w:tcPr>
            <w:tcW w:type="dxa" w:w="3289"/>
          </w:tcPr>
          <w:p>
            <w:r>
              <w:br/>
              <w:br/>
              <w:br/>
              <w:br/>
            </w:r>
          </w:p>
        </w:tc>
        <w:tc>
          <w:tcPr>
            <w:tcW w:type="dxa" w:w="3289"/>
          </w:tcPr>
          <w:p>
            <w:r>
              <w:br/>
              <w:br/>
              <w:br/>
              <w:br/>
            </w:r>
          </w:p>
        </w:tc>
      </w:tr>
      <w:tr>
        <w:tc>
          <w:tcPr>
            <w:tcW w:type="dxa" w:w="3289"/>
          </w:tcPr>
          <w:p>
            <w:r>
              <w:t>P5  Marquês de La Mole</w:t>
            </w:r>
          </w:p>
        </w:tc>
        <w:tc>
          <w:tcPr>
            <w:tcW w:type="dxa" w:w="3289"/>
          </w:tcPr>
          <w:p>
            <w:r>
              <w:br/>
              <w:br/>
              <w:br/>
              <w:br/>
            </w:r>
          </w:p>
        </w:tc>
        <w:tc>
          <w:tcPr>
            <w:tcW w:type="dxa" w:w="3289"/>
          </w:tcPr>
          <w:p>
            <w:r>
              <w:br/>
              <w:br/>
              <w:br/>
              <w:br/>
            </w:r>
          </w:p>
        </w:tc>
      </w:tr>
      <w:tr>
        <w:tc>
          <w:tcPr>
            <w:tcW w:type="dxa" w:w="3289"/>
          </w:tcPr>
          <w:p>
            <w:r>
              <w:t>P6  Abade Chélan</w:t>
            </w:r>
          </w:p>
        </w:tc>
        <w:tc>
          <w:tcPr>
            <w:tcW w:type="dxa" w:w="3289"/>
          </w:tcPr>
          <w:p>
            <w:r>
              <w:br/>
              <w:br/>
              <w:br/>
              <w:br/>
            </w:r>
          </w:p>
        </w:tc>
        <w:tc>
          <w:tcPr>
            <w:tcW w:type="dxa" w:w="3289"/>
          </w:tcPr>
          <w:p>
            <w:r>
              <w:br/>
              <w:br/>
              <w:br/>
              <w:br/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7C2416"/>
        </w:rPr>
        <w:t>Temas</w:t>
      </w:r>
    </w:p>
    <w:p>
      <w:r>
        <w:t>Para cada tema, anote dois ou três momentos do livro em que ele aparece e escreva, em poucas linhas, o que o livro diz sobre ele.</w:t>
      </w:r>
    </w:p>
    <w:p>
      <w:r>
        <w:rPr>
          <w:b/>
          <w:color w:val="7C2416"/>
        </w:rPr>
        <w:t xml:space="preserve">T1  </w:t>
      </w:r>
      <w:r>
        <w:rPr>
          <w:b/>
        </w:rPr>
        <w:t>Ambição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T2  </w:t>
      </w:r>
      <w:r>
        <w:rPr>
          <w:b/>
        </w:rPr>
        <w:t>Classe social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T3  </w:t>
      </w:r>
      <w:r>
        <w:rPr>
          <w:b/>
        </w:rPr>
        <w:t>Aparência e realidade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T4  </w:t>
      </w:r>
      <w:r>
        <w:rPr>
          <w:b/>
        </w:rPr>
        <w:t>Amor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T5  </w:t>
      </w:r>
      <w:r>
        <w:rPr>
          <w:b/>
        </w:rPr>
        <w:t>Política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T6  </w:t>
      </w:r>
      <w:r>
        <w:rPr>
          <w:b/>
        </w:rPr>
        <w:t>Orgulho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T7  </w:t>
      </w:r>
      <w:r>
        <w:rPr>
          <w:b/>
        </w:rPr>
        <w:t>Felicidade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rPr>
          <w:color w:val="7C2416"/>
        </w:rPr>
        <w:t>Fechamento</w:t>
      </w:r>
    </w:p>
    <w:p>
      <w:r>
        <w:t>Perguntas sobre a obra inteira. Escolha uma e responda num texto de 20 a 30 linhas.</w:t>
      </w:r>
    </w:p>
    <w:p>
      <w:pPr>
        <w:pStyle w:val="ListBullet"/>
      </w:pPr>
      <w:r>
        <w:t>Pergunta. Julien troca uma arena onde media tudo por dinheiro e voto por outra onde nada disso conta: o que muda, de fato, na natureza da guerra que ele trava, e o que continua sendo exatamente a mesma guerra com um vocabulário novo? Pergunta. O Marquês de La Mole perdoa a falta de ortografia e não perdoa a falta de maneiras: por que a forma pesa mais que o conteúdo exatamente na classe que se define pela posse do conteúdo (livros, latim, história)? Pergunta. Se o salão pune qualquer ideia viva com a pecha de mau gosto, que lugar sobra para uma convicção como a de Altamira, que já custou uma sentença de morte? O salão a tolera, a ignora ou precisa dela como espetáculo? Pergunta. O marquês compara o afeto por Julien ao afeto por um cão de estimação bonito e original, dito com carinho genuíno: até que ponto essa comparação é também a medida exata do teto que Julien nunca vai furar nessa casa? Pergunta. Mathilde decide que só a condenação à morte prova caráter, e ninguém no salão, exceto Altamira, pagou esse preço: o que significa fundar um ideal de grandeza sobre uma prova que a própria condição social de quem o formula torna quase impossível de cumprir? Pergunta. Se Mathilde já amava a lenda antes de amar Julien, o que ela ama nele: o homem, ou o papel de Boniface de La Mole que ele, sem querer, começa a preencher? Pergunta. Mathilde despreza o irmão e os pretendentes por não suportarem "o perigo solitário, singular, imprevisto"; mas ela mesma nunca correu risco nenhum além do risco social de uma carta indiscreta: até que ponto seu ideal de coragem é sincero, e até que ponto é mais um adorno de classe, como a fita do Tosão de Ouro do príncipe de Araceli? Pergunta. Julien só se permite alegria depois de reler a vitória sobre Croisenois como uma pesagem de méritos, nunca como afeto correspondido: o que isso revela sobre o que ele efetivamente busca em Mathilde, o amor dela ou a prova de que pode vencer o nascimento dela? Pergunta. Depois de nove blocos vendo Julien recusar, item por item, o valor que a aristocracia dá a si mesma (o nascimento, o duelo ritual, a fita de condecoração), ele decide agir por honra, a moeda mais aristocrática de todas: ele venceu o jogo do faubourg, ou foi absorvido por ele?</w:t>
      </w:r>
    </w:p>
    <w:p>
      <w:pPr>
        <w:pStyle w:val="ListBullet"/>
      </w:pPr>
      <w:r>
        <w:t>O romance está descrevendo como o amor de fato funciona na aristocracia parisiense de 1830, ou está fazendo uma caricatura para valorizar por comparação o episódio de Verrières?</w:t>
      </w:r>
    </w:p>
    <w:p>
      <w:pPr>
        <w:pStyle w:val="ListBullet"/>
      </w:pPr>
      <w:r>
        <w:t>Até que ponto Julien está genuinamente apaixonado por Mathilde, e até que ponto ele está apaixonado pela vitória sobre uma classe que o despreza?</w:t>
      </w:r>
    </w:p>
    <w:p>
      <w:pPr>
        <w:pStyle w:val="ListBullet"/>
      </w:pPr>
      <w:r>
        <w:t>Se a ambição de Julien nunca foi por dinheiro nem por título, como o próprio texto insiste, o que exatamente ele venceu ao virar La Vernaye? E por que essa vitória, no instante em que se completa, já soa a despedida? Por que um homem que planeja cada gesto da própria vida escolhe, na única vez em que age sem plano, um ato que o condena? O tiro liberta Julien de quê? Abade de Frilair ajuda Julien por cálculo de carreira, não por justiça. Isso torna a ajuda menos real, ou o romance está dizendo que, nesse mundo, não existe ajuda que não seja interessada? Julien diz aos jurados que o crime deles é puni-lo por classe, não pelo tiro. O discurso é verdade sobre o julgamento, ou é a última e maior construção retórica de um homem que a vida inteira construiu personagens de si mesmo? Se a felicidade de Julien só aparece quando o futuro (ambição, cálculo, plano de vida) é retirado da equação, o que isso diz sobre o preço que ele pagou, ao longo de todo o romance, por perseguir esse futuro? A sra. de Rênal não se mata, mas morre em três dias de qualquer forma. Ela cumpriu o juramento a Julien, ou o próprio corpo dela discordou do juramento que a cabeça fez?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rPr>
          <w:color w:val="7C2416"/>
        </w:rPr>
        <w:t>Termos</w:t>
      </w:r>
    </w:p>
    <w:p>
      <w:r>
        <w:rPr>
          <w:b/>
          <w:color w:val="7C2416"/>
        </w:rPr>
        <w:t xml:space="preserve">Restauração. </w:t>
      </w:r>
      <w:r>
        <w:t>Período entre 1814 e 1830 em que a dinastia dos Bourbon voltou ao trono da França depois da queda de Napoleão, com Luís XVIII e, a partir de 1824, Carlos X. Foi uma monarquia constitucional de poderes limitados, bem diferente da monarquia absoluta anterior à Revolução, e terminou com a Revolução de Julho de 1830.</w:t>
      </w:r>
    </w:p>
    <w:p>
      <w:r>
        <w:rPr>
          <w:b/>
          <w:color w:val="7C2416"/>
        </w:rPr>
        <w:t xml:space="preserve">Prefeito. </w:t>
      </w:r>
      <w:r>
        <w:t>Tradução do francês maire, a autoridade que preside a administração de uma comuna, seja cidade ou vilarejo. Na época do romance, a Restauração tinha prefeitos e conselheiros municipais nomeados, e não eleitos pelos moradores. Hoje o maire é escolhido pelo conselho municipal, mas na França de Carlos X o cargo dependia de nomeação.</w:t>
      </w:r>
    </w:p>
    <w:p>
      <w:r>
        <w:rPr>
          <w:b/>
          <w:color w:val="7C2416"/>
        </w:rPr>
        <w:t xml:space="preserve">Asilo de mendicidade. </w:t>
      </w:r>
      <w:r>
        <w:t>Abrigo público para mendigos, instituição de assistência que a Revolução extinguiu e Napoleão fez voltar em 1808. Foi abolido aos poucos durante a Restauração, e em 1830, ano de publicação do romance, restavam apenas seis em toda a França. Em Verrières, o asilo tem diretor próprio e funciona ao lado da prisão e do hospital.</w:t>
      </w:r>
    </w:p>
    <w:p>
      <w:r>
        <w:rPr>
          <w:b/>
          <w:color w:val="7C2416"/>
        </w:rPr>
        <w:t xml:space="preserve">Cura. </w:t>
      </w:r>
      <w:r>
        <w:t>Tradução do francês curé: o padre encarregado de uma paróquia, o pároco, que cuida dos fiéis dali. Em português é substantivo masculino (o cura), sem relação com a cura de curar. Nomeado pelo bispo, de quem é o representante na paróquia, ele é diferente do bispo, que governa a diocese, formada por várias paróquias.</w:t>
      </w:r>
    </w:p>
    <w:p>
      <w:r>
        <w:rPr>
          <w:b/>
          <w:color w:val="7C2416"/>
        </w:rPr>
        <w:t xml:space="preserve">Legião de Honra. </w:t>
      </w:r>
      <w:r>
        <w:t>Ordem de mérito criada por Napoleão Bonaparte em 1802 para recompensar os méritos prestados à nação francesa. A primeira concessão foi em 14 de julho de 1804, em cerimônia no Hôtel des Invalides, em Paris, e as condecorações foram para marechais, soldados, inválidos de guerra, cientistas, artistas e escritores.</w:t>
      </w:r>
    </w:p>
    <w:p>
      <w:r>
        <w:rPr>
          <w:b/>
          <w:color w:val="7C2416"/>
        </w:rPr>
        <w:t xml:space="preserve">Congregação. </w:t>
      </w:r>
      <w:r>
        <w:t>Associação católica de leigos e eclesiásticos, fundada em 1801 pelo padre jesuíta Bordier-Delpuits para a piedade e a caridade. Na Restauração reunia tradicionalistas e ultrarrealistas e favorecia a carreira de seus membros. Os jornais da oposição, em 1830, falavam em camarilha, ou governo da sombra, de jesuítas, congregação e fanáticos.</w:t>
      </w:r>
    </w:p>
    <w:p>
      <w:r>
        <w:rPr>
          <w:b/>
          <w:color w:val="7C2416"/>
        </w:rPr>
        <w:t xml:space="preserve">Ultrarrealista. </w:t>
      </w:r>
      <w:r>
        <w:t>Também chamado de ultra: partidário da facção que, na Restauração, defendia o catolicismo como religião do Estado, a monarquia dos Bourbon, a hierarquia tradicional entre as classes e o voto restrito aos mais ricos. Reunia nobres, grandes proprietários e antigos emigrados. Seu chefe era o futuro Carlos X, e em 1824 os ultras ganharam 413 das 430 cadeiras da Câmara.</w:t>
      </w:r>
    </w:p>
    <w:p>
      <w:r>
        <w:rPr>
          <w:b/>
          <w:color w:val="7C2416"/>
        </w:rPr>
        <w:t xml:space="preserve">Jansenista. </w:t>
      </w:r>
      <w:r>
        <w:t>Seguidor do jansenismo, corrente católica nascida das ideias de Cornelius Jansen, bispo de Ypres, cuja obra Augustinus saiu em 1640. Defendia uma leitura rigorosa de Santo Agostinho sobre a graça e a predestinação, foi condenado pela Igreja em várias bulas e se opunha ao laxismo moral, que associava aos jesuítas.</w:t>
      </w:r>
    </w:p>
    <w:p>
      <w:r>
        <w:rPr>
          <w:b/>
          <w:color w:val="7C2416"/>
        </w:rPr>
        <w:t xml:space="preserve">Jacobino. </w:t>
      </w:r>
      <w:r>
        <w:t>Membro do Clube dos Jacobinos, fundado em 1789 e dominado por Robespierre na fase mais radical da Revolução, a do Terror. O clube foi fechado em novembro de 1794. Depois da Revolução, os conservadores passaram a usar a palavra como xingamento contra qualquer político que lhes parecesse revolucionário.</w:t>
      </w:r>
    </w:p>
    <w:p>
      <w:r>
        <w:rPr>
          <w:b/>
          <w:color w:val="7C2416"/>
        </w:rPr>
        <w:t xml:space="preserve">Primeiro-adjunto. </w:t>
      </w:r>
      <w:r>
        <w:t>Adjunto do prefeito de uma comuna francesa: substitui o prefeito quando ele está impedido, até que volte ou se escolha um sucessor. Na Restauração, prefeitos e conselheiros municipais eram nomeados, e não eleitos. Hoje os adjuntos são eleitos pelo conselho municipal entre os seus membros.</w:t>
      </w:r>
    </w:p>
    <w:p>
      <w:r>
        <w:rPr>
          <w:b/>
          <w:color w:val="7C2416"/>
        </w:rPr>
        <w:t xml:space="preserve">Vigário-geral. </w:t>
      </w:r>
      <w:r>
        <w:t>Principal auxiliar do bispo na administração de uma diocese: depois do bispo, é a mais alta autoridade da diocese e exerce em nome dele o poder executivo sobre todo o território. Precisa ser padre, bispo auxiliar ou bispo coadjutor, e o bispo pode nomear mais de um vigário-geral. Em francês, vicaire général.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eorgia" w:hAnsi="Georgi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