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Otelo</w:t>
      </w:r>
    </w:p>
    <w:p>
      <w:r>
        <w:rPr>
          <w:i/>
        </w:rPr>
        <w:t>William Shakespeare · Caderno de estudos, folha do aluno · Clavis Libri</w:t>
      </w:r>
    </w:p>
    <w:p>
      <w:r>
        <w:t>Nome: ______________________________   Turma: __________   Data: ___/___/______</w:t>
      </w:r>
    </w:p>
    <w:p>
      <w:pPr>
        <w:pStyle w:val="Heading1"/>
      </w:pPr>
      <w:r>
        <w:rPr>
          <w:color w:val="7C2416"/>
        </w:rPr>
        <w:t>Como usar</w:t>
      </w:r>
    </w:p>
    <w:p>
      <w:r>
        <w:t>Leia os capítulos da semana e depois responda à seção dela. As perguntas "para discutir" não têm resposta certa: servem para pensar e conversar.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color w:val="6E6B3D"/>
        </w:rPr>
        <w:t>Ato I: Veneza, a denúncia noturna e o juízo do senado a Ato III: A tentação e o lenço</w:t>
      </w:r>
    </w:p>
    <w:p>
      <w:r>
        <w:rPr>
          <w:i/>
        </w:rPr>
        <w:t>Ao ler, observe: Repare em como Iago fala de cada um, e no que ele diz quando está sozinho.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1.2  </w:t>
      </w:r>
      <w:r>
        <w:rPr>
          <w:b/>
        </w:rPr>
        <w:t>Quais destes temas aparecem nos capítulos da semana? Marque.</w:t>
      </w:r>
    </w:p>
    <w:p>
      <w:r>
        <w:t>☐ Ciúme    ☐ Preconceito    ☐ Verdade e mentira    ☐ Honra e reputação    ☐ Inveja    ☐ Amor</w:t>
      </w:r>
    </w:p>
    <w:p>
      <w:r>
        <w:rPr>
          <w:b/>
          <w:color w:val="7C2416"/>
        </w:rPr>
        <w:t xml:space="preserve">1.3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... Eu não sou o que sou.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O lenço!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1.5  </w:t>
      </w:r>
      <w:r>
        <w:rPr>
          <w:b/>
        </w:rPr>
        <w:t>Na rua, Iago diz a Rodrigo que odeia Otelo. Que motivo ele dá?</w:t>
      </w:r>
      <w:r>
        <w:rPr>
          <w:color w:val="6E6B3D"/>
          <w:sz w:val="17"/>
        </w:rPr>
        <w:t xml:space="preserve">  (Ato I: Veneza, a denúncia noturna e o juízo do senado)</w:t>
      </w:r>
    </w:p>
    <w:p>
      <w:pPr>
        <w:ind w:left="340"/>
      </w:pPr>
      <w:r>
        <w:t>A)  Otelo mandou prender Iago por desviar dinheiro, depois de uma denúncia feita por Rodrigo</w:t>
      </w:r>
    </w:p>
    <w:p>
      <w:pPr>
        <w:ind w:left="340"/>
      </w:pPr>
      <w:r>
        <w:t>B)  Otelo escolheu Rodrigo como oficial, mesmo depois de Iago ter pedido o posto</w:t>
      </w:r>
    </w:p>
    <w:p>
      <w:pPr>
        <w:ind w:left="340"/>
      </w:pPr>
      <w:r>
        <w:t>C)  Otelo deu o posto de tenente a Cássio, embora três nobres tivessem pedido o cargo para Iago</w:t>
      </w:r>
    </w:p>
    <w:p>
      <w:pPr>
        <w:ind w:left="340"/>
      </w:pPr>
      <w:r>
        <w:t>D)  Otelo se casou em segredo com Desdêmona, sem avisar o amigo Iago de coisa alguma</w:t>
      </w:r>
    </w:p>
    <w:p>
      <w:r>
        <w:rPr>
          <w:b/>
          <w:color w:val="7C2416"/>
        </w:rPr>
        <w:t xml:space="preserve">1.6  </w:t>
      </w:r>
      <w:r>
        <w:rPr>
          <w:b/>
        </w:rPr>
        <w:t>Sozinho, no fim do ato, Iago planeja enganar Otelo. Que traço do caráter de Otelo ele pretende explorar?</w:t>
      </w:r>
      <w:r>
        <w:rPr>
          <w:color w:val="6E6B3D"/>
          <w:sz w:val="17"/>
        </w:rPr>
        <w:t xml:space="preserve">  (Ato I: Veneza, a denúncia noturna e o juízo do senado)</w:t>
      </w:r>
    </w:p>
    <w:p>
      <w:pPr>
        <w:ind w:left="340"/>
      </w:pPr>
      <w:r>
        <w:t>A)  A cólera de Otelo, que perde o juízo ao ouvir qualquer ofensa à sua honra de soldado</w:t>
      </w:r>
    </w:p>
    <w:p>
      <w:pPr>
        <w:ind w:left="340"/>
      </w:pPr>
      <w:r>
        <w:t>B)  O caráter aberto e liberal de Otelo, que acha honesto quem só parece ser</w:t>
      </w:r>
    </w:p>
    <w:p>
      <w:pPr>
        <w:ind w:left="340"/>
      </w:pPr>
      <w:r>
        <w:t>C)  A vaidade de Otelo, que se deixa levar por qualquer elogio feito diante do Senado</w:t>
      </w:r>
    </w:p>
    <w:p>
      <w:pPr>
        <w:ind w:left="340"/>
      </w:pPr>
      <w:r>
        <w:t>D)  A ingenuidade de Otelo com dinheiro, que confia a bolsa a qualquer um que o sirva</w:t>
      </w:r>
    </w:p>
    <w:p>
      <w:r>
        <w:rPr>
          <w:b/>
          <w:color w:val="7C2416"/>
        </w:rPr>
        <w:t xml:space="preserve">1.7  </w:t>
      </w:r>
      <w:r>
        <w:rPr>
          <w:b/>
        </w:rPr>
        <w:t>Em Chipre, Montano e os fidalgos olham o mar em fúria. Que notícia o terceiro fidalgo traz sobre os turcos?</w:t>
      </w:r>
      <w:r>
        <w:rPr>
          <w:color w:val="6E6B3D"/>
          <w:sz w:val="17"/>
        </w:rPr>
        <w:t xml:space="preserve">  (Ato II: Chipre, a tempestade e a queda de Cássio)</w:t>
      </w:r>
    </w:p>
    <w:p>
      <w:pPr>
        <w:ind w:left="340"/>
      </w:pPr>
      <w:r>
        <w:t>A)  Que a frota turca desembarcou ao norte da ilha e já cerca a cidade de Chipre</w:t>
      </w:r>
    </w:p>
    <w:p>
      <w:pPr>
        <w:ind w:left="340"/>
      </w:pPr>
      <w:r>
        <w:t>B)  Que Otelo naufragou na tempestade, e que o navio dele se perdeu em alto-mar</w:t>
      </w:r>
    </w:p>
    <w:p>
      <w:pPr>
        <w:ind w:left="340"/>
      </w:pPr>
      <w:r>
        <w:t>C)  Que o temporal castigou a frota turca de tal modo que o ataque foi suspenso</w:t>
      </w:r>
    </w:p>
    <w:p>
      <w:pPr>
        <w:ind w:left="340"/>
      </w:pPr>
      <w:r>
        <w:t>D)  Que Veneza enviou uma nova frota, para reforçar as defesas de Chipre contra o ataque</w:t>
      </w:r>
    </w:p>
    <w:p>
      <w:r>
        <w:rPr>
          <w:b/>
          <w:color w:val="7C2416"/>
        </w:rPr>
        <w:t xml:space="preserve">1.8  </w:t>
      </w:r>
      <w:r>
        <w:rPr>
          <w:b/>
        </w:rPr>
        <w:t>Iago pergunta quem dirá que ele é um vilão, se o conselho que deu a Cássio é gratuito e bom. Com que compara o que faz?</w:t>
      </w:r>
      <w:r>
        <w:rPr>
          <w:color w:val="6E6B3D"/>
          <w:sz w:val="17"/>
        </w:rPr>
        <w:t xml:space="preserve">  (Ato II: Chipre, a tempestade e a queda de Cássio)</w:t>
      </w:r>
    </w:p>
    <w:p>
      <w:pPr>
        <w:ind w:left="340"/>
      </w:pPr>
      <w:r>
        <w:t>A)  Com o médico que corta a carne doente para salvar o corpo inteiro do paciente</w:t>
      </w:r>
    </w:p>
    <w:p>
      <w:pPr>
        <w:ind w:left="340"/>
      </w:pPr>
      <w:r>
        <w:t>B)  Com o diabo, que, para vestir pecados negros, começa encenando uma peça angelical</w:t>
      </w:r>
    </w:p>
    <w:p>
      <w:pPr>
        <w:ind w:left="340"/>
      </w:pPr>
      <w:r>
        <w:t>C)  Com o juiz que só condena o culpado depois de ouvir as provas e as testemunhas</w:t>
      </w:r>
    </w:p>
    <w:p>
      <w:pPr>
        <w:ind w:left="340"/>
      </w:pPr>
      <w:r>
        <w:t>D)  Com o soldado que obedece às ordens do general sem perguntar o que elas custam</w:t>
      </w:r>
    </w:p>
    <w:p>
      <w:r>
        <w:rPr>
          <w:b/>
          <w:color w:val="7C2416"/>
        </w:rPr>
        <w:t xml:space="preserve">1.9  </w:t>
      </w:r>
      <w:r>
        <w:rPr>
          <w:b/>
        </w:rPr>
        <w:t>Cássio pede a Iago acesso a Desdêmona, de manhã cedo. O que Iago promete?</w:t>
      </w:r>
      <w:r>
        <w:rPr>
          <w:color w:val="6E6B3D"/>
          <w:sz w:val="17"/>
        </w:rPr>
        <w:t xml:space="preserve">  (Ato III: A tentação e o lenço)</w:t>
      </w:r>
    </w:p>
    <w:p>
      <w:pPr>
        <w:ind w:left="340"/>
      </w:pPr>
      <w:r>
        <w:t>A)  Escrever a Desdêmona, em nome de Cássio, pedindo que ela receba o tenente</w:t>
      </w:r>
    </w:p>
    <w:p>
      <w:pPr>
        <w:ind w:left="340"/>
      </w:pPr>
      <w:r>
        <w:t>B)  Falar com Otelo na cidadela e pedir ao general que perdoe o tenente</w:t>
      </w:r>
    </w:p>
    <w:p>
      <w:pPr>
        <w:ind w:left="340"/>
      </w:pPr>
      <w:r>
        <w:t>C)  Mandar Emília dizer a Desdêmona que Cássio está doente e precisa de ajuda</w:t>
      </w:r>
    </w:p>
    <w:p>
      <w:pPr>
        <w:ind w:left="340"/>
      </w:pPr>
      <w:r>
        <w:t>D)  Afastar o Mouro, para que Cássio tenha mais liberdade na conversa com ela</w:t>
      </w:r>
    </w:p>
    <w:p>
      <w:r>
        <w:rPr>
          <w:b/>
          <w:color w:val="7C2416"/>
        </w:rPr>
        <w:t xml:space="preserve">1.10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I: Veneza, a denúncia noturna e o juízo do senado)</w:t>
      </w:r>
    </w:p>
    <w:p>
      <w:r>
        <w:t>Por que Iago confessa a Rodrigo que serve a Otelo por interesse e não por lealdade?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III: A tentação e o lenço)</w:t>
      </w:r>
    </w:p>
    <w:p>
      <w:r>
        <w:t>Desdêmona insiste no caso de Cássio justamente quando Otelo só quer saber do lenço. O que cada um escuta do que o outro diz?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1.12  </w:t>
      </w:r>
      <w:r>
        <w:rPr>
          <w:b/>
        </w:rPr>
        <w:t>E você? Por que é tão fácil acreditar no pior sobre alguém?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color w:val="6E6B3D"/>
        </w:rPr>
        <w:t>Ato IV: A humilhação e o canto do salgueiro a Ato V: A emboscada, o assassinato e a revelação</w:t>
      </w:r>
    </w:p>
    <w:p>
      <w:r>
        <w:rPr>
          <w:i/>
        </w:rPr>
        <w:t>Ao ler, observe: Repare em como uma suspeita cresce até parecer certeza.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2.2  </w:t>
      </w:r>
      <w:r>
        <w:rPr>
          <w:b/>
        </w:rPr>
        <w:t>Quais destes temas aparecem nos capítulos da semana? Marque.</w:t>
      </w:r>
    </w:p>
    <w:p>
      <w:r>
        <w:t>☐ Ciúme    ☐ Preconceito    ☐ Verdade e mentira    ☐ Honra e reputação    ☐ Inveja    ☐ Amor</w:t>
      </w:r>
    </w:p>
    <w:p>
      <w:r>
        <w:rPr>
          <w:b/>
          <w:color w:val="7C2416"/>
        </w:rPr>
        <w:t xml:space="preserve">2.3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Um homem com chifres é um monstro, é uma besta.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Eu te beijei, depois te matei: só o que deixo, / Matar a mim mesmo e morrer com um beijo.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2.5  </w:t>
      </w:r>
      <w:r>
        <w:rPr>
          <w:b/>
        </w:rPr>
        <w:t>Iago diz a Otelo que vai conversar com Cássio e que isso provará tudo. O que manda Otelo fazer enquanto os dois falam?</w:t>
      </w:r>
      <w:r>
        <w:rPr>
          <w:color w:val="6E6B3D"/>
          <w:sz w:val="17"/>
        </w:rPr>
        <w:t xml:space="preserve">  (Ato IV: A humilhação e o canto do salgueiro)</w:t>
      </w:r>
    </w:p>
    <w:p>
      <w:pPr>
        <w:ind w:left="340"/>
      </w:pPr>
      <w:r>
        <w:t>A)  Ficar ao lado deles e interromper, se Cássio disser alguma palavra contra Desdêmona</w:t>
      </w:r>
    </w:p>
    <w:p>
      <w:pPr>
        <w:ind w:left="340"/>
      </w:pPr>
      <w:r>
        <w:t>B)  Esconder-se e reparar nas graçolas, nos deboches e nas chacotas de Cássio</w:t>
      </w:r>
    </w:p>
    <w:p>
      <w:pPr>
        <w:ind w:left="340"/>
      </w:pPr>
      <w:r>
        <w:t>C)  Ir à cidadela e esperar com os capitães de Chipre, até que Iago traga a confissão</w:t>
      </w:r>
    </w:p>
    <w:p>
      <w:pPr>
        <w:ind w:left="340"/>
      </w:pPr>
      <w:r>
        <w:t>D)  Voltar ao quarto e interrogar Desdêmona sobre o lenço, enquanto Iago fala com Cássio</w:t>
      </w:r>
    </w:p>
    <w:p>
      <w:r>
        <w:rPr>
          <w:b/>
          <w:color w:val="7C2416"/>
        </w:rPr>
        <w:t xml:space="preserve">2.6  </w:t>
      </w:r>
      <w:r>
        <w:rPr>
          <w:b/>
        </w:rPr>
        <w:t>Ludovico chega de Veneza com uma carta para Otelo. Que ordem ele supõe que a carta traga?</w:t>
      </w:r>
      <w:r>
        <w:rPr>
          <w:color w:val="6E6B3D"/>
          <w:sz w:val="17"/>
        </w:rPr>
        <w:t xml:space="preserve">  (Ato IV: A humilhação e o canto do salgueiro)</w:t>
      </w:r>
    </w:p>
    <w:p>
      <w:pPr>
        <w:ind w:left="340"/>
      </w:pPr>
      <w:r>
        <w:t>A)  Que Otelo retorne a Veneza e que Cássio governe Chipre em seu lugar</w:t>
      </w:r>
    </w:p>
    <w:p>
      <w:pPr>
        <w:ind w:left="340"/>
      </w:pPr>
      <w:r>
        <w:t>B)  Que Otelo permaneça em Chipre e que Desdêmona volte sozinha ao pai</w:t>
      </w:r>
    </w:p>
    <w:p>
      <w:pPr>
        <w:ind w:left="340"/>
      </w:pPr>
      <w:r>
        <w:t>C)  Que Cássio retorne a Veneza para responder pela briga com Montano</w:t>
      </w:r>
    </w:p>
    <w:p>
      <w:pPr>
        <w:ind w:left="340"/>
      </w:pPr>
      <w:r>
        <w:t>D)  Que Otelo entregue Chipre a Montano, que é o governador mais antigo</w:t>
      </w:r>
    </w:p>
    <w:p>
      <w:r>
        <w:rPr>
          <w:b/>
          <w:color w:val="7C2416"/>
        </w:rPr>
        <w:t xml:space="preserve">2.7  </w:t>
      </w:r>
      <w:r>
        <w:rPr>
          <w:b/>
        </w:rPr>
        <w:t>Antes de se deitar, Desdêmona fala dos lençóis nupciais. O que ela pede a Emília?</w:t>
      </w:r>
      <w:r>
        <w:rPr>
          <w:color w:val="6E6B3D"/>
          <w:sz w:val="17"/>
        </w:rPr>
        <w:t xml:space="preserve">  (Ato IV: A humilhação e o canto do salgueiro)</w:t>
      </w:r>
    </w:p>
    <w:p>
      <w:pPr>
        <w:ind w:left="340"/>
      </w:pPr>
      <w:r>
        <w:t>A)  Que os queime, depois que ela dormir, para que Otelo não os veja de manhã</w:t>
      </w:r>
    </w:p>
    <w:p>
      <w:pPr>
        <w:ind w:left="340"/>
      </w:pPr>
      <w:r>
        <w:t>B)  Que, se ela morrer antes de Emília, a envolva nesses mesmos lençóis</w:t>
      </w:r>
    </w:p>
    <w:p>
      <w:pPr>
        <w:ind w:left="340"/>
      </w:pPr>
      <w:r>
        <w:t>C)  Que os lave e os guarde, para o dia em que voltarem a Veneza</w:t>
      </w:r>
    </w:p>
    <w:p>
      <w:pPr>
        <w:ind w:left="340"/>
      </w:pPr>
      <w:r>
        <w:t>D)  Que os estenda na cama de Cássio, como presente de reconciliação</w:t>
      </w:r>
    </w:p>
    <w:p>
      <w:r>
        <w:rPr>
          <w:b/>
          <w:color w:val="7C2416"/>
        </w:rPr>
        <w:t xml:space="preserve">2.8  </w:t>
      </w:r>
      <w:r>
        <w:rPr>
          <w:b/>
        </w:rPr>
        <w:t>Em aparte, Iago pensa na luta entre Rodrigo e Cássio. O que ele conclui?</w:t>
      </w:r>
      <w:r>
        <w:rPr>
          <w:color w:val="6E6B3D"/>
          <w:sz w:val="17"/>
        </w:rPr>
        <w:t xml:space="preserve">  (Ato V: A emboscada, o assassinato e a revelação)</w:t>
      </w:r>
    </w:p>
    <w:p>
      <w:pPr>
        <w:ind w:left="340"/>
      </w:pPr>
      <w:r>
        <w:t>A)  Que Rodrigo vai vencer, e que Cássio, ferido, será preso pela guarda</w:t>
      </w:r>
    </w:p>
    <w:p>
      <w:pPr>
        <w:ind w:left="340"/>
      </w:pPr>
      <w:r>
        <w:t>B)  Que Cássio vai vencer, e que Rodrigo, ferido, vai contar tudo a Otelo</w:t>
      </w:r>
    </w:p>
    <w:p>
      <w:pPr>
        <w:ind w:left="340"/>
      </w:pPr>
      <w:r>
        <w:t>C)  Que os dois vão fugir, e que ele terá de matá-los antes do amanhecer</w:t>
      </w:r>
    </w:p>
    <w:p>
      <w:pPr>
        <w:ind w:left="340"/>
      </w:pPr>
      <w:r>
        <w:t>D)  Que ele ganha nos dois casos, seja Cássio ou Rodrigo quem morra, ou os dois</w:t>
      </w:r>
    </w:p>
    <w:p>
      <w:r>
        <w:rPr>
          <w:b/>
          <w:color w:val="7C2416"/>
        </w:rPr>
        <w:t xml:space="preserve">2.9  </w:t>
      </w:r>
      <w:r>
        <w:rPr>
          <w:b/>
        </w:rPr>
        <w:t>Depois de pedir que falem dele como é, o que Otelo faz?</w:t>
      </w:r>
      <w:r>
        <w:rPr>
          <w:color w:val="6E6B3D"/>
          <w:sz w:val="17"/>
        </w:rPr>
        <w:t xml:space="preserve">  (Ato V: A emboscada, o assassinato e a revelação)</w:t>
      </w:r>
    </w:p>
    <w:p>
      <w:pPr>
        <w:ind w:left="340"/>
      </w:pPr>
      <w:r>
        <w:t>A)  Entrega a espada a Ludovico e pede que o levem preso a Veneza para ser julgado pelo Duque</w:t>
      </w:r>
    </w:p>
    <w:p>
      <w:pPr>
        <w:ind w:left="340"/>
      </w:pPr>
      <w:r>
        <w:t>B)  Foge pelo cais com a espada de Espanha, ferindo Graciano, e some na escuridão</w:t>
      </w:r>
    </w:p>
    <w:p>
      <w:pPr>
        <w:ind w:left="340"/>
      </w:pPr>
      <w:r>
        <w:t>C)  Apunhala-se e morre com um beijo em Desdêmona, depois de lembrar que a beijou antes de matá-la</w:t>
      </w:r>
    </w:p>
    <w:p>
      <w:pPr>
        <w:ind w:left="340"/>
      </w:pPr>
      <w:r>
        <w:t>D)  Deixa-se desarmar por Montano e morre de dor ao lado do corpo de Desdêmona</w:t>
      </w:r>
    </w:p>
    <w:p>
      <w:r>
        <w:rPr>
          <w:b/>
          <w:color w:val="7C2416"/>
        </w:rPr>
        <w:t xml:space="preserve">2.10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IV: A humilhação e o canto do salgueiro)</w:t>
      </w:r>
    </w:p>
    <w:p>
      <w:r>
        <w:t>No Ato III (ver Ato III: A tentação e o lenço), Iago leva Otelo da insinuação à exigência de prova. O que Iago ainda faz neste ato, e o que Otelo faz sem ele?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V: A emboscada, o assassinato e a revelação)</w:t>
      </w:r>
    </w:p>
    <w:p>
      <w:r>
        <w:t>Otelo decidiu o método e o momento da morte de Desdêmona no Ato IV (ver Ato IV: A humilhação e o canto do salgueiro), mas neste ato hesita (vv. 1-22), ouve a súplica dela (vv. 79-84) e depara com a virada de Emília. O que cada um desses momentos muda na decisão?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2.12  </w:t>
      </w:r>
      <w:r>
        <w:rPr>
          <w:b/>
        </w:rPr>
        <w:t>E você? O que o ciúme diz sobre quem o sente?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Personagens</w:t>
      </w:r>
    </w:p>
    <w:p>
      <w:r>
        <w:t>Para cada personagem, diga quem é e como muda do começo ao fim do livro.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Personagem</w:t>
            </w:r>
          </w:p>
        </w:tc>
        <w:tc>
          <w:tcPr>
            <w:tcW w:type="dxa" w:w="3289"/>
          </w:tcPr>
          <w:p>
            <w:r>
              <w:t>Quem é</w:t>
            </w:r>
          </w:p>
        </w:tc>
        <w:tc>
          <w:tcPr>
            <w:tcW w:type="dxa" w:w="3289"/>
          </w:tcPr>
          <w:p>
            <w:r>
              <w:t>Como muda</w:t>
            </w:r>
          </w:p>
        </w:tc>
      </w:tr>
      <w:tr>
        <w:tc>
          <w:tcPr>
            <w:tcW w:type="dxa" w:w="3289"/>
          </w:tcPr>
          <w:p>
            <w:r>
              <w:t>P1  Otelo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P2  Iago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P3  Desdêmona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P4  Cássio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P5  Emília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P6  Rodrigo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7C2416"/>
        </w:rPr>
        <w:t>Temas</w:t>
      </w:r>
    </w:p>
    <w:p>
      <w:r>
        <w:t>Para cada tema, anote dois ou três momentos do livro em que ele aparece e escreva, em poucas linhas, o que o livro diz sobre ele.</w:t>
      </w:r>
    </w:p>
    <w:p>
      <w:r>
        <w:rPr>
          <w:b/>
          <w:color w:val="7C2416"/>
        </w:rPr>
        <w:t xml:space="preserve">T1  </w:t>
      </w:r>
      <w:r>
        <w:rPr>
          <w:b/>
        </w:rPr>
        <w:t>Ciúme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T2  </w:t>
      </w:r>
      <w:r>
        <w:rPr>
          <w:b/>
        </w:rPr>
        <w:t>Preconceito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T3  </w:t>
      </w:r>
      <w:r>
        <w:rPr>
          <w:b/>
        </w:rPr>
        <w:t>Verdade e mentira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T4  </w:t>
      </w:r>
      <w:r>
        <w:rPr>
          <w:b/>
        </w:rPr>
        <w:t>Honra e reputação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T5  </w:t>
      </w:r>
      <w:r>
        <w:rPr>
          <w:b/>
        </w:rPr>
        <w:t>Inveja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T6  </w:t>
      </w:r>
      <w:r>
        <w:rPr>
          <w:b/>
        </w:rPr>
        <w:t>Amor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Fechamento</w:t>
      </w:r>
    </w:p>
    <w:p>
      <w:r>
        <w:t>Perguntas sobre a obra inteira. Escolha uma e responda num texto de 20 a 30 linhas.</w:t>
      </w:r>
    </w:p>
    <w:p>
      <w:pPr>
        <w:pStyle w:val="ListBullet"/>
      </w:pPr>
      <w:r>
        <w:t>Que cenas da peça sustentam cada leitura, e o que ela faz com a palavra "ciumento"? A peça autoriza aproximar Iago do Satã de Milton, como faz Harold Bloom? O que, no texto, aproxima os dois, e o que os separa? Iago diz a Rodrigo (I.1, I.3) e, em apartes, ao público que não é o que é, e só os apartes ficam sem ouvinte em cena. O que muda na peça por o público saber o que Otelo não sabe? Desdêmona e Emília respondem de modos opostos ao que se deve ao marido. O que cada uma das duas respostas faz acontecer na peça? Otelo aceita o lenço como prova sem dar crédito a Desdêmona. O que ele precisaria ver para duvidar de Iago?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Termos</w:t>
      </w:r>
    </w:p>
    <w:p>
      <w:r>
        <w:rPr>
          <w:b/>
          <w:color w:val="7C2416"/>
        </w:rPr>
        <w:t xml:space="preserve">Mouro. </w:t>
      </w:r>
      <w:r>
        <w:t>Palavra de origem latina (Mauri), usada na Europa medieval e moderna, sem rigor, para árabes, berberes, muçulmanos europeus e pessoas negras. Aplicou-se aos habitantes muçulmanos da Península Ibérica depois da conquista de 711. Em inglês, desde o século XIV, também era um termo racial para pessoas de pele escura. A Britannica de 1911 já observava que o termo não tinha valor etnológico real.</w:t>
      </w:r>
    </w:p>
    <w:p>
      <w:r>
        <w:rPr>
          <w:b/>
          <w:color w:val="7C2416"/>
        </w:rPr>
        <w:t xml:space="preserve">Tenente. </w:t>
      </w:r>
      <w:r>
        <w:t>Posto militar de quem auxilia e substitui o capitão no comando de uma unidade, o imediato logo abaixo dele. O português tirou a palavra do francês lieutenant, que significa literalmente 'aquele que ocupa o lugar de outro', e a raiz latina é tenere, 'ter, segurar'. Era, portanto, o segundo na cadeia de comando.</w:t>
      </w:r>
    </w:p>
    <w:p>
      <w:r>
        <w:rPr>
          <w:b/>
          <w:color w:val="7C2416"/>
        </w:rPr>
        <w:t xml:space="preserve">Duque. </w:t>
      </w:r>
      <w:r>
        <w:t>Na Veneza da peça, o Duque é o doge, chefe da República de Veneza, cargo que existiu de 697 a 1797. Doge vem do latim dux, a mesma raiz de duque. Era eleito para a vida toda, por um processo complexo de votação. Com o tempo seu poder real diminuiu e o cargo passou a ser sobretudo representativo, com decisões entregues a outros órgãos.</w:t>
      </w:r>
    </w:p>
    <w:p>
      <w:r>
        <w:rPr>
          <w:b/>
          <w:color w:val="7C2416"/>
        </w:rPr>
        <w:t xml:space="preserve">Feitiçaria. </w:t>
      </w:r>
      <w:r>
        <w:t>Crença de que alguém podia, com ervas, poções (os chamados filtros de amor) ou encantamentos, dobrar a vontade alheia e provocar paixão. Na Idade Média, bruxas e herboristas preparavam essas misturas, às vezes com plantas tóxicas como a beladona. Na época de Shakespeare, a lei inglesa de 1604 punia com a morte quem invocasse espíritos malignos ou tivesse trato com espíritos familiares.</w:t>
      </w:r>
    </w:p>
    <w:p>
      <w:r>
        <w:rPr>
          <w:b/>
          <w:color w:val="7C2416"/>
        </w:rPr>
        <w:t xml:space="preserve">Senado. </w:t>
      </w:r>
      <w:r>
        <w:t>Principal órgão legislativo da República de Veneza, criado por volta de 1229 com o nome de Consiglio dei Pregadi, 'Conselho dos Convidados'. O nome Senado só lhe foi dado no fim do século XIV. Tratava de impostos, comércio, política externa e operações militares. Por volta de 1500 reunia cerca de 300 nobres, e o doge participava dele por direito próprio.</w:t>
      </w:r>
    </w:p>
    <w:p>
      <w:r>
        <w:rPr>
          <w:b/>
          <w:color w:val="7C2416"/>
        </w:rPr>
        <w:t xml:space="preserve">Frota turca. </w:t>
      </w:r>
      <w:r>
        <w:t>Armada do Império Otomano, potência que dominava o Mediterrâneo oriental e disputava o mar com Veneza. Em 27 de junho de 1570, uma força de centenas de navios partiu rumo a Chipre, então posse veneziana. A guerra terminou em março de 1573, com um tratado pelo qual Chipre virou província otomana e Veneza pagou uma indenização de 300 mil ducados.</w:t>
      </w:r>
    </w:p>
    <w:p>
      <w:r>
        <w:rPr>
          <w:b/>
          <w:color w:val="7C2416"/>
        </w:rPr>
        <w:t xml:space="preserve">Chipre. </w:t>
      </w:r>
      <w:r>
        <w:t>Ilha do Mediterrâneo oriental que Veneza passou a controlar em 1489, quando a rainha Caterina Cornaro abdicou. Para a República era sobretudo uma base militar, e suas cidades, como Nicósia e Famagusta, receberam muralhas e bastiões pensados para resistir à artilharia, diante da ameaça dos otomanos, que atacavam a ilha com frequência.</w:t>
      </w:r>
    </w:p>
    <w:p>
      <w:r>
        <w:rPr>
          <w:b/>
          <w:color w:val="7C2416"/>
        </w:rPr>
        <w:t xml:space="preserve">Sibila. </w:t>
      </w:r>
      <w:r>
        <w:t>Profetisa da Antiguidade grega e romana, que anunciava mensagens divinas em estado de transe extático. A mais importante para os romanos era a Sibila de Cumas, perto de Nápoles, que segundo a lenda vendeu os livros sibilinos a Tarquínio, o Soberbo, último rei de Roma. Os romanos reconheciam dez sibilas, listadas pelo estudioso Varrão no século I a.C.</w:t>
      </w:r>
    </w:p>
    <w:p>
      <w:r>
        <w:rPr>
          <w:b/>
          <w:color w:val="7C2416"/>
        </w:rPr>
        <w:t xml:space="preserve">Chifres. </w:t>
      </w:r>
      <w:r>
        <w:t>No imaginário europeu da época moderna, o marido traído era o cornudo, de quem se dizia que usava chifres. A imagem vem do cervo que, vencido por um rival, perde suas fêmeas. Era motivo de zombaria pública contra o marido. A expressão existe em várias línguas: cornuto em italiano, porter des cornes em francês, corno em português.</w:t>
      </w:r>
    </w:p>
    <w:p>
      <w:r>
        <w:rPr>
          <w:b/>
          <w:color w:val="7C2416"/>
        </w:rPr>
        <w:t xml:space="preserve">Canção do salgueiro. </w:t>
      </w:r>
      <w:r>
        <w:t>Balada popular inglesa, conservada num manuscrito da Biblioteca Britânica (Add. MS 15117), em oito estrofes. O salgueiro era, na tradição, emblema de luto e de amor rejeitado. Na versão antiga, quem canta é um homem que sofre com a crueldade e a infidelidade da amada. Shakespeare adaptou a balada, trocando o cantor por uma mulher.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