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Quincas Borba</w:t>
      </w:r>
    </w:p>
    <w:p>
      <w:r>
        <w:rPr>
          <w:i/>
        </w:rPr>
        <w:t>Machado de Assis · Caderno de estudos, gabarito do professor · Clavis Libri</w:t>
      </w:r>
    </w:p>
    <w:p>
      <w:r>
        <w:rPr>
          <w:i/>
        </w:rPr>
        <w:t>As respostas vêm do guia da obra no Clavis Libri. Nas questões abertas, o gabarito mostra o que se espera encontrar, não a única resposta possível. As perguntas "para discutir" e "E você?" não têm gabarito.</w:t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aconteceu.</w:t>
      </w:r>
    </w:p>
    <w:p>
      <w:r>
        <w:rPr>
          <w:color w:val="6E6B3D"/>
        </w:rPr>
        <w:t>Capítulos I a XII: Humanitas e a morte do filósofo, Prólogo</w:t>
      </w:r>
    </w:p>
    <w:p>
      <w:r>
        <w:t>Machado recusa o pedido de uma trilogia com a Sofia na terceira parte: ela está inteira neste livro, e continuá-la seria repeti-la.</w:t>
      </w:r>
    </w:p>
    <w:p>
      <w:r>
        <w:rPr>
          <w:color w:val="6E6B3D"/>
        </w:rPr>
        <w:t>Capítulos I a XII: Humanitas e a morte do filósofo, Capítulo I: Rubião à janela de Botafogo</w:t>
      </w:r>
    </w:p>
    <w:p>
      <w:r>
        <w:t>Rubião olha a enseada e compara o passado de professor com o presente de capitalista. Calça chinelas dadas por Cristiano Palha e acha que Deus escreve direito por linhas tortas.</w:t>
      </w:r>
    </w:p>
    <w:p>
      <w:r>
        <w:rPr>
          <w:color w:val="6E6B3D"/>
        </w:rPr>
        <w:t>Capítulos I a XII: Humanitas e a morte do filósofo, Capítulo II: O espírito e o coração</w:t>
      </w:r>
    </w:p>
    <w:p>
      <w:r>
        <w:t>O espírito de Rubião foge do pensamento vexante para uma canoa, mas o coração segue alegre: foi bom que a irmã Piedade morresse sem casar, pois poderia vir um filho herdeiro.</w:t>
      </w:r>
    </w:p>
    <w:p>
      <w:r>
        <w:rPr>
          <w:color w:val="6E6B3D"/>
        </w:rPr>
        <w:t>Capítulos I a XII: Humanitas e a morte do filósofo, Capítulo III: Café, prata e lembrança de Sofia</w:t>
      </w:r>
    </w:p>
    <w:p>
      <w:r>
        <w:t>Ao tomar café em bandeja de prata, Rubião lembra os criados impostos por Cristiano Palha. Antes de soltar o Quincas Borba (cão), pensa em Sofia e se julga amado por ela.</w:t>
      </w:r>
    </w:p>
    <w:p>
      <w:r>
        <w:rPr>
          <w:color w:val="6E6B3D"/>
        </w:rPr>
        <w:t>Capítulos I a XII: Humanitas e a morte do filósofo, Capítulo IV: O enfermeiro e o filósofo</w:t>
      </w:r>
    </w:p>
    <w:p>
      <w:r>
        <w:t>Em 1867, Quincas Borba (filósofo) vive em Barbacena, com um grão de sandice. Rubião, irmão da viúva Piedade, que morrera, vira seu único amigo e o trata por seis meses.</w:t>
      </w:r>
    </w:p>
    <w:p>
      <w:r>
        <w:rPr>
          <w:color w:val="6E6B3D"/>
        </w:rPr>
        <w:t>Capítulos I a XII: Humanitas e a morte do filósofo, Capítulo V: O cão e o nome do filósofo</w:t>
      </w:r>
    </w:p>
    <w:p>
      <w:r>
        <w:t>Quincas Borba (filósofo) deu seu nome ao Quincas Borba (cão) por razão doutrinária e por querer sobreviver no nome dele. Diz a Rubião que vai morrer.</w:t>
      </w:r>
    </w:p>
    <w:p>
      <w:r>
        <w:rPr>
          <w:color w:val="6E6B3D"/>
        </w:rPr>
        <w:t>Capítulos I a XII: Humanitas e a morte do filósofo, Capítulo VI: A morte da avó e as batatas</w:t>
      </w:r>
    </w:p>
    <w:p>
      <w:r>
        <w:t>Quincas Borba (filósofo) explica Humanitas pela morte da avó, atropelada por uma sege cujo dono tinha fome: não há morte, e a guerra conserva. Rubião aceita ser discípulo.</w:t>
      </w:r>
    </w:p>
    <w:p>
      <w:r>
        <w:rPr>
          <w:color w:val="6E6B3D"/>
        </w:rPr>
        <w:t>Capítulos I a XII: Humanitas e a morte do filósofo, Capítulo VII: A pergunta sobre a amizade</w:t>
      </w:r>
    </w:p>
    <w:p>
      <w:r>
        <w:t>Exausto, Quincas Borba (filósofo) descreve o mundo com elogios que espantam Rubião. Pergunta se o outro é seu amigo e ouve que é tanto quanto o cão.</w:t>
      </w:r>
    </w:p>
    <w:p>
      <w:r>
        <w:rPr>
          <w:color w:val="6E6B3D"/>
        </w:rPr>
        <w:t>Capítulos I a XII: Humanitas e a morte do filósofo, Capítulo VIII: O testamento e a partida</w:t>
      </w:r>
    </w:p>
    <w:p>
      <w:r>
        <w:t>Quincas Borba (filósofo) registra o testamento no tabelião, confia o Quincas Borba (cão) a Rubião e parte para o Rio, chorando pelo cachorro.</w:t>
      </w:r>
    </w:p>
    <w:p>
      <w:r>
        <w:rPr>
          <w:color w:val="6E6B3D"/>
        </w:rPr>
        <w:t>Capítulos I a XII: Humanitas e a morte do filósofo, Capítulo IX: Remorso, cão triste e zombarias</w:t>
      </w:r>
    </w:p>
    <w:p>
      <w:r>
        <w:t>Rubião teme ser culpado se o amigo morrer na viagem. O Quincas Borba (cão) sofre a ausência do dono, o médico diz que a morte é certa, e na cidade zombam do professor sentinela de cachorro.</w:t>
      </w:r>
    </w:p>
    <w:p>
      <w:r>
        <w:rPr>
          <w:color w:val="6E6B3D"/>
        </w:rPr>
        <w:t>Capítulos I a XII: Humanitas e a morte do filósofo, Capítulo X: A carta de Santo Agostinho</w:t>
      </w:r>
    </w:p>
    <w:p>
      <w:r>
        <w:t>Do Rio chega uma carta em que Quincas Borba (filósofo) diz ser Santo Agostinho. Rubião julga o amigo louco, esconde a carta do médico por medo de anular o testamento e calcula o legado.</w:t>
      </w:r>
    </w:p>
    <w:p>
      <w:r>
        <w:rPr>
          <w:color w:val="6E6B3D"/>
        </w:rPr>
        <w:t>Capítulos I a XII: Humanitas e a morte do filósofo, Capítulo XI: A notícia nos jornais</w:t>
      </w:r>
    </w:p>
    <w:p>
      <w:r>
        <w:t>Nos jornais da Corte, Rubião lê a morte de Joaquim Borba dos Santos, o Quincas Borba (filósofo): suportou a doença com filosofia, delirou no fim e deixa muitos bens.</w:t>
      </w:r>
    </w:p>
    <w:p>
      <w:r>
        <w:rPr>
          <w:color w:val="6E6B3D"/>
        </w:rPr>
        <w:t>Capítulos I a XII: Humanitas e a morte do filósofo, Capítulo XII: Alívio e destino do cão</w:t>
      </w:r>
    </w:p>
    <w:p>
      <w:r>
        <w:t>Sem alusão a demência na notícia, Rubião volta a tomar a carta por troça. Vendo o Quincas Borba (cão), decide dá-lo à comadre Angélica, pois a obrigação acabou.</w:t>
      </w:r>
    </w:p>
    <w:p>
      <w:r>
        <w:rPr>
          <w:color w:val="6E6B3D"/>
        </w:rPr>
        <w:t>Capítulos XIII a XXVIII: A herança e a tentação de Rubião, Capítulo XIII: Bilhete de Brás Cubas, cão despachado</w:t>
      </w:r>
    </w:p>
    <w:p>
      <w:r>
        <w:t>Brás Cubas escreve a Rubião dando a morte do amigo e agradecimentos; as praxes do foro devolvem a cor ao professor. Ele manda o Quincas Borba (cão) de presente à comadre Angélica.</w:t>
      </w:r>
    </w:p>
    <w:p>
      <w:r>
        <w:rPr>
          <w:color w:val="6E6B3D"/>
        </w:rPr>
        <w:t>Capítulos XIII a XXVIII: A herança e a tentação de Rubião, Capítulo XIV: O testamento e a cláusula do cão</w:t>
      </w:r>
    </w:p>
    <w:p>
      <w:r>
        <w:t>Aberto o testamento, Rubião é herdeiro universal de tudo, com uma só condição: guardar o Quincas Borba (cão), tratá-lo como pessoa, enterrá-lo entre flores e guardar seus ossos numa urna.</w:t>
      </w:r>
    </w:p>
    <w:p>
      <w:r>
        <w:rPr>
          <w:color w:val="6E6B3D"/>
        </w:rPr>
        <w:t>Capítulos XIII a XXVIII: A herança e a tentação de Rubião, Capítulo XV: Rubião sonha com a herança</w:t>
      </w:r>
    </w:p>
    <w:p>
      <w:r>
        <w:t>Rubião acha natural a cláusula, mas só pensa na herança, que calcula entre cem e trezentos contos. Hesita entre brilhar em Barbacena e mudar-se para o Rio.</w:t>
      </w:r>
    </w:p>
    <w:p>
      <w:r>
        <w:rPr>
          <w:color w:val="6E6B3D"/>
        </w:rPr>
        <w:t>Capítulos XIII a XXVIII: A herança e a tentação de Rubião, Capítulo XVI: Medo de ter perdido o cão</w:t>
      </w:r>
    </w:p>
    <w:p>
      <w:r>
        <w:t>Rubião lembra que deu o cachorro à comadre e corre até lá, temendo fuga ou roubo e a herança em risco por cláusula descumprida. Promete missas.</w:t>
      </w:r>
    </w:p>
    <w:p>
      <w:r>
        <w:rPr>
          <w:color w:val="6E6B3D"/>
        </w:rPr>
        <w:t>Capítulos XIII a XXVIII: A herança e a tentação de Rubião, Capítulo XVII: O reencontro no cercado</w:t>
      </w:r>
    </w:p>
    <w:p>
      <w:r>
        <w:t>A comadre Angélica achava que o cão fora dado a ela. Rubião explica que é só depositário. No cercado, o Quincas Borba (cão) o recebe com festa e delírio.</w:t>
      </w:r>
    </w:p>
    <w:p>
      <w:r>
        <w:rPr>
          <w:color w:val="6E6B3D"/>
        </w:rPr>
        <w:t>Capítulos XIII a XXVIII: A herança e a tentação de Rubião, Capítulo XVIII: Ao vencedor, as batatas</w:t>
      </w:r>
    </w:p>
    <w:p>
      <w:r>
        <w:t>De volta em casa, Rubião recorda a voz de Quincas Borba (filósofo) e entende, só agora, a alegoria das tribos famintas. Vê-se como vencedor e pensa num sinete com o lema.</w:t>
      </w:r>
    </w:p>
    <w:p>
      <w:r>
        <w:rPr>
          <w:color w:val="6E6B3D"/>
        </w:rPr>
        <w:t>Capítulos XIII a XXVIII: A herança e a tentação de Rubião, Capítulo XIX: Missa pelo finado</w:t>
      </w:r>
    </w:p>
    <w:p>
      <w:r>
        <w:t>Rubião manda rezar missa pelo amigo, embora soubesse ou pressentisse que ele não era católico, por ser prece dos vivos e para evitar escândalo. Muitos comparecem e veem sua compunção sincera.</w:t>
      </w:r>
    </w:p>
    <w:p>
      <w:r>
        <w:rPr>
          <w:color w:val="6E6B3D"/>
        </w:rPr>
        <w:t>Capítulos XIII a XXVIII: A herança e a tentação de Rubião, Capítulo XX: Rumo ao Rio</w:t>
      </w:r>
    </w:p>
    <w:p>
      <w:r>
        <w:t>Resolvidos os preliminares da herança, Rubião vai ao Rio, onde pretende se fixar.</w:t>
      </w:r>
    </w:p>
    <w:p>
      <w:r>
        <w:rPr>
          <w:color w:val="6E6B3D"/>
        </w:rPr>
        <w:t>Capítulos XIII a XXVIII: A herança e a tentação de Rubião, Capítulo XXI: No trem, os Palha</w:t>
      </w:r>
    </w:p>
    <w:p>
      <w:r>
        <w:t>No trem, Sofia e Cristiano Palha sentam-se diante de Rubião. Falam de escravos e Europa, e os olhos de Palha brilham quando Rubião diz que pode ir à Europa. Rubião conta a herança, que calcula em não menos de trezentos contos; Palha já não brilha, reflete, e pede discrição.</w:t>
      </w:r>
    </w:p>
    <w:p>
      <w:r>
        <w:rPr>
          <w:color w:val="6E6B3D"/>
        </w:rPr>
        <w:t>Capítulos XIII a XXVIII: A herança e a tentação de Rubião, Capítulo XXII: Despedida na estação da Corte</w:t>
      </w:r>
    </w:p>
    <w:p>
      <w:r>
        <w:t>Na estação da Corte, os dois se despedem quase como íntimos. Cristiano Palha oferece a casa de Santa Teresa, e Rubião vai para a Hospedaria União.</w:t>
      </w:r>
    </w:p>
    <w:p>
      <w:r>
        <w:rPr>
          <w:color w:val="6E6B3D"/>
        </w:rPr>
        <w:t>Capítulos XIII a XXVIII: A herança e a tentação de Rubião, Capítulo XXIII: Palha arruma o advogado</w:t>
      </w:r>
    </w:p>
    <w:p>
      <w:r>
        <w:t>Cristiano Palha visita Rubião na hospedaria, indica um advogado, parente seu, e o convida a jantar em Santa Teresa.</w:t>
      </w:r>
    </w:p>
    <w:p>
      <w:r>
        <w:rPr>
          <w:color w:val="6E6B3D"/>
        </w:rPr>
        <w:t>Capítulos XIII a XXVIII: A herança e a tentação de Rubião, Capítulo XXIV: Primeiro jantar em Santa Teresa</w:t>
      </w:r>
    </w:p>
    <w:p>
      <w:r>
        <w:t>Constrangido diante de Sofia, Rubião lembra a promessa de ser forte e implacável e vai ao jantar. Ela, dona da casa, fala mais, e ele desce o morro meio tonto.</w:t>
      </w:r>
    </w:p>
    <w:p>
      <w:r>
        <w:rPr>
          <w:color w:val="6E6B3D"/>
        </w:rPr>
        <w:t>Capítulos XIII a XXVIII: A herança e a tentação de Rubião, Capítulo XXV: Inventário e denúncia</w:t>
      </w:r>
    </w:p>
    <w:p>
      <w:r>
        <w:t>Rubião janta muitas vezes em Santa Teresa, tímido e com um fogo mal guardado. Alguém denuncia o testamento por demência de Quincas Borba (filósofo); a denúncia cai, e Palha festeja o fim do inventário.</w:t>
      </w:r>
    </w:p>
    <w:p>
      <w:r>
        <w:rPr>
          <w:color w:val="6E6B3D"/>
        </w:rPr>
        <w:t>Capítulos XIII a XXVIII: A herança e a tentação de Rubião, Capítulo XXVI: Mudança e compras com os Palha</w:t>
      </w:r>
    </w:p>
    <w:p>
      <w:r>
        <w:t>Rubião muda-se para a casa de Botafogo, e Cristiano Palha o guia nas compras. Sofia às vezes vai junto, e Rubião demora as compras para tê-la perto.</w:t>
      </w:r>
    </w:p>
    <w:p>
      <w:r>
        <w:rPr>
          <w:color w:val="6E6B3D"/>
        </w:rPr>
        <w:t>Capítulos XIII a XXVIII: A herança e a tentação de Rubião, Capítulo XXVII: De volta à sala de Botafogo</w:t>
      </w:r>
    </w:p>
    <w:p>
      <w:r>
        <w:t>O relato volta à sala, depois do café: Rubião bate com as borlas do chambre, lembra-se da obrigação diária e vai soltar o Quincas Borba (cão).</w:t>
      </w:r>
    </w:p>
    <w:p>
      <w:r>
        <w:rPr>
          <w:color w:val="6E6B3D"/>
        </w:rPr>
        <w:t>Capítulos XIII a XXVIII: A herança e a tentação de Rubião, Capítulo XXVIII: A tentação e o cão no jardim</w:t>
      </w:r>
    </w:p>
    <w:p>
      <w:r>
        <w:t>No jardim, Rubião se debate com a tentação por Sofia, mulher do amigo. Solto, o Quincas Borba (cão) festeja, apanha e perdoa, e o narrador descreve sua vida entre afagos e maus-tratos.</w:t>
      </w:r>
    </w:p>
    <w:p>
      <w:r>
        <w:rPr>
          <w:color w:val="6E6B3D"/>
        </w:rPr>
        <w:t>Capítulos XXIX a XL: Morangos, luar e declaração de Rubião, Capítulo XXIX: Almoço de domingo e o parasita Freitas</w:t>
      </w:r>
    </w:p>
    <w:p>
      <w:r>
        <w:t>Rubião recebe para o almoço Carlos Maria e Freitas, conhecido num armazém, que se fez comensal assíduo e sai sempre com charutos nos bolsos.</w:t>
      </w:r>
    </w:p>
    <w:p>
      <w:r>
        <w:rPr>
          <w:color w:val="6E6B3D"/>
        </w:rPr>
        <w:t>Capítulos XXIX a XL: Morangos, luar e declaração de Rubião, Capítulo XXX: O arquiteto de ruínas</w:t>
      </w:r>
    </w:p>
    <w:p>
      <w:r>
        <w:t>Rubião pergunta se Freitas o acompanharia à Europa. Ele recusa, por ser amigo livre, e diz que a máscara risonha esconde um homem triste. Rubião ri.</w:t>
      </w:r>
    </w:p>
    <w:p>
      <w:r>
        <w:rPr>
          <w:color w:val="6E6B3D"/>
        </w:rPr>
        <w:t>Capítulos XXIX a XL: Morangos, luar e declaração de Rubião, Capítulo XXXI: Carlos Maria, o convidado superior</w:t>
      </w:r>
    </w:p>
    <w:p>
      <w:r>
        <w:t>Carlos Maria, lento, frio e superior, humilha Freitas durante o almoço, e Rubião, que o respeita mais, não ousa rir. Chegam uma cestinha e uma carta.</w:t>
      </w:r>
    </w:p>
    <w:p>
      <w:r>
        <w:rPr>
          <w:color w:val="6E6B3D"/>
        </w:rPr>
        <w:t>Capítulos XXIX a XL: Morangos, luar e declaração de Rubião, Capítulo XXXII: Morangos de Sofia</w:t>
      </w:r>
    </w:p>
    <w:p>
      <w:r>
        <w:t>Sofia manda morangos e intima Rubião a jantar em Santa Teresa. Ele se perturba, os convivas supõem um amor adúltero, e ao fim chuta o Quincas Borba (cão).</w:t>
      </w:r>
    </w:p>
    <w:p>
      <w:r>
        <w:rPr>
          <w:color w:val="6E6B3D"/>
        </w:rPr>
        <w:t>Capítulos XXIX a XL: Morangos, luar e declaração de Rubião, Capítulo XXXIII: O bilhete relido</w:t>
      </w:r>
    </w:p>
    <w:p>
      <w:r>
        <w:t>Sozinho, Rubião relê o bilhete de Sofia, toma a assinatura por capitulação e acaba beijando o nome.</w:t>
      </w:r>
    </w:p>
    <w:p>
      <w:r>
        <w:rPr>
          <w:color w:val="6E6B3D"/>
        </w:rPr>
        <w:t>Capítulos XXIX a XL: Morangos, luar e declaração de Rubião, Capítulo XXXIV: Visitas em Santa Teresa</w:t>
      </w:r>
    </w:p>
    <w:p>
      <w:r>
        <w:t>Em Santa Teresa, Sofia censura a demora de Rubião diante das visitas, entre elas D. Tônica, solteira. O Major Siqueira o afoga em histórias, até Cristiano Palha resgatá-lo.</w:t>
      </w:r>
    </w:p>
    <w:p>
      <w:r>
        <w:rPr>
          <w:color w:val="6E6B3D"/>
        </w:rPr>
        <w:t>Capítulos XXIX a XL: Morangos, luar e declaração de Rubião, Capítulo XXXV: Retrato de Sofia e de Palha</w:t>
      </w:r>
    </w:p>
    <w:p>
      <w:r>
        <w:t>O narrador retrata Sofia, cada vez mais bela, e Cristiano Palha, que adivinhou as falências de 1864, gasta tudo e a exibe decotada. Ela gosta de ser vista, mas guarda o coração.</w:t>
      </w:r>
    </w:p>
    <w:p>
      <w:r>
        <w:rPr>
          <w:color w:val="6E6B3D"/>
        </w:rPr>
        <w:t>Capítulos XXIX a XL: Morangos, luar e declaração de Rubião, Capítulo XXXVI: Olhares na sala</w:t>
      </w:r>
    </w:p>
    <w:p>
      <w:r>
        <w:t>À noite, enquanto uma senhora canta ao piano, Rubião contempla Sofia, que o olha de volta. Palha não vê a troca de olhares, mas D. Tônica vê.</w:t>
      </w:r>
    </w:p>
    <w:p>
      <w:r>
        <w:rPr>
          <w:color w:val="6E6B3D"/>
        </w:rPr>
        <w:t>Capítulos XXIX a XL: Morangos, luar e declaração de Rubião, Capítulo XXXVII: A esperança de D. Tônica</w:t>
      </w:r>
    </w:p>
    <w:p>
      <w:r>
        <w:t>D. Tônica vê em Rubião o esposo que o Céu lhe reservaria. Ao notar os olhares dele e de Sofia, sente a desesperança, mas insiste, e ele responde distraído.</w:t>
      </w:r>
    </w:p>
    <w:p>
      <w:r>
        <w:rPr>
          <w:color w:val="6E6B3D"/>
        </w:rPr>
        <w:t>Capítulos XXIX a XL: Morangos, luar e declaração de Rubião, Capítulo XXXVIII: Rubião resoluto</w:t>
      </w:r>
    </w:p>
    <w:p>
      <w:r>
        <w:t>Rubião está resoluto: a alma de Sofia parece convidar a dele a voar para as terras clandestinas, de onde em geral voltam velhas e cansadas, e algumas não voltam.</w:t>
      </w:r>
    </w:p>
    <w:p>
      <w:r>
        <w:rPr>
          <w:color w:val="6E6B3D"/>
        </w:rPr>
        <w:t>Capítulos XXIX a XL: Morangos, luar e declaração de Rubião, Capítulo XXXIX: A lua e as estrelas</w:t>
      </w:r>
    </w:p>
    <w:p>
      <w:r>
        <w:t>No jardim, ao luar, Sofia leva Rubião pelo braço. De repente loquaz, ele compara os olhos dela às estrelas, e ela não sabe se deve entender ou fingir que não entende.</w:t>
      </w:r>
    </w:p>
    <w:p>
      <w:r>
        <w:rPr>
          <w:color w:val="6E6B3D"/>
        </w:rPr>
        <w:t>Capítulos XXIX a XL: Morangos, luar e declaração de Rubião, Capítulo XL: As castas estrelas</w:t>
      </w:r>
    </w:p>
    <w:p>
      <w:r>
        <w:t>As estrelas castas ouvem Rubião, antes recatado e agora libertino, propor a Sofia a compra da alma e do corpo, como um Diabo que tira as asas de arcanjo.</w:t>
      </w:r>
    </w:p>
    <w:p>
      <w:r>
        <w:rPr>
          <w:color w:val="6E6B3D"/>
        </w:rPr>
        <w:t>Capítulos XLI a XLIX: A noite depois do jardim, Capítulo XLI: Dez minutos sublimes</w:t>
      </w:r>
    </w:p>
    <w:p>
      <w:r>
        <w:t>Sofia quer voltar à sala, mas Rubião a retém pelo braço e pela mão e lhe pede que fite o Cruzeiro às dez da noite. Ela suplica, ele afrouxa e ia beijar-lhe a mão quando uma voz o acorda.</w:t>
      </w:r>
    </w:p>
    <w:p>
      <w:r>
        <w:rPr>
          <w:color w:val="6E6B3D"/>
        </w:rPr>
        <w:t>Capítulos XLI a XLIX: A noite depois do jardim, Capítulo XLII: O Padre Mendes</w:t>
      </w:r>
    </w:p>
    <w:p>
      <w:r>
        <w:t>O Major Siqueira entra no jardim. Sofia, serena, inventa a anedota do Padre Mendes para cobrir a demora, e Rubião, desajeitado, sustenta a mentira. O major fala sem parar, e D. Tônica vem buscar o pai.</w:t>
      </w:r>
    </w:p>
    <w:p>
      <w:r>
        <w:rPr>
          <w:color w:val="6E6B3D"/>
        </w:rPr>
        <w:t>Capítulos XLI a XLIX: A noite depois do jardim, Capítulo XLIII: A raiva de D. Tônica</w:t>
      </w:r>
    </w:p>
    <w:p>
      <w:r>
        <w:t>Na casa da Rua do Senado, D. Tônica imagina denunciar Sofia ao marido e a rebaixa em pensamento. Passada a cólera, olha a alcova de solteira, pensa nos quarenta anos que se aproximam e chora na cama.</w:t>
      </w:r>
    </w:p>
    <w:p>
      <w:r>
        <w:rPr>
          <w:color w:val="6E6B3D"/>
        </w:rPr>
        <w:t>Capítulos XLI a XLIX: A noite depois do jardim, Capítulo XLIV: Tiranos de intenção</w:t>
      </w:r>
    </w:p>
    <w:p>
      <w:r>
        <w:t>O narrador diz que a humilhação de D. Tônica foi tão verdadeira quanto a cólera: ela sentiu ímpetos de estrangular Sofia, mas eram imaginações.</w:t>
      </w:r>
    </w:p>
    <w:p>
      <w:r>
        <w:rPr>
          <w:color w:val="6E6B3D"/>
        </w:rPr>
        <w:t>Capítulos XLI a XLIX: A noite depois do jardim, Capítulo XLV: Rubião entre remorso e esperança</w:t>
      </w:r>
    </w:p>
    <w:p>
      <w:r>
        <w:t>Enquanto uma chora, outra ri. Rubião desce o morro ora exaltado, ora arrependido, acusando e defendendo Sofia. Lembra a dívida e as três letras que aceitou por Cristiano Palha e vai dar no Largo de São Francisco.</w:t>
      </w:r>
    </w:p>
    <w:p>
      <w:r>
        <w:rPr>
          <w:color w:val="6E6B3D"/>
        </w:rPr>
        <w:t>Capítulos XLI a XLIX: A noite depois do jardim, Capítulo XLVI: O mendigo e o céu</w:t>
      </w:r>
    </w:p>
    <w:p>
      <w:r>
        <w:t>Um mendigo acorda nos degraus da igreja e fica de barriga para o ar, fitando o céu estrelado. Os dois se medem como majestades rivais e tranquilas, e cada um diz ao outro que não o atingirá.</w:t>
      </w:r>
    </w:p>
    <w:p>
      <w:r>
        <w:rPr>
          <w:color w:val="6E6B3D"/>
        </w:rPr>
        <w:t>Capítulos XLI a XLIX: A noite depois do jardim, Capítulo XLVII: O enforcado de outros tempos</w:t>
      </w:r>
    </w:p>
    <w:p>
      <w:r>
        <w:t>Rubião, com inveja do mendigo, entra num tílburi e lembra o tempo em que era pobre: seguiu o cortejo de um escravo condenado, foi dar à praça da execução e gritou no instante fatal.</w:t>
      </w:r>
    </w:p>
    <w:p>
      <w:r>
        <w:rPr>
          <w:color w:val="6E6B3D"/>
        </w:rPr>
        <w:t>Capítulos XLI a XLIX: A noite depois do jardim, Capítulo XLVIII: Cocheiro, cavalo e metempsicose</w:t>
      </w:r>
    </w:p>
    <w:p>
      <w:r>
        <w:t>O cocheiro fala de cavalos e cachorros, e Rubião lembra o Quincas Borba (cão), a cláusula do testamento e o medo de perder os bens. Cogita que cão e Quincas Borba (filósofo) sejam a mesma criatura, por transmigração.</w:t>
      </w:r>
    </w:p>
    <w:p>
      <w:r>
        <w:rPr>
          <w:color w:val="6E6B3D"/>
        </w:rPr>
        <w:t>Capítulos XLI a XLIX: A noite depois do jardim, Capítulo XLIX: O cão e o sono esquivo</w:t>
      </w:r>
    </w:p>
    <w:p>
      <w:r>
        <w:t>Em casa, o Quincas Borba (cão) o recebe com festa, e seu olhar lembra o do filósofo. Rubião o acaricia e o manda descer sem pancadas. Deitado, mistura o dia inteiro; o amor por Sofia vence o arrependimento, e ele só dorme antes das quatro.</w:t>
      </w:r>
    </w:p>
    <w:p>
      <w:r>
        <w:rPr>
          <w:color w:val="6E6B3D"/>
        </w:rPr>
        <w:t>Capítulos L a LVII: Palha, Sofia e a entrada de Camacho, Capítulo L: Sofia conta, Palha confessa a dívida</w:t>
      </w:r>
    </w:p>
    <w:p>
      <w:r>
        <w:t>Já de noite, Sofia conta a Cristiano Palha o que Rubião fez no jardim. Ele minimiza, mas confessa uma dívida com o amigo, e ela promete esfriar o trato aos poucos.</w:t>
      </w:r>
    </w:p>
    <w:p>
      <w:r>
        <w:rPr>
          <w:color w:val="6E6B3D"/>
        </w:rPr>
        <w:t>Capítulos L a LVII: Palha, Sofia e a entrada de Camacho, Capítulo LI: O dia seguinte de Sofia</w:t>
      </w:r>
    </w:p>
    <w:p>
      <w:r>
        <w:t>Sofia amanhece abatida, e Cristiano Palha lhe fala só de negócios. Sozinha no jardim, ela se culpa, teme que o major Siqueira espalhe o caso e pensa em sair da cidade.</w:t>
      </w:r>
    </w:p>
    <w:p>
      <w:r>
        <w:rPr>
          <w:color w:val="6E6B3D"/>
        </w:rPr>
        <w:t>Capítulos L a LVII: Palha, Sofia e a entrada de Camacho, Capítulo LII: O rapaz que cumprimenta e o carteiro</w:t>
      </w:r>
    </w:p>
    <w:p>
      <w:r>
        <w:t>Um rapaz a cumprimenta na rua, e Sofia o reconhece: é Carlos Maria, que dançou com ela num baile e elogiou seus olhos e ombros. Um carteiro cai, e ela ri.</w:t>
      </w:r>
    </w:p>
    <w:p>
      <w:r>
        <w:rPr>
          <w:color w:val="6E6B3D"/>
        </w:rPr>
        <w:t>Capítulos L a LVII: Palha, Sofia e a entrada de Camacho, Capítulo LIII: O riso e os deuses de Homero</w:t>
      </w:r>
    </w:p>
    <w:p>
      <w:r>
        <w:t>O narrador defende o riso de Sofia com os deuses de Homero, que gargalham no meio de uma briga solene. Uma lembrança grotesca basta para quebrar a paixão mais séria.</w:t>
      </w:r>
    </w:p>
    <w:p>
      <w:r>
        <w:rPr>
          <w:color w:val="6E6B3D"/>
        </w:rPr>
        <w:t>Capítulos L a LVII: Palha, Sofia e a entrada de Camacho, Capítulo LIV: Camacho na sala de Botafogo</w:t>
      </w:r>
    </w:p>
    <w:p>
      <w:r>
        <w:t>Duas semanas depois, Cristiano Palha visita Rubião e dá com o Dr. Camacho. A menção à lua deixa ambos sem fala, e Rubião avisa que vai partir.</w:t>
      </w:r>
    </w:p>
    <w:p>
      <w:r>
        <w:rPr>
          <w:color w:val="6E6B3D"/>
        </w:rPr>
        <w:t>Capítulos L a LVII: Palha, Sofia e a entrada de Camacho, Capítulo LV: Palha e a colcha de retalhos</w:t>
      </w:r>
    </w:p>
    <w:p>
      <w:r>
        <w:t>Cristiano Palha imagina por que Rubião parte: castigo, fuga da paixão ou casamento. A última hipótese o desaponta, e o narrador chama sua alma de colcha de retalhos.</w:t>
      </w:r>
    </w:p>
    <w:p>
      <w:r>
        <w:rPr>
          <w:color w:val="6E6B3D"/>
        </w:rPr>
        <w:t>Capítulos L a LVII: Palha, Sofia e a entrada de Camacho, Capítulo LVI: Remorso curto e Camacho no caminho</w:t>
      </w:r>
    </w:p>
    <w:p>
      <w:r>
        <w:t>Após o jardim, Rubião vive envergonhado e decide ir a Minas. O narrador compara esse remorso ao da carta de Quincas Borba (filósofo). Camacho o corta: deixe Minas para depois.</w:t>
      </w:r>
    </w:p>
    <w:p>
      <w:r>
        <w:rPr>
          <w:color w:val="6E6B3D"/>
        </w:rPr>
        <w:t>Capítulos L a LVII: Palha, Sofia e a entrada de Camacho, Capítulo LVII: Retrato do político Camacho</w:t>
      </w:r>
    </w:p>
    <w:p>
      <w:r>
        <w:t>Camacho, bacharel de Recife, faz jornalismo político que troca de adjetivos conforme o governo e chega a deputado. Quer ser ministro, não consegue, e vive da advocacia.</w:t>
      </w:r>
    </w:p>
    <w:p>
      <w:r>
        <w:rPr>
          <w:color w:val="6E6B3D"/>
        </w:rPr>
        <w:t>Capítulos LVIII a LXVII: A Atalaia, o salvamento e Maria Benedita, Capítulo LVIII: Camacho conquista Rubião</w:t>
      </w:r>
    </w:p>
    <w:p>
      <w:r>
        <w:t>Dias antes, Camacho seduz Rubião com política e um almoço: fundou uma folha pela guerra, e o ouvinte, lisonjeado, já sonha com um lugar na Câmara.</w:t>
      </w:r>
    </w:p>
    <w:p>
      <w:r>
        <w:rPr>
          <w:color w:val="6E6B3D"/>
        </w:rPr>
        <w:t>Capítulos LVIII a LXVII: A Atalaia, o salvamento e Maria Benedita, Capítulo LIX: Segurar Rubião na Corte</w:t>
      </w:r>
    </w:p>
    <w:p>
      <w:r>
        <w:t>Rubião insiste em ir a Minas. Cristiano Palha e Camacho se entendem pelo olhar e o seguram: um propõe acompanhá-lo depois, o outro acena com a cadeira de deputado.</w:t>
      </w:r>
    </w:p>
    <w:p>
      <w:r>
        <w:rPr>
          <w:color w:val="6E6B3D"/>
        </w:rPr>
        <w:t>Capítulos LVIII a LXVII: A Atalaia, o salvamento e Maria Benedita, Capítulo LX: A Atalaia e o menino da Rua da Ajuda</w:t>
      </w:r>
    </w:p>
    <w:p>
      <w:r>
        <w:t>Rubião lê a Atalaia, gosta do artigo e corre ao escritório de Camacho. No caminho, arranca um menino da frente de um carro, fere a mão e recebe os agradecimentos da vizinhança.</w:t>
      </w:r>
    </w:p>
    <w:p>
      <w:r>
        <w:rPr>
          <w:color w:val="6E6B3D"/>
        </w:rPr>
        <w:t>Capítulos LVIII a LXVII: A Atalaia, o salvamento e Maria Benedita, Capítulo LXI: Cinco contos para a folha</w:t>
      </w:r>
    </w:p>
    <w:p>
      <w:r>
        <w:t>Camacho exibe o retrato do Marquês de Paraná e diz que a Atalaia só precisa de mais dois sócios. Rubião, que viera apenas assinar, entra com cinco contos.</w:t>
      </w:r>
    </w:p>
    <w:p>
      <w:r>
        <w:rPr>
          <w:color w:val="6E6B3D"/>
        </w:rPr>
        <w:t>Capítulos LVIII a LXVII: A Atalaia, o salvamento e Maria Benedita, Capítulo LXII: A baronesa na escada</w:t>
      </w:r>
    </w:p>
    <w:p>
      <w:r>
        <w:t>Na saída, Rubião cruza com uma baronesa cheirosa que procura Camacho e vê seu coupé. Apesar do próprio luxo, sente-se de novo o antigo professor de Barbacena.</w:t>
      </w:r>
    </w:p>
    <w:p>
      <w:r>
        <w:rPr>
          <w:color w:val="6E6B3D"/>
        </w:rPr>
        <w:t>Capítulos LVIII a LXVII: A Atalaia, o salvamento e Maria Benedita, Capítulo LXIII: A sorte do primeiro carro</w:t>
      </w:r>
    </w:p>
    <w:p>
      <w:r>
        <w:t>Rubião encontra Sofia na rua e, à noite, deixa a sorte decidir se vai a Santa Teresa. O primeiro veículo diz não, mas ele corrige a regra, e as caleças de um enterro dizem sim.</w:t>
      </w:r>
    </w:p>
    <w:p>
      <w:r>
        <w:rPr>
          <w:b/>
          <w:color w:val="7C2416"/>
        </w:rPr>
        <w:t xml:space="preserve">1.2  </w:t>
      </w:r>
      <w:r>
        <w:rPr>
          <w:b/>
        </w:rPr>
        <w:t>Temas da semana: Loucura, Dinheiro e riqueza, Aparência e realidade, Desejo, Lealdade e traição, Ambição.</w:t>
      </w:r>
    </w:p>
    <w:p>
      <w:r>
        <w:rPr>
          <w:b/>
          <w:color w:val="7C2416"/>
        </w:rPr>
        <w:t xml:space="preserve">1.3  </w:t>
      </w:r>
      <w:r>
        <w:rPr>
          <w:b/>
        </w:rPr>
        <w:t>o narrador, Capítulos I a XII: Humanitas e a morte do filósofo.</w:t>
      </w:r>
    </w:p>
    <w:p>
      <w:r>
        <w:t>O romance abre no meio da história: Rubião, de chambre, à janela da casa de Botafogo, olha a enseada e compara o professor de há um ano com o capitalista de agora. Só depois o livro recuará a Barbacena para contar como ele chegou ali. A frase que o narrador escolhe para resumir esse olhar é uma lista que vai do mais miúdo ao mais vasto: as chinelas de Túnis, a casa, o jardim, a enseada, os morros, o céu. Tudo cabe na mesma "sensação de propriedade".</w:t>
      </w:r>
    </w:p>
    <w:p>
      <w:r>
        <w:t>O efeito é cômico e revelador. Rubião não admira a paisagem, possui a paisagem: o céu entra na conta como entram as chinelas. Elas, aliás, foram presente de Cristiano Palha, o recente amigo que logo o guiará nas compras e na vida da Corte, e pode-se notar que o detalhe já mistura, na primeira página, a riqueza de Rubião com a mão de quem lhe dá as coisas. Logo depois, ele conclui que Deus escreve direito por linhas tortas, porque a morte da irmã e a do amigo, que pareciam desgraças, acabaram numa herança. A conclusão sugere um homem que mede a vida dos outros pelo que ela lhe rendeu.</w:t>
      </w:r>
    </w:p>
    <w:p>
      <w:r>
        <w:t>Pode-se ler a frase como a chave do tema do dinheiro no livro: a fortuna não muda o que Rubião é, muda o modo como ele enxerga o mundo, e a janela de Botafogo é o primeiro quadro dessa mudança. O narrador não o condena em voz alta. Deixa que a lista faça o trabalho, e essa ironia sem alarde acompanha o livro até o fim.</w:t>
      </w:r>
    </w:p>
    <w:p>
      <w:r>
        <w:rPr>
          <w:b/>
          <w:color w:val="7C2416"/>
        </w:rPr>
        <w:t xml:space="preserve">1.4  </w:t>
      </w:r>
      <w:r>
        <w:rPr>
          <w:b/>
        </w:rPr>
        <w:t>o narrador, Capítulos LVIII a LXVII: A Atalaia, o salvamento e Maria Benedita.</w:t>
      </w:r>
    </w:p>
    <w:p>
      <w:r>
        <w:t>Rubião encontra Sofia na rua, com a tia e a prima, e se cumprimentam acanhadamente. À noite, depois do jantar, hesita em ir a Santa Teresa. Reflete e não adianta nada: lembra que ela sorriu, pouco, mas sorriu. Decide pôr o caso à sorte: se o primeiro carro que passar vier da direita, irá; se vier da esquerda, não. Vem logo um tílburi da esquerda, e está dito que não irá. Mas a consciência reage, e ele refina a regra: queria dizer um carro, e tílburi não era carro. Pouco depois voltam da direita muitas caleças de um enterro. Foi.</w:t>
      </w:r>
    </w:p>
    <w:p>
      <w:r>
        <w:t>A cena é de comédia pura e, ao mesmo tempo, descreve com exatidão como o desejo faz o que quer sem assumir a decisão. Rubião finge entregar a escolha à sorte, mas só aceita a sorte que lhe convém. A regra muda quando o resultado desagrada, e o tílburi, que a regra incluía, é excluído por uma definição de última hora. O que se pode ler aqui é que ele já tinha decidido, e que o acaso serve apenas de álibi: se der certo, a culpa não é dele.</w:t>
      </w:r>
    </w:p>
    <w:p>
      <w:r>
        <w:t>O mecanismo é o mesmo que o livro usa em outras passagens, como a voz do cão que repete o conselho do major e o espírito do filósofo que Rubião suspeita estar no animal. O detalhe do enterro, além disso, carrega uma ironia discreta: as caleças que dão o sim a Rubião voltam de um enterro, e o texto não diz mais nada. O leitor sorri da trapaça e pode ler que a loucura de Rubião, mais tarde tão ostensiva, já começa nesses pequenos autoenganos, e o tema do desejo ganha uma de suas formas mais engraçadas.</w:t>
      </w:r>
    </w:p>
    <w:p>
      <w:r>
        <w:rPr>
          <w:b/>
          <w:color w:val="7C2416"/>
        </w:rPr>
        <w:t xml:space="preserve">1.5  </w:t>
      </w:r>
      <w:r>
        <w:rPr>
          <w:b/>
        </w:rPr>
        <w:t>B.</w:t>
      </w:r>
    </w:p>
    <w:p>
      <w:r>
        <w:t>O narrador diz que, das chinelas de Túnis ao céu, tudo entra na mesma sensação de propriedade. Rubião compara o professor de há um ano com o capitalista de agora, e a riqueza lhe parece natural, quase obra de Deus escrevendo direito por linhas tortas. A pergunta que fica: o que muda em quem passa a sentir tudo como seu?</w:t>
      </w:r>
    </w:p>
    <w:p>
      <w:r>
        <w:rPr>
          <w:b/>
          <w:color w:val="7C2416"/>
        </w:rPr>
        <w:t xml:space="preserve">1.6  </w:t>
      </w:r>
      <w:r>
        <w:rPr>
          <w:b/>
        </w:rPr>
        <w:t>C.</w:t>
      </w:r>
    </w:p>
    <w:p>
      <w:r>
        <w:t>O testamento não deixa nada a ninguém, nem esmolas nem dívidas. Só impõe a Rubião guardar o cachorro, tratá-lo como se fosse o próprio testador, resguardá-lo de moléstias, fugas, roubo ou morte, dar-lhe sepultura decente com flores e guardar os ossos numa urna de madeira preciosa. Importa porque a herança inteira passa a depender do bicho.</w:t>
      </w:r>
    </w:p>
    <w:p>
      <w:r>
        <w:rPr>
          <w:b/>
          <w:color w:val="7C2416"/>
        </w:rPr>
        <w:t xml:space="preserve">1.7  </w:t>
      </w:r>
      <w:r>
        <w:rPr>
          <w:b/>
        </w:rPr>
        <w:t>D.</w:t>
      </w:r>
    </w:p>
    <w:p>
      <w:r>
        <w:t>Freitas recusa a viagem porque é amigo livre e discordariam no itinerário. E acrescenta que traz a máscara risonha, mas é triste: um arquiteto de ruínas, que iria às ruínas de Atenas, ao teatro e aos tribunais de falências. Rubião ri e gosta dos modos francos dele. Fica a pergunta: por que o convidado que adula a todos se descreve assim?</w:t>
      </w:r>
    </w:p>
    <w:p>
      <w:r>
        <w:rPr>
          <w:b/>
          <w:color w:val="7C2416"/>
        </w:rPr>
        <w:t xml:space="preserve">1.8  </w:t>
      </w:r>
      <w:r>
        <w:rPr>
          <w:b/>
        </w:rPr>
        <w:t>A.</w:t>
      </w:r>
    </w:p>
    <w:p>
      <w:r>
        <w:t>Sofia acode que podem dar pela nossa ausência, e Rubião estremece diante do possessivo, achando nele um princípio de cumplicidade. A palavra, que talvez fosse só defesa, vira esperança. A pergunta: quantas coisas um homem apaixonado ouve numa palavra que ela disse sem pensar?</w:t>
      </w:r>
    </w:p>
    <w:p>
      <w:r>
        <w:rPr>
          <w:b/>
          <w:color w:val="7C2416"/>
        </w:rPr>
        <w:t xml:space="preserve">1.9  </w:t>
      </w:r>
      <w:r>
        <w:rPr>
          <w:b/>
        </w:rPr>
        <w:t>B.</w:t>
      </w:r>
    </w:p>
    <w:p>
      <w:r>
        <w:t>Quando Sofia diz que o melhor é acabar com as relações, Palha concorda em fazê-lo aos poucos e, de repente, agarrando-a pela cintura, diz que deve muito dinheiro a Rubião. Sofia lhe tapa a boca e olha assustada para o corredor. Importa porque, daí em diante, a amizade de Palha por Rubião e o cálculo dele não se separam.</w:t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aconteceu.</w:t>
      </w:r>
    </w:p>
    <w:p>
      <w:r>
        <w:rPr>
          <w:color w:val="6E6B3D"/>
        </w:rPr>
        <w:t>Capítulos LVIII a LXVII: A Atalaia, o salvamento e Maria Benedita, Capítulo LXIV: A tia e a prima de Sofia</w:t>
      </w:r>
    </w:p>
    <w:p>
      <w:r>
        <w:t>Sofia o recebe sem rancor e apresenta D. Maria Augusta e a filha, Maria Benedita, moça da roça. A mãe finge rabugice para adiar o casamento da filha.</w:t>
      </w:r>
    </w:p>
    <w:p>
      <w:r>
        <w:rPr>
          <w:color w:val="6E6B3D"/>
        </w:rPr>
        <w:t>Capítulos LVIII a LXVII: A Atalaia, o salvamento e Maria Benedita, Capítulo LXV: A visita curta e o retrato</w:t>
      </w:r>
    </w:p>
    <w:p>
      <w:r>
        <w:t>Sofia não retém Rubião, que sai às nove. Chega Carlos Maria, e Rubião, no jardim, ouve-o elogiar Sofia diante do retrato.</w:t>
      </w:r>
    </w:p>
    <w:p>
      <w:r>
        <w:rPr>
          <w:color w:val="6E6B3D"/>
        </w:rPr>
        <w:t>Capítulos LVIII a LXVII: A Atalaia, o salvamento e Maria Benedita, Capítulo LXVI: Como ele diz aquelas coisas</w:t>
      </w:r>
    </w:p>
    <w:p>
      <w:r>
        <w:t>Em casa, Rubião admira a naturalidade de Carlos Maria.</w:t>
      </w:r>
    </w:p>
    <w:p>
      <w:r>
        <w:rPr>
          <w:color w:val="6E6B3D"/>
        </w:rPr>
        <w:t>Capítulos LVIII a LXVII: A Atalaia, o salvamento e Maria Benedita, Capítulo LXVII: A notícia do salvamento</w:t>
      </w:r>
    </w:p>
    <w:p>
      <w:r>
        <w:t>Rubião vê seu nome na Atalaia. Irritado, depois lisonjeado, recebe cumprimentos, repreende Camacho de leve e reimprime a notícia em outro jornal.</w:t>
      </w:r>
    </w:p>
    <w:p>
      <w:r>
        <w:rPr>
          <w:color w:val="6E6B3D"/>
        </w:rPr>
        <w:t>Capítulos LXVIII a LXXVI: Baile, sociedade e a declaração, Capítulo LXVIII: Maria Benedita aprende as prendas</w:t>
      </w:r>
    </w:p>
    <w:p>
      <w:r>
        <w:t>Maria Benedita aceita estudar francês e piano, e Cristiano Palha vence a tia com a promessa de um bom marido. Sofia a introduz na vida da cidade; a prima aprende depressa, mas recusa valsar.</w:t>
      </w:r>
    </w:p>
    <w:p>
      <w:r>
        <w:rPr>
          <w:color w:val="6E6B3D"/>
        </w:rPr>
        <w:t>Capítulos LXVIII a LXXVI: Baile, sociedade e a declaração, Capítulo LXIX: Sociedade comercial e declaração no baile</w:t>
      </w:r>
    </w:p>
    <w:p>
      <w:r>
        <w:t>Oito meses depois, em um baile, Maria Benedita cronometra a valsa de Sofia com Carlos Maria. Rubião é sócio de Cristiano Palha, e o moço declara-se a Sofia, dizendo ter passado uma hora entre o mar e a casa dela.</w:t>
      </w:r>
    </w:p>
    <w:p>
      <w:r>
        <w:rPr>
          <w:color w:val="6E6B3D"/>
        </w:rPr>
        <w:t>Capítulos LXVIII a LXXVI: Baile, sociedade e a declaração, Capítulo LXX: Rubião sonda o rival</w:t>
      </w:r>
    </w:p>
    <w:p>
      <w:r>
        <w:t>No baile de aniversário da mulher de Camacho, Rubião acompanha Carlos Maria ao gabinete dos sobretudos para sondá-lo, atormentado pelo ciúme de um rival. Homens falam de política; o moço sai com sono, e Rubião fica inquieto.</w:t>
      </w:r>
    </w:p>
    <w:p>
      <w:r>
        <w:rPr>
          <w:color w:val="6E6B3D"/>
        </w:rPr>
        <w:t>Capítulos LXVIII a LXXVI: Baile, sociedade e a declaração, Capítulo LXXI: Sofia em casa, de manhã</w:t>
      </w:r>
    </w:p>
    <w:p>
      <w:r>
        <w:t>Em casa, Sofia chama o sarau de enfadonho, mas aceita o carinho do marido, que elogia a valsa de Carlos Maria. De manhã, à janela, procura na rua os sinais do homem da praia.</w:t>
      </w:r>
    </w:p>
    <w:p>
      <w:r>
        <w:rPr>
          <w:color w:val="6E6B3D"/>
        </w:rPr>
        <w:t>Capítulos LXVIII a LXXVI: Baile, sociedade e a declaração, Capítulo LXXII: Despedida à janela</w:t>
      </w:r>
    </w:p>
    <w:p>
      <w:r>
        <w:t>Cristiano Palha sai para a cidade e recomenda Maria Benedita, que acordou aborrecida com vontade de ir para a roça. Sofia arruma-lhe a gravata, e os dois se despedem com o adeus de mão do costume.</w:t>
      </w:r>
    </w:p>
    <w:p>
      <w:r>
        <w:rPr>
          <w:color w:val="6E6B3D"/>
        </w:rPr>
        <w:t>Capítulos LXVIII a LXXVI: Baile, sociedade e a declaração, Capítulo LXXIII: A frase que volta</w:t>
      </w:r>
    </w:p>
    <w:p>
      <w:r>
        <w:t>Sofia jura a si mesma esquecer o episódio e culpa-se por ter deixado o rapaz chegar ao fim. A declaração, porém, repete-se na memória dela como um trecho musical teimoso.</w:t>
      </w:r>
    </w:p>
    <w:p>
      <w:r>
        <w:rPr>
          <w:color w:val="6E6B3D"/>
        </w:rPr>
        <w:t>Capítulos LXVIII a LXXVI: Baile, sociedade e a declaração, Capítulo LXXIV: Carlos Maria reconstrói a véspera</w:t>
      </w:r>
    </w:p>
    <w:p>
      <w:r>
        <w:t>Na cama, Carlos Maria reconstrói o baile e sente a confissão como compromisso e estorvo. Ri da mentira sobre a praia, pois nem foi lá, e se abate. Conclui que não vale emendar, e pensa na educação como defeito de Sofia.</w:t>
      </w:r>
    </w:p>
    <w:p>
      <w:r>
        <w:rPr>
          <w:color w:val="6E6B3D"/>
        </w:rPr>
        <w:t>Capítulos LXVIII a LXXVI: Baile, sociedade e a declaração, Capítulo LXXV: Outras mulheres e o passeio a cavalo</w:t>
      </w:r>
    </w:p>
    <w:p>
      <w:r>
        <w:t>Carlos Maria vê entre as admiradoras a recente Sofia, que perde importância na fila. Querendo corrigir a mentira, sai a cavalo, quase passa pela casa dela e recua.</w:t>
      </w:r>
    </w:p>
    <w:p>
      <w:r>
        <w:rPr>
          <w:color w:val="6E6B3D"/>
        </w:rPr>
        <w:t>Capítulos LXVIII a LXXVI: Baile, sociedade e a declaração, Capítulo LXXVI: O cavaleiro admirado</w:t>
      </w:r>
    </w:p>
    <w:p>
      <w:r>
        <w:t>Carlos Maria monta bem, e a gente que passa mira o garbo e a tranquilidade régia dele. Ele recolhe todas as admirações, por ínfimas que sejam.</w:t>
      </w:r>
    </w:p>
    <w:p>
      <w:r>
        <w:rPr>
          <w:color w:val="6E6B3D"/>
        </w:rPr>
        <w:t>Capítulos LXXVII a LXXXIX: Casamento sonhado e Praia Formosa, Capítulo LXXVII: O noivo que Sofia não nomeia</w:t>
      </w:r>
    </w:p>
    <w:p>
      <w:r>
        <w:t>Maria Benedita diz não gostar de valsar e quer voltar para a roça. Sofia promete um noivo, que é Rubião. A prima, esperançosa, pensa em Carlos Maria.</w:t>
      </w:r>
    </w:p>
    <w:p>
      <w:r>
        <w:rPr>
          <w:color w:val="6E6B3D"/>
        </w:rPr>
        <w:t>Capítulos LXXVII a LXXXIX: Casamento sonhado e Praia Formosa, Capítulo LXXVIII: O major e o conselho de casar</w:t>
      </w:r>
    </w:p>
    <w:p>
      <w:r>
        <w:t>Rubião não acha Carlos Maria em três idas à Rua dos Inválidos. O Major Siqueira elogia a casa e aconselha-o a casar. D. Tônica, filha do major, faz quarenta anos solteira.</w:t>
      </w:r>
    </w:p>
    <w:p>
      <w:r>
        <w:rPr>
          <w:color w:val="6E6B3D"/>
        </w:rPr>
        <w:t>Capítulos LXXVII a LXXXIX: Casamento sonhado e Praia Formosa, Capítulo LXXIX: A voz que pergunta</w:t>
      </w:r>
    </w:p>
    <w:p>
      <w:r>
        <w:t>Depois que o major sai, uma voz pergunta se ele não deveria mesmo casar. Rubião só vê o Quincas Borba (cão). Acha absurdo que a pergunta venha dele, ou do espírito do Quincas Borba (filósofo) no corpo do bicho, sorri com desdém e, por via das dúvidas, coça-lhe a nuca.</w:t>
      </w:r>
    </w:p>
    <w:p>
      <w:r>
        <w:rPr>
          <w:color w:val="6E6B3D"/>
        </w:rPr>
        <w:t>Capítulos LXXVII a LXXXIX: Casamento sonhado e Praia Formosa, Capítulo LXXX: Pernas, unidade e leituras</w:t>
      </w:r>
    </w:p>
    <w:p>
      <w:r>
        <w:t>Rubião decide casar para matar a paixão. Nota que as pernas acompanharam o major sem ele perceber, sente a vida dispersa e passa o tempo lendo Dumas pai e Feuillet.</w:t>
      </w:r>
    </w:p>
    <w:p>
      <w:r>
        <w:rPr>
          <w:color w:val="6E6B3D"/>
        </w:rPr>
        <w:t>Capítulos LXXVII a LXXXIX: Casamento sonhado e Praia Formosa, Capítulo LXXXI: As pompas do casamento</w:t>
      </w:r>
    </w:p>
    <w:p>
      <w:r>
        <w:t>Antes da noiva, Rubião imagina o casamento: coches antigos, convidados ilustres, o internúncio, valsa e ceia, com as iniciais dele na gola da criadagem.</w:t>
      </w:r>
    </w:p>
    <w:p>
      <w:r>
        <w:rPr>
          <w:color w:val="6E6B3D"/>
        </w:rPr>
        <w:t>Capítulos LXXVII a LXXXIX: Casamento sonhado e Praia Formosa, Capítulo LXXXII: Noivas de título com o rosto de Sofia</w:t>
      </w:r>
    </w:p>
    <w:p>
      <w:r>
        <w:t>Nos sonhos, Rubião só casa com titulares do almanaque de Laemmert, e todas as noivas acabam com o rosto de Sofia. Chega a pensar na morte do marido dela. O Quincas Borba (cão) repete o conselho.</w:t>
      </w:r>
    </w:p>
    <w:p>
      <w:r>
        <w:rPr>
          <w:color w:val="6E6B3D"/>
        </w:rPr>
        <w:t>Capítulos LXXVII a LXXXIX: Casamento sonhado e Praia Formosa, Capítulo LXXXIII: O palpite de Palha</w:t>
      </w:r>
    </w:p>
    <w:p>
      <w:r>
        <w:t>Cristiano Palha está de luto pela tia, mãe de Maria Benedita, e elogia a moça. Diz ter um palpite sobre Rubião, que se espanta e recusa.</w:t>
      </w:r>
    </w:p>
    <w:p>
      <w:r>
        <w:rPr>
          <w:color w:val="6E6B3D"/>
        </w:rPr>
        <w:t>Capítulos LXXVII a LXXXIX: Casamento sonhado e Praia Formosa, Capítulo LXXXIV: Duas hipóteses sobre Sofia</w:t>
      </w:r>
    </w:p>
    <w:p>
      <w:r>
        <w:t>Rubião supõe que Sofia quer casá-lo para se descartar dele. Depois decide que ela mentiu ao marido para não dar andamento ao projeto, e recupera a serenidade.</w:t>
      </w:r>
    </w:p>
    <w:p>
      <w:r>
        <w:rPr>
          <w:color w:val="6E6B3D"/>
        </w:rPr>
        <w:t>Capítulos LXXVII a LXXXIX: Casamento sonhado e Praia Formosa, Capítulo LXXXV: Visita ao Freitas e as notas</w:t>
      </w:r>
    </w:p>
    <w:p>
      <w:r>
        <w:t>Entediado, Rubião visita o Freitas, doente, na Praia Formosa. Ao sair, deixa seis notas de vinte mil-réis na mão da mãe do Freitas e vai embora sem esperar agradecimento.</w:t>
      </w:r>
    </w:p>
    <w:p>
      <w:r>
        <w:rPr>
          <w:color w:val="6E6B3D"/>
        </w:rPr>
        <w:t>Capítulos LXXVII a LXXXIX: Casamento sonhado e Praia Formosa, Capítulo LXXXVI: A caminhada até a Saúde</w:t>
      </w:r>
    </w:p>
    <w:p>
      <w:r>
        <w:t>No tílburi, Rubião desce e caminha pela Praia Formosa, pela Gamboa e pela Saúde. Sente nostalgia dos farrapos e da vida escassa, mas a sensação dura pouco.</w:t>
      </w:r>
    </w:p>
    <w:p>
      <w:r>
        <w:rPr>
          <w:color w:val="6E6B3D"/>
        </w:rPr>
        <w:t>Capítulos LXXVII a LXXXIX: Casamento sonhado e Praia Formosa, Capítulo LXXXVII: A moça da Saúde</w:t>
      </w:r>
    </w:p>
    <w:p>
      <w:r>
        <w:t>Rubião cruza com uma moça pobre e um menino e pensa em mulheres que poderia escolher para casar. Pensa até na filha do major, mas ouve a guitarra do pecado, tangida pelos dedos de Sofia, e perde a castidade do plano.</w:t>
      </w:r>
    </w:p>
    <w:p>
      <w:r>
        <w:rPr>
          <w:color w:val="6E6B3D"/>
        </w:rPr>
        <w:t>Capítulos LXXVII a LXXXIX: Casamento sonhado e Praia Formosa, Capítulo LXXXVIII: Uma nota demais</w:t>
      </w:r>
    </w:p>
    <w:p>
      <w:r>
        <w:t>A vista do tílburi lembra Rubião do Freitas. Ele aprova o dinheiro que deu, mas a ideia de ter dado uma ou duas notas a mais passa pelo cérebro dele, e Rubião, zangado consigo, a sacode.</w:t>
      </w:r>
    </w:p>
    <w:p>
      <w:r>
        <w:rPr>
          <w:color w:val="6E6B3D"/>
        </w:rPr>
        <w:t>Capítulos LXXVII a LXXXIX: Casamento sonhado e Praia Formosa, Capítulo LXXXIX: O cocheiro e o moço da Rua dos Inválidos</w:t>
      </w:r>
    </w:p>
    <w:p>
      <w:r>
        <w:t>O cocheiro supõe que Rubião foi a um encontro amoroso e conta de um moço da Rua dos Inválidos, de bigodes e olhos grandes, que entrou numa casa da Rua da Harmonia, onde uma dama de véu chegou depois, sozinha.</w:t>
      </w:r>
    </w:p>
    <w:p>
      <w:r>
        <w:rPr>
          <w:color w:val="6E6B3D"/>
        </w:rPr>
        <w:t>Capítulos XC a CII: A suspeita e a candidatura de Rubião, Capítulo XC: Formigas mortas e uma cigarra</w:t>
      </w:r>
    </w:p>
    <w:p>
      <w:r>
        <w:t>Em casa, de luto, Rubião não esquece o cocheiro e imagina Sofia entrando na Rua da Harmonia. Vexado, mata formigas, e uma cigarra o distrai.</w:t>
      </w:r>
    </w:p>
    <w:p>
      <w:r>
        <w:rPr>
          <w:color w:val="6E6B3D"/>
        </w:rPr>
        <w:t>Capítulos XC a CII: A suspeita e a candidatura de Rubião, Capítulo XCI: Rubião quase dá a mão a beijar</w:t>
      </w:r>
    </w:p>
    <w:p>
      <w:r>
        <w:t>Rubião disfarça a inquietação e, ao ver os habituados, tem o impulso de lhes dar a mão a beijar.</w:t>
      </w:r>
    </w:p>
    <w:p>
      <w:r>
        <w:rPr>
          <w:color w:val="6E6B3D"/>
        </w:rPr>
        <w:t>Capítulos XC a CII: A suspeita e a candidatura de Rubião, Capítulo XCII: Sofia e a comissão de senhoras</w:t>
      </w:r>
    </w:p>
    <w:p>
      <w:r>
        <w:t>No Flamengo, Sofia recebe Rubião entre as costureiras do luto e lhe fala da comissão pelas Alagoas, que a porá em evidência. Maria Benedita está no andar de cima.</w:t>
      </w:r>
    </w:p>
    <w:p>
      <w:r>
        <w:rPr>
          <w:color w:val="6E6B3D"/>
        </w:rPr>
        <w:t>Capítulos XC a CII: A suspeita e a candidatura de Rubião, Capítulo XCIII: Dondon e a Rua da Harmonia</w:t>
      </w:r>
    </w:p>
    <w:p>
      <w:r>
        <w:t>Sozinho com as costureiras, Rubião ouve Cristiano Palha ao longe. Dondon, ao sair, diz que vai dar na Rua da Harmonia.</w:t>
      </w:r>
    </w:p>
    <w:p>
      <w:r>
        <w:rPr>
          <w:color w:val="6E6B3D"/>
        </w:rPr>
        <w:t>Capítulos XC a CII: A suspeita e a candidatura de Rubião, Capítulo XCIV: Rubião foge sem chá</w:t>
      </w:r>
    </w:p>
    <w:p>
      <w:r>
        <w:t>Transtornado, Rubião recusa chá e tílburi e sai, enquanto Cristiano Palha agradece ao diretor do banco. Sofia nota a mão fria dele.</w:t>
      </w:r>
    </w:p>
    <w:p>
      <w:r>
        <w:rPr>
          <w:color w:val="6E6B3D"/>
        </w:rPr>
        <w:t>Capítulos XC a CII: A suspeita e a candidatura de Rubião, Capítulo XCV: Atrás do vulto na Rua do Príncipe</w:t>
      </w:r>
    </w:p>
    <w:p>
      <w:r>
        <w:t>Rubião corre atrás de um vulto de mulher que toma pela costureira e esbarra num homem sem pedir desculpa.</w:t>
      </w:r>
    </w:p>
    <w:p>
      <w:r>
        <w:rPr>
          <w:color w:val="6E6B3D"/>
        </w:rPr>
        <w:t>Capítulos XC a CII: A suspeita e a candidatura de Rubião, Capítulo XCVI: O diretor do banco e os rapapés</w:t>
      </w:r>
    </w:p>
    <w:p>
      <w:r>
        <w:t>O homem é o diretor do banco, humilhado antes pelo ministro e restaurado pelas mesuras de Cristiano Palha. Por isso nem se zanga.</w:t>
      </w:r>
    </w:p>
    <w:p>
      <w:r>
        <w:rPr>
          <w:color w:val="6E6B3D"/>
        </w:rPr>
        <w:t>Capítulos XC a CII: A suspeita e a candidatura de Rubião, Capítulo XCVII: A costureira e o Cruzeiro</w:t>
      </w:r>
    </w:p>
    <w:p>
      <w:r>
        <w:t>Rubião vê Dondon sair com um homem e, da janela, sonha com o que poderia ter sido, até pensar na ordem honorífica do Cruzeiro.</w:t>
      </w:r>
    </w:p>
    <w:p>
      <w:r>
        <w:rPr>
          <w:color w:val="6E6B3D"/>
        </w:rPr>
        <w:t>Capítulos XC a CII: A suspeita e a candidatura de Rubião, Capítulo XCVIII: Bilhete de Sofia e o jardim</w:t>
      </w:r>
    </w:p>
    <w:p>
      <w:r>
        <w:t>Sofia manda saber como ele passou. Rubião responde e se demora entre as flores, que parecem pedir-lhe que ponha fim ao desejo.</w:t>
      </w:r>
    </w:p>
    <w:p>
      <w:r>
        <w:rPr>
          <w:color w:val="6E6B3D"/>
        </w:rPr>
        <w:t>Capítulos XC a CII: A suspeita e a candidatura de Rubião, Capítulo XCIX: A carta achada no canteiro</w:t>
      </w:r>
    </w:p>
    <w:p>
      <w:r>
        <w:t>Rubião acha uma carta com a letra de Sofia para Carlos Maria, resiste a abri-la e decide entregá-la, para ler a verdade no rosto dela.</w:t>
      </w:r>
    </w:p>
    <w:p>
      <w:r>
        <w:rPr>
          <w:color w:val="6E6B3D"/>
        </w:rPr>
        <w:t>Capítulos XC a CII: A suspeita e a candidatura de Rubião, Capítulo C: Camacho propõe a candidatura</w:t>
      </w:r>
    </w:p>
    <w:p>
      <w:r>
        <w:t>Almoçando só, Rubião recebe Camacho, que lhe oferece uma candidatura a deputado e o faz imaginar o juramento na Câmara.</w:t>
      </w:r>
    </w:p>
    <w:p>
      <w:r>
        <w:rPr>
          <w:color w:val="6E6B3D"/>
        </w:rPr>
        <w:t>Capítulos XC a CII: A suspeita e a candidatura de Rubião, Capítulo CI: O enterro de Freitas</w:t>
      </w:r>
    </w:p>
    <w:p>
      <w:r>
        <w:t>Rubião custeia o enterro de Freitas e, por causa do coupé, os curiosos o tomam por homem de posição.</w:t>
      </w:r>
    </w:p>
    <w:p>
      <w:r>
        <w:rPr>
          <w:color w:val="6E6B3D"/>
        </w:rPr>
        <w:t>Capítulos XC a CII: A suspeita e a candidatura de Rubião, Capítulo CII: Os cavalos do ministro</w:t>
      </w:r>
    </w:p>
    <w:p>
      <w:r>
        <w:t>De noite, Rubião cruza com o coupé de um ministro e fica a ouvir os cavalos das ordenanças, mesmo depois de distantes.</w:t>
      </w:r>
    </w:p>
    <w:p>
      <w:r>
        <w:rPr>
          <w:color w:val="6E6B3D"/>
        </w:rPr>
        <w:t>Capítulos CIII a CXIII: A carta devolvida e os dez contos, Capítulo CIII: Rubião diz tudo no Flamengo</w:t>
      </w:r>
    </w:p>
    <w:p>
      <w:r>
        <w:t>Depois da missa de sétimo dia, Rubião leva a carta a Sofia e despeja o que sente, cada vez mais alto, até ela lhe tapar a boca.</w:t>
      </w:r>
    </w:p>
    <w:p>
      <w:r>
        <w:rPr>
          <w:color w:val="6E6B3D"/>
        </w:rPr>
        <w:t>Capítulos CIII a CXIII: A carta devolvida e os dez contos, Capítulo CIV: A carta entregue e a saída</w:t>
      </w:r>
    </w:p>
    <w:p>
      <w:r>
        <w:t>Sofia pede arrependimento. Rubião recusa, entrega-lhe a carta endereçada a Carlos Maria e, mesmo vendo-a empalidecer, sai sem ouvi-la.</w:t>
      </w:r>
    </w:p>
    <w:p>
      <w:r>
        <w:rPr>
          <w:color w:val="6E6B3D"/>
        </w:rPr>
        <w:t>Capítulos CIII a CXIII: A carta devolvida e os dez contos, Capítulo CV: Sofia, a circular e o mandarim</w:t>
      </w:r>
    </w:p>
    <w:p>
      <w:r>
        <w:t>Sozinha, Sofia descobre que era a circular da comissão, pensa em Carlos Maria e, de raiva de si, quebra o mandarim de porcelana.</w:t>
      </w:r>
    </w:p>
    <w:p>
      <w:r>
        <w:rPr>
          <w:color w:val="6E6B3D"/>
        </w:rPr>
        <w:t>Capítulos CIII a CXIII: A carta devolvida e os dez contos, Capítulo CVI: O narrador defende o cocheiro</w:t>
      </w:r>
    </w:p>
    <w:p>
      <w:r>
        <w:t>O narrador diz ao leitor que o cocheiro não deu nomes nem contou caso verdadeiro: a calúnia foi do leitor e de Rubião.</w:t>
      </w:r>
    </w:p>
    <w:p>
      <w:r>
        <w:rPr>
          <w:color w:val="6E6B3D"/>
        </w:rPr>
        <w:t>Capítulos CIII a CXIII: A carta devolvida e os dez contos, Capítulo CVII: A quarta causa de Carlos Maria</w:t>
      </w:r>
    </w:p>
    <w:p>
      <w:r>
        <w:t>O narrador diz que as reflexões de Sofia tinham fundo de verdade e acrescenta uma quarta causa: talvez Carlos Maria tivesse outros amores.</w:t>
      </w:r>
    </w:p>
    <w:p>
      <w:r>
        <w:rPr>
          <w:color w:val="6E6B3D"/>
        </w:rPr>
        <w:t>Capítulos CIII a CXIII: A carta devolvida e os dez contos, Capítulo CVIII: Cinco contos e o pedido de dez</w:t>
      </w:r>
    </w:p>
    <w:p>
      <w:r>
        <w:t>Afastado meses do Flamengo, Rubião assina cinco contos na subscrição de Sofia e pede dez a Cristiano Palha, que guarda seus títulos, aconselha cautela e acaba cedendo.</w:t>
      </w:r>
    </w:p>
    <w:p>
      <w:r>
        <w:rPr>
          <w:color w:val="6E6B3D"/>
        </w:rPr>
        <w:t>Capítulos CIII a CXIII: A carta devolvida e os dez contos, Capítulo CIX: Sonho com Sofia e Luís Napoleão</w:t>
      </w:r>
    </w:p>
    <w:p>
      <w:r>
        <w:t>Rubião sonha que Cristiano Palha açoita Sofia e Maria Benedita, manda enforcá-lo e sai em carruagem triunfal com Sofia e o Quincas Borba (cão).</w:t>
      </w:r>
    </w:p>
    <w:p>
      <w:r>
        <w:rPr>
          <w:color w:val="6E6B3D"/>
        </w:rPr>
        <w:t>Capítulos CIII a CXIII: A carta devolvida e os dez contos, Capítulo CX: Empréstimos e o artigo de Camacho</w:t>
      </w:r>
    </w:p>
    <w:p>
      <w:r>
        <w:t>Rubião faz os empréstimos, paga o papel da Atalaia a Camacho e ouve dele um artigo que adverte o partido contra seus aliados.</w:t>
      </w:r>
    </w:p>
    <w:p>
      <w:r>
        <w:rPr>
          <w:color w:val="6E6B3D"/>
        </w:rPr>
        <w:t>Capítulos CIII a CXIII: A carta devolvida e os dez contos, Capítulo CXI: A emenda do artigo</w:t>
      </w:r>
    </w:p>
    <w:p>
      <w:r>
        <w:t>Rubião aplaude o artigo e sugere reforçar uma palavra. Camacho objeta ao som, mas aceita, e o amigo se sente meio autor.</w:t>
      </w:r>
    </w:p>
    <w:p>
      <w:r>
        <w:rPr>
          <w:color w:val="6E6B3D"/>
        </w:rPr>
        <w:t>Capítulos CIII a CXIII: A carta devolvida e os dez contos, Capítulo CXII: O sumário que o livro não tem</w:t>
      </w:r>
    </w:p>
    <w:p>
      <w:r>
        <w:t>O narrador lamenta não ter dado ao livro o método dos sumários antigos, em que o título já diz o que há no capítulo.</w:t>
      </w:r>
    </w:p>
    <w:p>
      <w:r>
        <w:rPr>
          <w:color w:val="6E6B3D"/>
        </w:rPr>
        <w:t>Capítulos CIII a CXIII: A carta devolvida e os dez contos, Capítulo CXIII: Rubião autor de livros alheios</w:t>
      </w:r>
    </w:p>
    <w:p>
      <w:r>
        <w:t>O narrador resume num título imaginário a operação mental: Rubião, satisfeito com a emenda, ruminou tantas frases que se teve por autor do que lera.</w:t>
      </w:r>
    </w:p>
    <w:p>
      <w:r>
        <w:rPr>
          <w:color w:val="6E6B3D"/>
        </w:rPr>
        <w:t>Capítulos CXIV a CXVIII: O noivado de Maria Benedita, Capítulo CXIV: O título que não cabe</w:t>
      </w:r>
    </w:p>
    <w:p>
      <w:r>
        <w:t>Capítulo de uma só frase: o narrador diz não saber se o capítulo seguinte poderia estar todo no título. Serve de pausa e de piscadela ao leitor antes da cena do aniversário.</w:t>
      </w:r>
    </w:p>
    <w:p>
      <w:r>
        <w:rPr>
          <w:color w:val="6E6B3D"/>
        </w:rPr>
        <w:t>Capítulos CXIV a CXVIII: O noivado de Maria Benedita, Capítulo CXV: O brilhante de aniversário e a notícia</w:t>
      </w:r>
    </w:p>
    <w:p>
      <w:r>
        <w:t>Rubião evita Sofia, mas pede dois contos a Cristiano Palha e manda a Sofia um brilhante de aniversário. Depois do jantar, mais firme, ouve dela a explicação da carta, com uma lágrima, e a notícia de que Maria Benedita vai casar.</w:t>
      </w:r>
    </w:p>
    <w:p>
      <w:r>
        <w:rPr>
          <w:color w:val="6E6B3D"/>
        </w:rPr>
        <w:t>Capítulos CXIV a CXVIII: O noivado de Maria Benedita, Capítulo CXVI: Rubião dá os parabéns à noiva</w:t>
      </w:r>
    </w:p>
    <w:p>
      <w:r>
        <w:t>Rubião percebe que o noivo de Maria Benedita é Carlos Maria, e que tomara uma pessoa por outra. Já planeja carruagem e presente, dá os parabéns à moça, que cora de contentamento, e a olha sair como quem vê uma filha.</w:t>
      </w:r>
    </w:p>
    <w:p>
      <w:r>
        <w:rPr>
          <w:color w:val="6E6B3D"/>
        </w:rPr>
        <w:t>Capítulos CXIV a CXVIII: O noivado de Maria Benedita, Capítulo CXVII: O charuto e o Padre Chagas</w:t>
      </w:r>
    </w:p>
    <w:p>
      <w:r>
        <w:t>O narrador promete a história curta do casamento de Maria Benedita e diz que, sem a epidemia das Alagoas, talvez não houvesse casamento: as catástrofes são úteis. Conta então o caso do bêbado que pede licença para acender o charuto no incêndio da choupana.</w:t>
      </w:r>
    </w:p>
    <w:p>
      <w:r>
        <w:rPr>
          <w:color w:val="6E6B3D"/>
        </w:rPr>
        <w:t>Capítulos CXIV a CXVIII: O noivado de Maria Benedita, Capítulo CXVIII: Dona Fernanda arranja o casamento</w:t>
      </w:r>
    </w:p>
    <w:p>
      <w:r>
        <w:t>Maria Benedita ama Carlos Maria desde o baile da Rua dos Arcos e cala o segredo. Com a comissão das Alagoas, Dona Fernanda, prima dele, torna-se sua amiga e decide casá-la com o primo. Depois, na chácara, arranca-lhe a confissão sem nome: ama como se ama a Deus.</w:t>
      </w:r>
    </w:p>
    <w:p>
      <w:r>
        <w:rPr>
          <w:color w:val="6E6B3D"/>
        </w:rPr>
        <w:t>Capítulos CXIX a CXXXII: Casamento, ruptura e o major ofendido, Capítulo CXIX: Dúvida ou dívida no discurso</w:t>
      </w:r>
    </w:p>
    <w:p>
      <w:r>
        <w:t>Teófilo, marido de Dona Fernanda, chega arrasado: o jornal trocou dúvida por dívida em seu discurso. Consolado, adivinha que Maria Benedita gosta de Carlos Maria.</w:t>
      </w:r>
    </w:p>
    <w:p>
      <w:r>
        <w:rPr>
          <w:color w:val="6E6B3D"/>
        </w:rPr>
        <w:t>Capítulos CXIX a CXXXII: Casamento, ruptura e o major ofendido, Capítulo CXX: A confidência na saída da missa</w:t>
      </w:r>
    </w:p>
    <w:p>
      <w:r>
        <w:t>Na saída da missa, Dona Fernanda conta ao primo Carlos Maria que alguém o adora em segredo e, por fim, diz que é Maria Benedita. A prevenção dele vira simpatia, e nasce o namoro.</w:t>
      </w:r>
    </w:p>
    <w:p>
      <w:r>
        <w:rPr>
          <w:b/>
          <w:color w:val="7C2416"/>
        </w:rPr>
        <w:t xml:space="preserve">2.2  </w:t>
      </w:r>
      <w:r>
        <w:rPr>
          <w:b/>
        </w:rPr>
        <w:t>Temas da semana: Loucura, Dinheiro e riqueza, Aparência e realidade, Desejo, Lealdade e traição, Ambição.</w:t>
      </w:r>
    </w:p>
    <w:p>
      <w:r>
        <w:rPr>
          <w:b/>
          <w:color w:val="7C2416"/>
        </w:rPr>
        <w:t xml:space="preserve">2.3  </w:t>
      </w:r>
      <w:r>
        <w:rPr>
          <w:b/>
        </w:rPr>
        <w:t>o narrador, Capítulos LVIII a LXVII: A Atalaia, o salvamento e Maria Benedita.</w:t>
      </w:r>
    </w:p>
    <w:p>
      <w:r>
        <w:t>Rubião tinha arrancado um menino da frente de um carro, ferido a mão e recebido os agradecimentos da vizinhança. Depois, vê o próprio nome na Atalaia, o jornal de Camacho, com a notícia do salvamento. Irrita-se, depois se lisonjeia. Recebe cumprimentos, ouve outros contarem as suas proezas, e cada gloriazinha oculta bota a cabeça de fora em torno da glória máxima dele. Vai agradecer a Camacho, não sem alguma censura pelo abuso de confiança, mas uma censura mole, ao canto da boca. Termina comprando exemplares para os amigos de Barbacena e fazendo reimprimir a notícia no Jornal do Comércio.</w:t>
      </w:r>
    </w:p>
    <w:p>
      <w:r>
        <w:t>A censura mole é o ponto de virada do capítulo. Rubião começa vexado, porque não pediu que o expusessem, e termina como o maior divulgador de si mesmo. O que o faz mudar de ideia é o gosto da glória, e o narrador não precisa dizer mais nada: a repreensão que sai da boca dele é só um cumprimento mal disfarçado.</w:t>
      </w:r>
    </w:p>
    <w:p>
      <w:r>
        <w:t>O episódio mostra como a Atalaia transforma uma boa ação instintiva em capital político. Rubião se atira aos cavalos sem pensar, e Camacho publica uma coluna inteira sobre um arranhão. O resultado é que o herói do dia deixa de ser um homem que salvou uma criança e passa a ser um futuro candidato com nome nos jornais: o elogio alimenta a ambição que Camacho já lhe acendera. Pode-se ler a frase como um sinal do que a ambição fará dele: um homem que critica quem o expõe e ao mesmo tempo corre a comprar os exemplares, e que só se dá conta do quanto gosta de ser visto depois que já foi.</w:t>
      </w:r>
    </w:p>
    <w:p>
      <w:r>
        <w:rPr>
          <w:b/>
          <w:color w:val="7C2416"/>
        </w:rPr>
        <w:t xml:space="preserve">2.4  </w:t>
      </w:r>
      <w:r>
        <w:rPr>
          <w:b/>
        </w:rPr>
        <w:t>o narrador, Capítulos CXIX a CXXXII: Casamento, ruptura e o major ofendido.</w:t>
      </w:r>
    </w:p>
    <w:p>
      <w:r>
        <w:t>Na saída da missa, Dona Fernanda conta ao primo Carlos Maria que alguém o adora em segredo, e só no fim diz que é Maria Benedita. Ele, que achava a moça fria, passa da prevenção à simpatia, e nasce o namoro. Enquanto a prima fala de casas, de bailes e de colégios, ele nem a escuta: pensa na devota incógnita. O narrador registra o pensamento com uma frase de ironia evangélica: que bom que era sentir-se um deus adorado, e adorado à maneira do Evangelho, no aposento, de porta fechada, em secreto, e não nas sinagogas, à vista de todos.</w:t>
      </w:r>
    </w:p>
    <w:p>
      <w:r>
        <w:t>A frase sugere o que Carlos Maria sente: não afeto por Maria Benedita, mas gosto de ser adorado. Pode-se ler que o que o seduz não é a pessoa, é a posição de deus, e isso ajudaria a explicar a velocidade da mudança: o que ele achava frio vira simpatia assim que ele sabe que é objeto de culto.</w:t>
      </w:r>
    </w:p>
    <w:p>
      <w:r>
        <w:t>A passagem completa o retrato de narcisismo do personagem. Já na cena do baile o narrador dissera que ele tinha a adoração de si mesmo, e agora lhe dá a oportunidade de ser adorado de verdade por alguém que ele mal conhece. O casamento que nasce dessa vaidade vai ter, na janela de cada um dos noivos, o mesmo quadro visto de lados opostos: ele se imagina fazendo a mulher feliz, ela se imagina ajoelhada aos pés dele. Pode-se ler a frase como a origem do casamento e, também, como o aviso do desfecho: um deus não precisa corresponder a quem o adora, basta que o adorem.</w:t>
      </w:r>
    </w:p>
    <w:p>
      <w:r>
        <w:rPr>
          <w:b/>
          <w:color w:val="7C2416"/>
        </w:rPr>
        <w:t xml:space="preserve">2.5  </w:t>
      </w:r>
      <w:r>
        <w:rPr>
          <w:b/>
        </w:rPr>
        <w:t>C.</w:t>
      </w:r>
    </w:p>
    <w:p>
      <w:r>
        <w:t>O narrador diz que o olhar foi como um bilhete de visita trocado entre as duas consciências: nenhuma disse o seu segredo, mas viram os nomes no cartão e se cumprimentaram. Os dois concluem, sem palavra, que é preciso impedir que Rubião saia da Corte, pois Minas podia retê-lo. A pergunta é o que dois homens que se entendem assim querem de um terceiro.</w:t>
      </w:r>
    </w:p>
    <w:p>
      <w:r>
        <w:rPr>
          <w:b/>
          <w:color w:val="7C2416"/>
        </w:rPr>
        <w:t xml:space="preserve">2.6  </w:t>
      </w:r>
      <w:r>
        <w:rPr>
          <w:b/>
        </w:rPr>
        <w:t>D.</w:t>
      </w:r>
    </w:p>
    <w:p>
      <w:r>
        <w:t>Palha diz que, por mais supérfluas, as prendas são o mínimo de uma educação de sala, lembra a D. Maria Augusta que ela não viverá sempre e que os negócios dela andam atrapalhados, e conclui que Maria Benedita, bonita e de raras qualidades, pode achar marido rico. O estado dos negócios da tia e a ideia de um genro abastado fizeram mais que outras razões. Importa porque o casamento da moça vira assunto de todos.</w:t>
      </w:r>
    </w:p>
    <w:p>
      <w:r>
        <w:rPr>
          <w:b/>
          <w:color w:val="7C2416"/>
        </w:rPr>
        <w:t xml:space="preserve">2.7  </w:t>
      </w:r>
      <w:r>
        <w:rPr>
          <w:b/>
        </w:rPr>
        <w:t>A.</w:t>
      </w:r>
    </w:p>
    <w:p>
      <w:r>
        <w:t>O narrador diz que Sofia não pôde soltar o nome de Rubião, embora já houvesse dito ao marido que o propusera, o que era mentira. Pergunta se seriam ciúmes e responde que seria singular uma mulher que não ama aquele homem não querer dá-lo de noivo à prima, mas a natureza é capaz de tudo: inventou o ciúme de Otelo e podia inventar o de quem não quer ceder o que não quer possuir. O texto descreve, e não decide.</w:t>
      </w:r>
    </w:p>
    <w:p>
      <w:r>
        <w:rPr>
          <w:b/>
          <w:color w:val="7C2416"/>
        </w:rPr>
        <w:t xml:space="preserve">2.8  </w:t>
      </w:r>
      <w:r>
        <w:rPr>
          <w:b/>
        </w:rPr>
        <w:t>A.</w:t>
      </w:r>
    </w:p>
    <w:p>
      <w:r>
        <w:t>Rubião tenta esquecer a história do cocheiro, arrumando papéis, lendo ou brincando com o cão, mas a visão o persegue: imagina a dama entrando por uma porta da Rua da Harmonia e chega a se ver apertando o gasnate da costureira. A razão lhe diz que há muitas senhoras de boa figura, mas o efeito dura pouco. Essa suspeita é o motor dos capítulos seguintes: ele vai procurá-la em Dondon, na carta achada no jardim e no rosto de Sofia.</w:t>
      </w:r>
    </w:p>
    <w:p>
      <w:r>
        <w:rPr>
          <w:b/>
          <w:color w:val="7C2416"/>
        </w:rPr>
        <w:t xml:space="preserve">2.9  </w:t>
      </w:r>
      <w:r>
        <w:rPr>
          <w:b/>
        </w:rPr>
        <w:t>B.</w:t>
      </w:r>
    </w:p>
    <w:p>
      <w:r>
        <w:t>Rubião diz que não esqueceu a viagem no trem de ferro, quando vinham os dois, com o marido dela no meio, e que desde aquele dia ela o prendeu. Reclama que ela não o despede nem o aceita e o anima com os bonitos modos, quando podia desenganá-lo logo.</w:t>
      </w:r>
    </w:p>
    <w:p>
      <w:pPr>
        <w:pStyle w:val="Heading1"/>
      </w:pPr>
      <w:r>
        <w:rPr>
          <w:color w:val="7C2416"/>
        </w:rPr>
        <w:t>Semana 3</w:t>
      </w:r>
    </w:p>
    <w:p>
      <w:r>
        <w:rPr>
          <w:b/>
          <w:color w:val="7C2416"/>
        </w:rPr>
        <w:t xml:space="preserve">3.1  </w:t>
      </w:r>
      <w:r>
        <w:rPr>
          <w:b/>
        </w:rPr>
        <w:t>O que aconteceu.</w:t>
      </w:r>
    </w:p>
    <w:p>
      <w:r>
        <w:rPr>
          <w:color w:val="6E6B3D"/>
        </w:rPr>
        <w:t>Capítulos CXIX a CXXXII: Casamento, ruptura e o major ofendido, Capítulo CXXI: Rubião confia na lágrima de Sofia</w:t>
      </w:r>
    </w:p>
    <w:p>
      <w:r>
        <w:t>Rubião se tranquiliza com o casamento, atribui ao acaso as olhadas de Sofia e se agarra à lágrima dela. O narrador avisa: há delitos virtuais que dormem.</w:t>
      </w:r>
    </w:p>
    <w:p>
      <w:r>
        <w:rPr>
          <w:color w:val="6E6B3D"/>
        </w:rPr>
        <w:t>Capítulos CXIX a CXXXII: Casamento, ruptura e o major ofendido, Capítulo CXXII: Carlos Maria a cavalo, noivo</w:t>
      </w:r>
    </w:p>
    <w:p>
      <w:r>
        <w:t>Na manhã do casamento, Carlos Maria passeia a cavalo e vê na natureza a homenagem nupcial. Um papagaio interrompe, e ele se imagina fazendo a mulher feliz.</w:t>
      </w:r>
    </w:p>
    <w:p>
      <w:r>
        <w:rPr>
          <w:color w:val="6E6B3D"/>
        </w:rPr>
        <w:t>Capítulos CXIX a CXXXII: Casamento, ruptura e o major ofendido, Capítulo CXXIII: O mesmo quadro na janela da noiva</w:t>
      </w:r>
    </w:p>
    <w:p>
      <w:r>
        <w:t>À janela, diante das ondas, Maria Benedita se vê ajoelhada aos pés do marido e pensa que ele a fará feliz: mesmo quadro do noivo, outro pensamento.</w:t>
      </w:r>
    </w:p>
    <w:p>
      <w:r>
        <w:rPr>
          <w:color w:val="6E6B3D"/>
        </w:rPr>
        <w:t>Capítulos CXIX a CXXXII: Casamento, ruptura e o major ofendido, Capítulo CXXIV: Despedida no paquete</w:t>
      </w:r>
    </w:p>
    <w:p>
      <w:r>
        <w:t>Os noivos casam e, três meses depois, partem para a Europa. Dona Fernanda os despede sem chorar, contente de os ver felizes.</w:t>
      </w:r>
    </w:p>
    <w:p>
      <w:r>
        <w:rPr>
          <w:color w:val="6E6B3D"/>
        </w:rPr>
        <w:t>Capítulos CXIX a CXXXII: Casamento, ruptura e o major ofendido, Capítulo CXXV: Sofia doente, entre lembranças</w:t>
      </w:r>
    </w:p>
    <w:p>
      <w:r>
        <w:t>Sofia finge-se doente e não vai a bordo. No quarto, entre presentes de Rubião, recorda a frase dele sobre fazê-la imperatriz e lê numa página de romance a frase de que ele merece ser amado, e se perde em si mesma.</w:t>
      </w:r>
    </w:p>
    <w:p>
      <w:r>
        <w:rPr>
          <w:color w:val="6E6B3D"/>
        </w:rPr>
        <w:t>Capítulos CXIX a CXXXII: Casamento, ruptura e o major ofendido, Capítulo CXXVI: Palha pede conversa</w:t>
      </w:r>
    </w:p>
    <w:p>
      <w:r>
        <w:t>Rubião e Cristiano Palha voltam do paquete cuidosos e calados. Palha diz que há tempos quer falar-lhe de coisa importante.</w:t>
      </w:r>
    </w:p>
    <w:p>
      <w:r>
        <w:rPr>
          <w:color w:val="6E6B3D"/>
        </w:rPr>
        <w:t>Capítulos CXIX a CXXXII: Casamento, ruptura e o major ofendido, Capítulo CXXVII: Rubião navega de cor</w:t>
      </w:r>
    </w:p>
    <w:p>
      <w:r>
        <w:t>Na primeira vez que entra num paquete, Rubião, sem noções de geografia, imagina o mar e os países além da barra e viaja de cor.</w:t>
      </w:r>
    </w:p>
    <w:p>
      <w:r>
        <w:rPr>
          <w:color w:val="6E6B3D"/>
        </w:rPr>
        <w:t>Capítulos CXIX a CXXXII: Casamento, ruptura e o major ofendido, Capítulo CXXVIII: Palha propõe separar a sociedade</w:t>
      </w:r>
    </w:p>
    <w:p>
      <w:r>
        <w:t>Cristiano Palha, apoiado em Camacho, diz que vai liquidar o negócio para dirigir um banco e quer desfazer a sociedade já. Rubião pergunta se há motivo oculto, e aceita a razão.</w:t>
      </w:r>
    </w:p>
    <w:p>
      <w:r>
        <w:rPr>
          <w:color w:val="6E6B3D"/>
        </w:rPr>
        <w:t>Capítulos CXIX a CXXXII: Casamento, ruptura e o major ofendido, Capítulo CXXIX: O banco que não existia</w:t>
      </w:r>
    </w:p>
    <w:p>
      <w:r>
        <w:t>O narrador revela que não havia banco: Palha inventou a razão porque a verdade não serviria. Prospera com ações, apólices e fornecimentos de guerra e já pensa em palacete e baronia.</w:t>
      </w:r>
    </w:p>
    <w:p>
      <w:r>
        <w:rPr>
          <w:color w:val="6E6B3D"/>
        </w:rPr>
        <w:t>Capítulos CXIX a CXXXII: Casamento, ruptura e o major ofendido, Capítulo CXXX: O major se queixa dos Palha</w:t>
      </w:r>
    </w:p>
    <w:p>
      <w:r>
        <w:t>Na Rua dos Barbonos, o Major Siqueira se queixa de que os Palha não o convidaram ao aniversário nem ao casamento. Rubião fala em confusão, e D. Tônica tenta amenizar.</w:t>
      </w:r>
    </w:p>
    <w:p>
      <w:r>
        <w:rPr>
          <w:color w:val="6E6B3D"/>
        </w:rPr>
        <w:t>Capítulos CXIX a CXXXII: Casamento, ruptura e o major ofendido, Capítulo CXXXI: Jantar prometido, sem convite</w:t>
      </w:r>
    </w:p>
    <w:p>
      <w:r>
        <w:t>Rubião trata pai e filha com simpatia, evita defender os Palha e promete jantar sem convite. D. Tônica o vê sair da janela.</w:t>
      </w:r>
    </w:p>
    <w:p>
      <w:r>
        <w:rPr>
          <w:color w:val="6E6B3D"/>
        </w:rPr>
        <w:t>Capítulos CXIX a CXXXII: Casamento, ruptura e o major ofendido, Capítulo CXXXII: Conservas e o vestido adiado</w:t>
      </w:r>
    </w:p>
    <w:p>
      <w:r>
        <w:t>Rubião sai, e D. Tônica propõe comprar conservas para o jantar dele com o dinheiro do vestido, que adia. O pai relê o único romance da casa.</w:t>
      </w:r>
    </w:p>
    <w:p>
      <w:r>
        <w:rPr>
          <w:color w:val="6E6B3D"/>
        </w:rPr>
        <w:t>Capítulos CXXXIII a CXLVII: Comensais, Tijuca e barba imperial, Capítulo CXXXIII: A lenda e os comensais</w:t>
      </w:r>
    </w:p>
    <w:p>
      <w:r>
        <w:t>A lenda de Rubião, ricaço e discípulo de filósofo, atrai comensais, que lhe devem dinheiro e jantam às seis em ponto, com ou sem o dono.</w:t>
      </w:r>
    </w:p>
    <w:p>
      <w:r>
        <w:rPr>
          <w:color w:val="6E6B3D"/>
        </w:rPr>
        <w:t>Capítulos CXXXIII a CXLVII: Comensais, Tijuca e barba imperial, Capítulo CXXXIV: Charutos e os dois bustos</w:t>
      </w:r>
    </w:p>
    <w:p>
      <w:r>
        <w:t>Sem o dono em casa, os convivas vão ao gabinete pegar charutos e encontram sobre a secretária os bustos de Napoleão I e Napoleão III.</w:t>
      </w:r>
    </w:p>
    <w:p>
      <w:r>
        <w:rPr>
          <w:color w:val="6E6B3D"/>
        </w:rPr>
        <w:t>Capítulos CXXXIII a CXLVII: Comensais, Tijuca e barba imperial, Capítulo CXXXV: Protetor das letras</w:t>
      </w:r>
    </w:p>
    <w:p>
      <w:r>
        <w:t>Rubião protege as letras, paga duas sociedades rivais, uma católica e uma protestante, sem notar, e assina jornais sem lê-los.</w:t>
      </w:r>
    </w:p>
    <w:p>
      <w:r>
        <w:rPr>
          <w:color w:val="6E6B3D"/>
        </w:rPr>
        <w:t>Capítulos CXXXIII a CXLVII: Comensais, Tijuca e barba imperial, Capítulo CXXXVI: O cobrador</w:t>
      </w:r>
    </w:p>
    <w:p>
      <w:r>
        <w:t>O cobrador recebe o semestre e comenta na rua que aquele homem detesta a folha e paga, enquanto tantos a adoram e não pagam.</w:t>
      </w:r>
    </w:p>
    <w:p>
      <w:r>
        <w:rPr>
          <w:color w:val="6E6B3D"/>
        </w:rPr>
        <w:t>Capítulos CXXXIII a CXLVII: Comensais, Tijuca e barba imperial, Capítulo CXXXVII: Visões na loja do Bernardo</w:t>
      </w:r>
    </w:p>
    <w:p>
      <w:r>
        <w:t>Sentado na loja do Bernardo, Rubião gasta as manhãs em visões deliciosas. Uma vez levanta-se para ver alguém que não existe e reconhece a ilusão.</w:t>
      </w:r>
    </w:p>
    <w:p>
      <w:r>
        <w:rPr>
          <w:color w:val="6E6B3D"/>
        </w:rPr>
        <w:t>Capítulos CXXXIII a CXLVII: Comensais, Tijuca e barba imperial, Capítulo CXXXVIII: Sofia depura as amizades</w:t>
      </w:r>
    </w:p>
    <w:p>
      <w:r>
        <w:t>Sofia, louvada pela imprensa, corrige o marido servil e corta as amizades modestas, até passar pelos velhos conhecidos de olhar desviado.</w:t>
      </w:r>
    </w:p>
    <w:p>
      <w:r>
        <w:rPr>
          <w:color w:val="6E6B3D"/>
        </w:rPr>
        <w:t>Capítulos CXXXIII a CXLVII: Comensais, Tijuca e barba imperial, Capítulo CXXXIX: O convite à Tijuca</w:t>
      </w:r>
    </w:p>
    <w:p>
      <w:r>
        <w:t>Rubião convida Sofia à Tijuca, só os dois. Ela adia para o domingo seguinte e imagina o passeio a cavalo, com um beijo na nuca.</w:t>
      </w:r>
    </w:p>
    <w:p>
      <w:r>
        <w:rPr>
          <w:color w:val="6E6B3D"/>
        </w:rPr>
        <w:t>Capítulos CXXXIII a CXLVII: Comensais, Tijuca e barba imperial, Capítulo CXL: O corcel da imaginação</w:t>
      </w:r>
    </w:p>
    <w:p>
      <w:r>
        <w:t>A imaginação de Sofia é comparada a um corcel que galga morros e volta à cavalariça.</w:t>
      </w:r>
    </w:p>
    <w:p>
      <w:r>
        <w:rPr>
          <w:color w:val="6E6B3D"/>
        </w:rPr>
        <w:t>Capítulos CXXXIII a CXLVII: Comensais, Tijuca e barba imperial, Capítulo CXLI: As rosas do jardim</w:t>
      </w:r>
    </w:p>
    <w:p>
      <w:r>
        <w:t>Esfriado o ardor, Sofia adia o passeio, atira as linhas na cestinha que Rubião lhe dera e ouve de duas rosas que a culpa é dela.</w:t>
      </w:r>
    </w:p>
    <w:p>
      <w:r>
        <w:rPr>
          <w:color w:val="6E6B3D"/>
        </w:rPr>
        <w:t>Capítulos CXXXIII a CXLVII: Comensais, Tijuca e barba imperial, Capítulo CXLII: Conversar com os botões</w:t>
      </w:r>
    </w:p>
    <w:p>
      <w:r>
        <w:t>Sofia ouve outras plantas e recebe a mesma resposta; o narrador diz que conversar com os botões tem sentido real.</w:t>
      </w:r>
    </w:p>
    <w:p>
      <w:r>
        <w:rPr>
          <w:color w:val="6E6B3D"/>
        </w:rPr>
        <w:t>Capítulos CXXXIII a CXLVII: Comensais, Tijuca e barba imperial, Capítulo CXLIII: A queda do cavalo</w:t>
      </w:r>
    </w:p>
    <w:p>
      <w:r>
        <w:t>No passeio à Tijuca, os três vão juntos. Na descida, Sofia, distraída, chicoteia o cavalo com raiva e cai de amazona.</w:t>
      </w:r>
    </w:p>
    <w:p>
      <w:r>
        <w:rPr>
          <w:color w:val="6E6B3D"/>
        </w:rPr>
        <w:t>Capítulos CXXXIII a CXLVII: Comensais, Tijuca e barba imperial, Capítulo CXLIV: O joelho e o juramento</w:t>
      </w:r>
    </w:p>
    <w:p>
      <w:r>
        <w:t>Em casa, Sofia mostra o joelho pisado ao marido e quer jurar que nada se viu. Cristiano Palha jura e brinca com a perna dela.</w:t>
      </w:r>
    </w:p>
    <w:p>
      <w:r>
        <w:rPr>
          <w:color w:val="6E6B3D"/>
        </w:rPr>
        <w:t>Capítulos CXXXIII a CXLVII: Comensais, Tijuca e barba imperial, Capítulo CXLV: O barbeiro Lucien</w:t>
      </w:r>
    </w:p>
    <w:p>
      <w:r>
        <w:t>Em janeiro de 1870, Rubião chama o barbeiro Lucien e, em marcha para a lua, nem o vê chegar ao gabinete dos Napoleões.</w:t>
      </w:r>
    </w:p>
    <w:p>
      <w:r>
        <w:rPr>
          <w:color w:val="6E6B3D"/>
        </w:rPr>
        <w:t>Capítulos CXXXIII a CXLVII: Comensais, Tijuca e barba imperial, Capítulo CXLVI: A barba de Napoleão III</w:t>
      </w:r>
    </w:p>
    <w:p>
      <w:r>
        <w:t>Lucien deixa a Rubião só a pêra e os bigodes, copiando o busto de Napoleão III. Rubião, satisfeito, paga vinte mil-réis sem troco.</w:t>
      </w:r>
    </w:p>
    <w:p>
      <w:r>
        <w:rPr>
          <w:color w:val="6E6B3D"/>
        </w:rPr>
        <w:t>Capítulos CXXXIII a CXLVII: Comensais, Tijuca e barba imperial, Capítulo CXLVII: Rumo à lua, por Compiègne</w:t>
      </w:r>
    </w:p>
    <w:p>
      <w:r>
        <w:t>Sozinho, Rubião se imagina em Compiègne, governando e ouvindo ministros. Nem os ganidos do Quincas Borba (cão) o despertam.</w:t>
      </w:r>
    </w:p>
    <w:p>
      <w:r>
        <w:rPr>
          <w:color w:val="6E6B3D"/>
        </w:rPr>
        <w:t>Capítulos CXLVIII a CLIX: O delírio no coupé de Sofia, Capítulo CXLVIII: Rubião sem barba e o imperador</w:t>
      </w:r>
    </w:p>
    <w:p>
      <w:r>
        <w:t>Descido da lua, Rubião vê-se de rosto novo, e todos o aprovam. Só Camacho defende que não se altera o rosto. Rubião alterna entre si mesmo e o imperador dos franceses.</w:t>
      </w:r>
    </w:p>
    <w:p>
      <w:r>
        <w:rPr>
          <w:color w:val="6E6B3D"/>
        </w:rPr>
        <w:t>Capítulos CXLVIII a CLIX: O delírio no coupé de Sofia, Capítulo CXLIX: A luva caída</w:t>
      </w:r>
    </w:p>
    <w:p>
      <w:r>
        <w:t>No fim da semana, Rubião visita Sofia para saber do joelho. Ela acha o rosto novo melhor e supõe ser a causa. Ao apanharem a luva, as caras se batem no ar, e os dois riem.</w:t>
      </w:r>
    </w:p>
    <w:p>
      <w:r>
        <w:rPr>
          <w:color w:val="6E6B3D"/>
        </w:rPr>
        <w:t>Capítulos CXLVIII a CLIX: O delírio no coupé de Sofia, Capítulo CL: Rubião entra no coupé</w:t>
      </w:r>
    </w:p>
    <w:p>
      <w:r>
        <w:t>Sofia aceita a mão de Rubião para subir ao coupé e vai dizer até logo, mas ele entra atrás e senta-se ao lado dela. O lacaio fecha a portinhola, e o carro parte.</w:t>
      </w:r>
    </w:p>
    <w:p>
      <w:r>
        <w:rPr>
          <w:color w:val="6E6B3D"/>
        </w:rPr>
        <w:t>Capítulos CXLVIII a CLIX: O delírio no coupé de Sofia, Capítulo CLI: As cortinas baixas</w:t>
      </w:r>
    </w:p>
    <w:p>
      <w:r>
        <w:t>Sofia perde a voz, pede que o carro pare, mas teme o escândalo. Na Rua Bela da Princesa, Rubião baixa as cortinas, para que ninguém os veja, e fica calado ao lado dela.</w:t>
      </w:r>
    </w:p>
    <w:p>
      <w:r>
        <w:rPr>
          <w:color w:val="6E6B3D"/>
        </w:rPr>
        <w:t>Capítulos CXLVIII a CLIX: O delírio no coupé de Sofia, Capítulo CLII: Repugnância e súplicas</w:t>
      </w:r>
    </w:p>
    <w:p>
      <w:r>
        <w:t>Sofia sente aversão, pensa em contar tudo ao marido e pede que Rubião desça, oferecendo até ajoelhar-se. Ele, tranquilo, elogia a própria mãe e os cavalos. Ela não entende por que ele entrou.</w:t>
      </w:r>
    </w:p>
    <w:p>
      <w:r>
        <w:rPr>
          <w:color w:val="6E6B3D"/>
        </w:rPr>
        <w:t>Capítulos CXLVIII a CLIX: O delírio no coupé de Sofia, Capítulo CLIII: O amante imaginário e a duquesa</w:t>
      </w:r>
    </w:p>
    <w:p>
      <w:r>
        <w:t>Rubião fala a Sofia como amante, evoca um encontro na caleça e a soleira beijada, pede que o chame de Luís. Promete título de duque ao marido dela, oferece o solitário, que ela recusa, e apeia.</w:t>
      </w:r>
    </w:p>
    <w:p>
      <w:r>
        <w:rPr>
          <w:color w:val="6E6B3D"/>
        </w:rPr>
        <w:t>Capítulos CXLVIII a CLIX: O delírio no coupé de Sofia, Capítulo CLIV: Dois contrastes na rua</w:t>
      </w:r>
    </w:p>
    <w:p>
      <w:r>
        <w:t>Separados, Rubião volta à realidade e tenta sacudir a personalidade emprestada. Sofia, passado o susto, mergulha no devaneio e imagina, com saudade, quem seria o homem da caleça.</w:t>
      </w:r>
    </w:p>
    <w:p>
      <w:r>
        <w:rPr>
          <w:color w:val="6E6B3D"/>
        </w:rPr>
        <w:t>Capítulos CXLVIII a CLIX: O delírio no coupé de Sofia, Capítulo CLV: A notícia da mania</w:t>
      </w:r>
    </w:p>
    <w:p>
      <w:r>
        <w:t>Espalha-se a notícia da mania de Rubião. Alguns testam o boato levando a conversa à França e ao imperador, e ele resvala ao abismo e os convence.</w:t>
      </w:r>
    </w:p>
    <w:p>
      <w:r>
        <w:rPr>
          <w:color w:val="6E6B3D"/>
        </w:rPr>
        <w:t>Capítulos CXLVIII a CLIX: O delírio no coupé de Sofia, Capítulo CLVI: A guerra e a mesa de Luculo</w:t>
      </w:r>
    </w:p>
    <w:p>
      <w:r>
        <w:t>Com a guerra franco-prussiana, as crises de Rubião ficam mais agudas e frequentes. Ele lê toda notícia como vitória. Os comensais, promovidos a marechais, não o contrariam, e a mesa pobre lhe parece régia.</w:t>
      </w:r>
    </w:p>
    <w:p>
      <w:r>
        <w:rPr>
          <w:color w:val="6E6B3D"/>
        </w:rPr>
        <w:t>Capítulos CXLVIII a CLIX: O delírio no coupé de Sofia, Capítulo CLVII: A compaixão de Sofia</w:t>
      </w:r>
    </w:p>
    <w:p>
      <w:r>
        <w:t>Sofia, vendo no mal de Rubião o efeito do amor por ela, sente uma compaixão feita de simpatia e egoísmo. Evita outra cena de coupé, escuta-o nas horas lúcidas e perdoa-lhe, crendo-se autora do mal.</w:t>
      </w:r>
    </w:p>
    <w:p>
      <w:r>
        <w:rPr>
          <w:color w:val="6E6B3D"/>
        </w:rPr>
        <w:t>Capítulos CXLVIII a CLIX: O delírio no coupé de Sofia, Capítulo CLVIII: A carta de Maria Benedita</w:t>
      </w:r>
    </w:p>
    <w:p>
      <w:r>
        <w:t>Dona Fernanda pergunta por que ninguém trata Rubião. Cristiano Palha minimiza, e o deputado Teófilo sugere um curador. A carta de Maria Benedita, feliz e mãe, deixa Sofia com despeito, que ela disfarça.</w:t>
      </w:r>
    </w:p>
    <w:p>
      <w:r>
        <w:rPr>
          <w:color w:val="6E6B3D"/>
        </w:rPr>
        <w:t>Capítulos CXLVIII a CLIX: O delírio no coupé de Sofia, Capítulo CLIX: A manhã chuvosa</w:t>
      </w:r>
    </w:p>
    <w:p>
      <w:r>
        <w:t>Na manhã de chuva, Sofia revolve a carta, Carlos Maria, Maria Benedita, D. Fernanda e o olhar admirado de Teófilo no vestido cor de palha. Os nomes relampejam no céu de possibilidades.</w:t>
      </w:r>
    </w:p>
    <w:p>
      <w:r>
        <w:rPr>
          <w:color w:val="6E6B3D"/>
        </w:rPr>
        <w:t>Capítulos CLX a CLXXI: Sofia recua, Rubião delira, Capítulo CLX: O sol recusa luz ao desejo de Sofia</w:t>
      </w:r>
    </w:p>
    <w:p>
      <w:r>
        <w:t>A chuva cessa e um raio de sol rompe o nevoeiro, mas o narrador faz o sol chamá-lo de volta, para não alumiar o desejo de Sofia. O céu se fecha de novo.</w:t>
      </w:r>
    </w:p>
    <w:p>
      <w:r>
        <w:rPr>
          <w:color w:val="6E6B3D"/>
        </w:rPr>
        <w:t>Capítulos CLX a CLXXI: Sofia recua, Rubião delira, Capítulo CLXI: O pesadelo de Sofia</w:t>
      </w:r>
    </w:p>
    <w:p>
      <w:r>
        <w:t>Reclusa, Sofia lê a Revista dos Dois Mundos e dorme. Sonha que Carlos Maria é morto diante dela e acorda aos gritos; Cristiano Palha se comove.</w:t>
      </w:r>
    </w:p>
    <w:p>
      <w:r>
        <w:rPr>
          <w:color w:val="6E6B3D"/>
        </w:rPr>
        <w:t>Capítulos CLX a CLXXI: Sofia recua, Rubião delira, Capítulo CLXII: O passeio que apaga os cuidados</w:t>
      </w:r>
    </w:p>
    <w:p>
      <w:r>
        <w:t>No dia seguinte, claro e quente, Sofia sai a visitas e passeio. A agitação da Rua do Ouvidor lhe espanta da alma os cuidados da véspera.</w:t>
      </w:r>
    </w:p>
    <w:p>
      <w:r>
        <w:rPr>
          <w:color w:val="6E6B3D"/>
        </w:rPr>
        <w:t>Capítulos CLX a CLXXI: Sofia recua, Rubião delira, Capítulo CLXIII: Vontade reduzida a veleidade</w:t>
      </w:r>
    </w:p>
    <w:p>
      <w:r>
        <w:t>O que parecia vontade imperiosa em Sofia vira veleidade. O narrador diz que o pecado de pensamento vira costume, com refúgio moral no corpo sem mácula.</w:t>
      </w:r>
    </w:p>
    <w:p>
      <w:r>
        <w:rPr>
          <w:color w:val="6E6B3D"/>
        </w:rPr>
        <w:t>Capítulos CLX a CLXXI: Sofia recua, Rubião delira, Capítulo CLXIV: Fuga de Rubião e insistência de Sofia</w:t>
      </w:r>
    </w:p>
    <w:p>
      <w:r>
        <w:t>Sofia foge de Rubião numa livraria e o encontra no saguão de Dona Fernanda, que acha que ele pode sarar. Cristiano Palha reclama do incômodo, mas Sofia insiste.</w:t>
      </w:r>
    </w:p>
    <w:p>
      <w:r>
        <w:rPr>
          <w:color w:val="6E6B3D"/>
        </w:rPr>
        <w:t>Capítulos CLX a CLXXI: Sofia recua, Rubião delira, Capítulo CLXV: A casa da Rua do Príncipe</w:t>
      </w:r>
    </w:p>
    <w:p>
      <w:r>
        <w:t>Cristiano Palha instala Rubião e o Quincas Borba (cão) numa casinha da Rua do Príncipe. Os amigos de Botafogo sentem a mudança como exílio e ouvem de Palha que o amigo precisa de repouso.</w:t>
      </w:r>
    </w:p>
    <w:p>
      <w:r>
        <w:rPr>
          <w:color w:val="6E6B3D"/>
        </w:rPr>
        <w:t>Capítulos CLX a CLXXI: Sofia recua, Rubião delira, Capítulo CLXVI: O abandono dos amigos</w:t>
      </w:r>
    </w:p>
    <w:p>
      <w:r>
        <w:t>Rubião nota que os amigos não o seguiram à casa nova e, nas primeiras semanas, sente-se abandonado. Procura algum mal que lhes tenha feito e não acha.</w:t>
      </w:r>
    </w:p>
    <w:p>
      <w:r>
        <w:rPr>
          <w:color w:val="6E6B3D"/>
        </w:rPr>
        <w:t>Capítulos CLX a CLXXI: Sofia recua, Rubião delira, Capítulo CLXVII: O diagnóstico do Dr. Falcão</w:t>
      </w:r>
    </w:p>
    <w:p>
      <w:r>
        <w:t>O Dr. Falcão, deputado e médico, examina Rubião a pedido de Dona Fernanda e crê que ele pode sarar. Pelo delírio, conclui que ele e Sofia se amaram, e a suspeita se volta contra Dona Fernanda.</w:t>
      </w:r>
    </w:p>
    <w:p>
      <w:r>
        <w:rPr>
          <w:color w:val="6E6B3D"/>
        </w:rPr>
        <w:t>Capítulos CLX a CLXXI: Sofia recua, Rubião delira, Capítulo CLXVIII: A desconfiança que a noite não apaga</w:t>
      </w:r>
    </w:p>
    <w:p>
      <w:r>
        <w:t>O Dr. Falcão mantém na manhã seguinte a suspeita sobre Dona Fernanda e parafraseia Hamlet: ali andou dedo de amor. Discreto, não conta a ninguém.</w:t>
      </w:r>
    </w:p>
    <w:p>
      <w:r>
        <w:rPr>
          <w:color w:val="6E6B3D"/>
        </w:rPr>
        <w:t>Capítulos CLX a CLXXI: Sofia recua, Rubião delira, Capítulo CLXIX: A volta de Carlos Maria e Maria Benedita</w:t>
      </w:r>
    </w:p>
    <w:p>
      <w:r>
        <w:t>Carlos Maria e Maria Benedita voltam ao Rio, e Dona Fernanda os leva à Tijuca. Maria Benedita diz que são felizes; Carlos Maria se irrita com a confidência.</w:t>
      </w:r>
    </w:p>
    <w:p>
      <w:r>
        <w:rPr>
          <w:color w:val="6E6B3D"/>
        </w:rPr>
        <w:t>Capítulos CLX a CLXXI: Sofia recua, Rubião delira, Capítulo CLXX: O sorriso pálido e o perdão</w:t>
      </w:r>
    </w:p>
    <w:p>
      <w:r>
        <w:t>A sós, Maria Benedita pergunta o que o marido tem, e Carlos Maria só sorri. Ela se culpa pela tagarelice e promete ser menos expansiva; ele a absolve com um gesto.</w:t>
      </w:r>
    </w:p>
    <w:p>
      <w:r>
        <w:rPr>
          <w:color w:val="6E6B3D"/>
        </w:rPr>
        <w:t>Capítulos CLX a CLXXI: Sofia recua, Rubião delira, Capítulo CLXXI: Rubião invade a sala do casal</w:t>
      </w:r>
    </w:p>
    <w:p>
      <w:r>
        <w:t>Rubião aparece na varanda, anuncia a queda do Ministério e oferece uma pasta a Carlos Maria. Sai gesticulando pelo jardim, e Maria Benedita não contém o riso.</w:t>
      </w:r>
    </w:p>
    <w:p>
      <w:r>
        <w:rPr>
          <w:color w:val="6E6B3D"/>
        </w:rPr>
        <w:t>Capítulos CLXXII a CLXXXI: Teófilo, o Ministério e o abandono, Capítulo CLXXII: A queda do Ministério e o primo Teófilo</w:t>
      </w:r>
    </w:p>
    <w:p>
      <w:r>
        <w:t>Maria Benedita lembra ao marido que o primo Teófilo pode entrar no novo Ministério e comenta que Rubião, parado na rua, olha para cima, à espera de condução.</w:t>
      </w:r>
    </w:p>
    <w:p>
      <w:r>
        <w:rPr>
          <w:color w:val="6E6B3D"/>
        </w:rPr>
        <w:t>Capítulos CLXXII a CLXXXI: Teófilo, o Ministério e o abandono, Capítulo CLXXIII: Ministro ou ordenança</w:t>
      </w:r>
    </w:p>
    <w:p>
      <w:r>
        <w:t>Carlos Maria pede à mulher que confesse que o adoraria mesmo como ordenança de ministro e lhe pergunta, sem explicar, se queria ser rainha-mãe da Suécia. Depois volta à revista inglesa e à estatueta de Narciso.</w:t>
      </w:r>
    </w:p>
    <w:p>
      <w:r>
        <w:rPr>
          <w:color w:val="6E6B3D"/>
        </w:rPr>
        <w:t>Capítulos CLXXII a CLXXXI: Teófilo, o Ministério e o abandono, Capítulo CLXXIV: Rubião barrado e Teófilo abatido</w:t>
      </w:r>
    </w:p>
    <w:p>
      <w:r>
        <w:t>Rubião não sobe à casa de Dona Fernanda: o criado diz que ela está doente, mas é Teófilo quem chegou abatido, deixado de fora das combinações do novo Ministério. Embaixo, a criadagem conjetura.</w:t>
      </w:r>
    </w:p>
    <w:p>
      <w:r>
        <w:rPr>
          <w:color w:val="6E6B3D"/>
        </w:rPr>
        <w:t>Capítulos CLXXII a CLXXXI: Teófilo, o Ministério e o abandono, Capítulo CLXXV: O gabinete de trabalho</w:t>
      </w:r>
    </w:p>
    <w:p>
      <w:r>
        <w:t>Teófilo desabafa contra a intriga e mostra a Dona Fernanda o gabinete de papéis, onde pergunta de que vale tanto esforço. Ela propõe uma viagem à Europa; ele recusa, mas se anima com a ideia de colheita futura.</w:t>
      </w:r>
    </w:p>
    <w:p>
      <w:r>
        <w:rPr>
          <w:color w:val="6E6B3D"/>
        </w:rPr>
        <w:t>Capítulos CLXXII a CLXXXI: Teófilo, o Ministério e o abandono, Capítulo CLXXVI: A carta do presidente do conselho</w:t>
      </w:r>
    </w:p>
    <w:p>
      <w:r>
        <w:t>Ao almoço, Teófilo recebe por uma ordenança a carta do presidente do conselho, que o convoca para as duas da tarde. Apesar de o gabinete estar completo, as borboletas da esperança voltam a volear diante dele.</w:t>
      </w:r>
    </w:p>
    <w:p>
      <w:r>
        <w:rPr>
          <w:color w:val="6E6B3D"/>
        </w:rPr>
        <w:t>Capítulos CLXXII a CLXXXI: Teófilo, o Ministério e o abandono, Capítulo CLXXVII: A presidência de primeira ordem</w:t>
      </w:r>
    </w:p>
    <w:p>
      <w:r>
        <w:t>Teófilo volta satisfeito: o marquês lhe pediu que aceite uma presidência de primeira ordem e assuma a chefia da maioria na Câmara. Dona Fernanda concorda que ele não podia recusar e o casal prepara a trouxa.</w:t>
      </w:r>
    </w:p>
    <w:p>
      <w:r>
        <w:rPr>
          <w:color w:val="6E6B3D"/>
        </w:rPr>
        <w:t>Capítulos CLXXII a CLXXXI: Teófilo, o Ministério e o abandono, Capítulo CLXXVIII: A despedida dos livros</w:t>
      </w:r>
    </w:p>
    <w:p>
      <w:r>
        <w:t>Dona Fernanda fica no Rio com o filho, separada do marido por quatro meses. Teófilo se despede do gabinete como de santos e amigos, e ela, que promete espanar os livros, sente-se venturosa.</w:t>
      </w:r>
    </w:p>
    <w:p>
      <w:r>
        <w:rPr>
          <w:color w:val="6E6B3D"/>
        </w:rPr>
        <w:t>Capítulos CLXXII a CLXXXI: Teófilo, o Ministério e o abandono, Capítulo CLXXIX: Rubião, o cão e a frieza de Camacho</w:t>
      </w:r>
    </w:p>
    <w:p>
      <w:r>
        <w:t>Sem notícia de Dona Fernanda, Rubião vive entre o Quincas Borba (cão) e um criado a quem ele dá o título de marquês. Quando volta do delírio, procura os amigos, mas Camacho o recebe com frieza, e ele se retira magoado.</w:t>
      </w:r>
    </w:p>
    <w:p>
      <w:r>
        <w:rPr>
          <w:color w:val="6E6B3D"/>
        </w:rPr>
        <w:t>Capítulos CLXXII a CLXXXI: Teófilo, o Ministério e o abandono, Capítulo CLXXX: O noivado de Dona Tônica</w:t>
      </w:r>
    </w:p>
    <w:p>
      <w:r>
        <w:t>Rubião encontra o Major Siqueira e vai com ele à nova casa, nos Cajueiros. O major anuncia o noivado de Dona Tônica com Rodrigues, viúvo e empregado do Ministério da Guerra, e ela, esquecida de Rubião, já sonha com um filho.</w:t>
      </w:r>
    </w:p>
    <w:p>
      <w:r>
        <w:rPr>
          <w:color w:val="6E6B3D"/>
        </w:rPr>
        <w:t>Capítulos CLXXII a CLXXXI: Teófilo, o Ministério e o abandono, Capítulo CLXXXI: O coche no Campo e a primeira rosa de verão</w:t>
      </w:r>
    </w:p>
    <w:p>
      <w:r>
        <w:t>Durante o discurso do major sobre a batalha de Monte-Caseros, Rubião aplaude e promete condecoração ao major, e depois uma fitinha para a casaca do genro. O major o conduz à porta, sem violência mas tenaz, com a história de um coche no Campo, e Rodrigues chega, bem recebido por Dona Tônica.</w:t>
      </w:r>
    </w:p>
    <w:p>
      <w:r>
        <w:rPr>
          <w:color w:val="6E6B3D"/>
        </w:rPr>
        <w:t>Capítulos CLXXXII a CCI: Loucura, abandono e a morte de Rubião, Capítulo CLXXXII: O imperador na Rua da Ajuda</w:t>
      </w:r>
    </w:p>
    <w:p>
      <w:r>
        <w:t>Rubião passa gesticulando para uma imperatriz invisível, seguido por moleques que gritam "Ó gira!". A mãe arranca o pequeno Deolindo do grupo.</w:t>
      </w:r>
    </w:p>
    <w:p>
      <w:r>
        <w:rPr>
          <w:color w:val="6E6B3D"/>
        </w:rPr>
        <w:t>Capítulos CLXXXII a CCI: Loucura, abandono e a morte de Rubião, Capítulo CLXXXIII: O menino salvo e o salvador</w:t>
      </w:r>
    </w:p>
    <w:p>
      <w:r>
        <w:t>O pai de Deolindo reconhece no louco o homem que salvou o filho sob um carro. A mãe se culpa pela zombaria do menino.</w:t>
      </w:r>
    </w:p>
    <w:p>
      <w:r>
        <w:rPr>
          <w:color w:val="6E6B3D"/>
        </w:rPr>
        <w:t>Capítulos CLXXXII a CCI: Loucura, abandono e a morte de Rubião, Capítulo CLXXXIV: A rua vira palácio</w:t>
      </w:r>
    </w:p>
    <w:p>
      <w:r>
        <w:t>Rubião chega à casa de Dona Fernanda ainda imperador, com a rua feita paço. Quem o vê esquece a própria miséria por um instante.</w:t>
      </w:r>
    </w:p>
    <w:p>
      <w:r>
        <w:rPr>
          <w:color w:val="6E6B3D"/>
        </w:rPr>
        <w:t>Capítulos CLXXXII a CCI: Loucura, abandono e a morte de Rubião, Capítulo CLXXXV: Rubião vai para a casa de saúde</w:t>
      </w:r>
    </w:p>
    <w:p>
      <w:r>
        <w:t>Cumprindo enfim a promessa que tardava, Cristiano Palha e o Dr. Falcão internam Rubião numa casa de saúde, e ele os convida para uma revista militar.</w:t>
      </w:r>
    </w:p>
    <w:p>
      <w:r>
        <w:rPr>
          <w:color w:val="6E6B3D"/>
        </w:rPr>
        <w:t>Capítulos CLXXXII a CCI: Loucura, abandono e a morte de Rubião, Capítulo CLXXXVI: O palpite do Dr. Falcão</w:t>
      </w:r>
    </w:p>
    <w:p>
      <w:r>
        <w:t>Ao sair, o Dr. Falcão conclui que Rubião foi amante da mulher de Palha.</w:t>
      </w:r>
    </w:p>
    <w:p>
      <w:r>
        <w:rPr>
          <w:color w:val="6E6B3D"/>
        </w:rPr>
        <w:t>Capítulos CLXXXII a CCI: Loucura, abandono e a morte de Rubião, Capítulo CLXXXVII: O cão trancado em casa</w:t>
      </w:r>
    </w:p>
    <w:p>
      <w:r>
        <w:t>O Quincas Borba (cão) tenta seguir o dono e é trancado pelo criado. A pedido de Rubião, Dona Fernanda procura Sofia.</w:t>
      </w:r>
    </w:p>
    <w:p>
      <w:r>
        <w:rPr>
          <w:color w:val="6E6B3D"/>
        </w:rPr>
        <w:t>Capítulos CLXXXII a CCI: Loucura, abandono e a morte de Rubião, Capítulo CLXXXVIII: A visita à casa da Rua do Príncipe</w:t>
      </w:r>
    </w:p>
    <w:p>
      <w:r>
        <w:t>Na casa abandonada, Sofia mal disfarça o asco, e Dona Fernanda se comove com o cão magro.</w:t>
      </w:r>
    </w:p>
    <w:p>
      <w:r>
        <w:rPr>
          <w:color w:val="6E6B3D"/>
        </w:rPr>
        <w:t>Capítulos CLXXXII a CCI: Loucura, abandono e a morte de Rubião, Capítulo CLXXXIX: Sofia e as obras de Botafogo</w:t>
      </w:r>
    </w:p>
    <w:p>
      <w:r>
        <w:t>Livre da casa, Sofia retoma as boas maneiras e convida Dona Fernanda a ver o palacete de Botafogo.</w:t>
      </w:r>
    </w:p>
    <w:p>
      <w:r>
        <w:rPr>
          <w:color w:val="6E6B3D"/>
        </w:rPr>
        <w:t>Capítulos CLXXXII a CCI: Loucura, abandono e a morte de Rubião, Capítulo CXC: O nascimento da filha de Maria Benedita</w:t>
      </w:r>
    </w:p>
    <w:p>
      <w:r>
        <w:t>Dona Fernanda corre à Tijuca para o parto de Maria Benedita e Carlos Maria, e esquece Rubião por um tempo.</w:t>
      </w:r>
    </w:p>
    <w:p>
      <w:r>
        <w:rPr>
          <w:color w:val="6E6B3D"/>
        </w:rPr>
        <w:t>Capítulos CLXXXII a CCI: Loucura, abandono e a morte de Rubião, Capítulo CXCI: Três contos e duzentos</w:t>
      </w:r>
    </w:p>
    <w:p>
      <w:r>
        <w:t>O diretor promete a cura em seis ou oito meses. Sofia evita a visita e conta que Cristiano Palha apurou três contos e duzentos dos bens dele.</w:t>
      </w:r>
    </w:p>
    <w:p>
      <w:r>
        <w:rPr>
          <w:color w:val="6E6B3D"/>
        </w:rPr>
        <w:t>Capítulos CLXXXII a CCI: Loucura, abandono e a morte de Rubião, Capítulo CXCII: O baile de Botafogo</w:t>
      </w:r>
    </w:p>
    <w:p>
      <w:r>
        <w:t>Passam os meses, e em outubro Sofia inaugura os salões de Botafogo com um baile, usando um colar dos primeiros presentes de Rubião.</w:t>
      </w:r>
    </w:p>
    <w:p>
      <w:r>
        <w:rPr>
          <w:color w:val="6E6B3D"/>
        </w:rPr>
        <w:t>Capítulos CLXXXII a CCI: Loucura, abandono e a morte de Rubião, Capítulo CXCIII: O desaparecimento</w:t>
      </w:r>
    </w:p>
    <w:p>
      <w:r>
        <w:t>Chega a carta do diretor: Rubião sumiu da casa de saúde. Dona Fernanda consegue que o marido peça buscas à polícia.</w:t>
      </w:r>
    </w:p>
    <w:p>
      <w:r>
        <w:rPr>
          <w:color w:val="6E6B3D"/>
        </w:rPr>
        <w:t>Capítulos CLXXXII a CCI: Loucura, abandono e a morte de Rubião, Capítulo CXCIV: A lucidez e os cem mil-réis</w:t>
      </w:r>
    </w:p>
    <w:p>
      <w:r>
        <w:t>Dias antes, Cristiano Palha achou Rubião são, deu-lhe cem mil-réis e pediu ao diretor que não precipitasse a alta.</w:t>
      </w:r>
    </w:p>
    <w:p>
      <w:r>
        <w:rPr>
          <w:color w:val="6E6B3D"/>
        </w:rPr>
        <w:t>Capítulos CLXXXII a CCI: Loucura, abandono e a morte de Rubião, Capítulo CXCV: Barbacena e as batatas</w:t>
      </w:r>
    </w:p>
    <w:p>
      <w:r>
        <w:t>Rubião e o cão chegam a Barbacena, e ele grita o lema que havia esquecido. Ninguém o recebe.</w:t>
      </w:r>
    </w:p>
    <w:p>
      <w:r>
        <w:rPr>
          <w:color w:val="6E6B3D"/>
        </w:rPr>
        <w:t>Capítulos CLXXXII a CCI: Loucura, abandono e a morte de Rubião, Capítulo CXCVI: A tempestade</w:t>
      </w:r>
    </w:p>
    <w:p>
      <w:r>
        <w:t>Uma tempestade desaba sobre Barbacena, e Rubião e o cão andam sem destino sob a chuva.</w:t>
      </w:r>
    </w:p>
    <w:p>
      <w:r>
        <w:rPr>
          <w:color w:val="6E6B3D"/>
        </w:rPr>
        <w:t>Capítulos CLXXXII a CCI: Loucura, abandono e a morte de Rubião, Capítulo CXCVII: A noite ao relento</w:t>
      </w:r>
    </w:p>
    <w:p>
      <w:r>
        <w:t>Com fome e frio, os dois vagam a noite toda. Rubião toma as estrelas por lustres de salão e adormece com o cão junto de si.</w:t>
      </w:r>
    </w:p>
    <w:p>
      <w:r>
        <w:rPr>
          <w:color w:val="6E6B3D"/>
        </w:rPr>
        <w:t>Capítulos CLXXXII a CCI: Loucura, abandono e a morte de Rubião, Capítulo CXCVIII: A manhã das batatas</w:t>
      </w:r>
    </w:p>
    <w:p>
      <w:r>
        <w:t>Ao ver a rua banhada de sol, Rubião repete o lema.</w:t>
      </w:r>
    </w:p>
    <w:p>
      <w:r>
        <w:rPr>
          <w:color w:val="6E6B3D"/>
        </w:rPr>
        <w:t>Capítulos CLXXXII a CCI: Loucura, abandono e a morte de Rubião, Capítulo CXCIX: O delírio diante da comadre</w:t>
      </w:r>
    </w:p>
    <w:p>
      <w:r>
        <w:t>A comadre Angélica o abriga, e Rubião, com febre, fala do rei da Prússia capturado. Curiosos se juntam à porta.</w:t>
      </w:r>
    </w:p>
    <w:p>
      <w:r>
        <w:rPr>
          <w:color w:val="6E6B3D"/>
        </w:rPr>
        <w:t>Capítulos CLXXXII a CCI: Loucura, abandono e a morte de Rubião, Capítulo CC: A morte do imperador</w:t>
      </w:r>
    </w:p>
    <w:p>
      <w:r>
        <w:t>Rubião morre poucos dias depois, pondo na cabeça uma coroa que só ele vê, e as últimas palavras deixam o lema pela metade.</w:t>
      </w:r>
    </w:p>
    <w:p>
      <w:r>
        <w:rPr>
          <w:b/>
          <w:color w:val="7C2416"/>
        </w:rPr>
        <w:t xml:space="preserve">3.2  </w:t>
      </w:r>
      <w:r>
        <w:rPr>
          <w:b/>
        </w:rPr>
        <w:t>Temas da semana: Loucura, Dinheiro e riqueza, Aparência e realidade, Desejo, Lealdade e traição, Ambição.</w:t>
      </w:r>
    </w:p>
    <w:p>
      <w:r>
        <w:rPr>
          <w:b/>
          <w:color w:val="7C2416"/>
        </w:rPr>
        <w:t xml:space="preserve">3.3  </w:t>
      </w:r>
      <w:r>
        <w:rPr>
          <w:b/>
        </w:rPr>
        <w:t>Rubião, Capítulos CXIX a CXXXII: Casamento, ruptura e o major ofendido.</w:t>
      </w:r>
    </w:p>
    <w:p>
      <w:r>
        <w:t>Sofia não foi a bordo na partida dos noivos: adoeceu, ou fingiu, porque ir lhe pareceu vergonha. Deixa-se estar no quarto, com um romance recente dado por Rubião, e olha as tetéias e jóias que também vieram dele. Entre as recordações, volta uma frase que ouviu na noite do casamento da prima, dita em voz baixa por ele: "A senhora é já a rainha de todas; espere que ainda a farei imperatriz." Ela não entende. Pensa que seria uma aliciação de grandeza para torná-la amante, mas descarta a ideia por demasiado vaidosa: Rubião já não é o homem encolhido de antes, mas não se mostra tão cheio de si.</w:t>
      </w:r>
    </w:p>
    <w:p>
      <w:r>
        <w:t>A frase é enigmática para Sofia e límpida para o leitor que conhece o fim. Rubião promete uma coroa, e a imagem da imperatriz será o centro do delírio que o dominará mais adiante, quando ele se tomar por Napoleão III e a imperatriz imaginária for Eugênia e Sofia numa só criatura. Em retrospecto, pode-se ler a promessa não como cortejo político nem figura de retórica, mas como um primeiro sinal, dito em tom galante, do que a ambição e o desejo farão com ele.</w:t>
      </w:r>
    </w:p>
    <w:p>
      <w:r>
        <w:t>Há ainda uma ironia sobre o que Sofia ouve. Ela procura, com cuidado, a intenção por trás da frase, e é esse cálculo que a impede de ouvi-la como o que é, uma fantasia que ainda não se sabe fantasia. Ao descartar a hipótese de que ele fale a sério, descarta justamente a mais certa. Vê-se aqui o germe da coroa que, na hora da morte, só ele verá. Pode-se ler a passagem como uma das mais sutis preparações do livro, em que a loucura aparece primeiro como galanteio e só depois como diagnóstico.</w:t>
      </w:r>
    </w:p>
    <w:p>
      <w:r>
        <w:rPr>
          <w:b/>
          <w:color w:val="7C2416"/>
        </w:rPr>
        <w:t xml:space="preserve">3.4  </w:t>
      </w:r>
      <w:r>
        <w:rPr>
          <w:b/>
        </w:rPr>
        <w:t>Rubião, Capítulos CLXXXII a CCI: Loucura, abandono e a morte de Rubião.</w:t>
      </w:r>
    </w:p>
    <w:p>
      <w:r>
        <w:t>A comadre Angélica abriga Rubião, que está febril e fala do rei da Prússia capturado. Poucos dias depois ele morre, e o narrador diz que não morreu súdito nem vencido. Antes de a agonia começar, pôs a coroa na cabeça, e não era um chapéu velho ou uma bacia onde os espectadores pudessem apalpar a ilusão: ele pegou em nada, levantou nada e cingiu nada, só ele via a insígnia imperial, pesada de ouro, rútila de brilhantes e outras pedras preciosas. Fez esforço para erguer meio corpo, o corpo caiu de novo, o rosto conservou talvez uma expressão gloriosa. Murmurou: "Guardem a minha coroa. Ao vencedor..." E a frase ficou pela metade.</w:t>
      </w:r>
    </w:p>
    <w:p>
      <w:r>
        <w:t>É a última fala de Rubião, e junta as duas fórmulas que atravessaram o livro, a coroa e as batatas. A coroa o acompanha desde o busto de Napoleão III e a promessa a Sofia de que ainda a faria imperatriz. As batatas são a conclusão da alegoria do filósofo. Na hora da morte, a primeira lhe é entregue em mão e a segunda lhe escapa: o lema interrompido é a frase que não se completa, e o vencedor da fábula não chega a ter o prêmio.</w:t>
      </w:r>
    </w:p>
    <w:p>
      <w:r>
        <w:t>Pode-se perguntar se o texto zomba da glória ou a respeita, e a resposta mais honesta é que faz as duas coisas, como quase sempre. Rubião morre coroado só para si mesmo, e esse isolamento é a forma final de uma ambição que sempre dependeu do que os outros viam. Aqui ninguém mais vê a insígnia, e talvez seja justamente nesse vazio que o personagem alcança o que mais quis: ser imperador sem precisar que ninguém o reconheça.</w:t>
      </w:r>
    </w:p>
    <w:p>
      <w:r>
        <w:rPr>
          <w:b/>
          <w:color w:val="7C2416"/>
        </w:rPr>
        <w:t xml:space="preserve">3.5  </w:t>
      </w:r>
      <w:r>
        <w:rPr>
          <w:b/>
        </w:rPr>
        <w:t>C.</w:t>
      </w:r>
    </w:p>
    <w:p>
      <w:r>
        <w:t>Teófilo explica que, num debate sobre um crédito do Ministério da Marinha, a frase correta era "na dúvida, abstém-te"; com a troca de letra, ela parece conselho de calote. O narrador mostra a medida da aflição: tudo valia menos que a letra trocada. Maria Benedita, que se julgava a mais triste, vê ali outra tristeza tão grande, e Dona Fernanda aproveita para falar de casá-la.</w:t>
      </w:r>
    </w:p>
    <w:p>
      <w:r>
        <w:rPr>
          <w:b/>
          <w:color w:val="7C2416"/>
        </w:rPr>
        <w:t xml:space="preserve">3.6  </w:t>
      </w:r>
      <w:r>
        <w:rPr>
          <w:b/>
        </w:rPr>
        <w:t>A.</w:t>
      </w:r>
    </w:p>
    <w:p>
      <w:r>
        <w:t>A lenda diz que Rubião herdou de um filósofo imensos bens, e explica o silêncio dele pelo método do mestre. Os "discípulos" que vão à casa de manhã e de tarde não são discípulos, mas comensais: roem fome, à espera, e ouvem calados e risonhos os discursos do anfitrião.</w:t>
      </w:r>
    </w:p>
    <w:p>
      <w:r>
        <w:rPr>
          <w:b/>
          <w:color w:val="7C2416"/>
        </w:rPr>
        <w:t xml:space="preserve">3.7  </w:t>
      </w:r>
      <w:r>
        <w:rPr>
          <w:b/>
        </w:rPr>
        <w:t>C.</w:t>
      </w:r>
    </w:p>
    <w:p>
      <w:r>
        <w:t>O narrador compara Rubião ao espírito florentino que Dante viu abraçado por uma serpente, a ponto de não se saber se eram um ou dois, e diz que em Rubião eram ainda dois. Quando era só Rubião, não passava do homem do costume, e quando subia a imperador, era só imperador: equilibravam-se, um sem outro, ambos integrais.</w:t>
      </w:r>
    </w:p>
    <w:p>
      <w:r>
        <w:rPr>
          <w:b/>
          <w:color w:val="7C2416"/>
        </w:rPr>
        <w:t xml:space="preserve">3.8  </w:t>
      </w:r>
      <w:r>
        <w:rPr>
          <w:b/>
        </w:rPr>
        <w:t>B.</w:t>
      </w:r>
    </w:p>
    <w:p>
      <w:r>
        <w:t>O narrador faz o sol perceber que Sofia o quer como lanterna de Diógenes, e o faz chamar o raio de volta: que ame, se lhe parece, mas sem ele de archote. O raio obedece, e a chuva volta. Logo adiante, o texto diz que o que parecia vontade imperiosa dela se reduziu a veleidade pura.</w:t>
      </w:r>
    </w:p>
    <w:p>
      <w:r>
        <w:rPr>
          <w:b/>
          <w:color w:val="7C2416"/>
        </w:rPr>
        <w:t xml:space="preserve">3.9  </w:t>
      </w:r>
      <w:r>
        <w:rPr>
          <w:b/>
        </w:rPr>
        <w:t>B.</w:t>
      </w:r>
    </w:p>
    <w:p>
      <w:r>
        <w:t>Maria Benedita conta que o primo Teófilo parece entrar no Ministério, e Carlos Maria, rindo, pede que ela confesse que o adoraria mesmo como ordenança de ministro. Ela se joga nos braços dele, e ele, sério, lembra que Bernadotte foi rei e pergunta, sem explicar, se ela queria ser a rainha-mãe da Suécia. Depois volta à revista inglesa sobre a estatueta de Narciso.</w:t>
      </w:r>
    </w:p>
    <w:p>
      <w:pPr>
        <w:pStyle w:val="Heading1"/>
      </w:pPr>
      <w:r>
        <w:rPr>
          <w:color w:val="7C2416"/>
        </w:rPr>
        <w:t>Personagens</w:t>
      </w:r>
    </w:p>
    <w:p>
      <w:r>
        <w:rPr>
          <w:b/>
          <w:color w:val="7C2416"/>
        </w:rPr>
        <w:t xml:space="preserve">P1  </w:t>
      </w:r>
      <w:r>
        <w:rPr>
          <w:b/>
        </w:rPr>
        <w:t>Rubião</w:t>
      </w:r>
    </w:p>
    <w:p>
      <w:r>
        <w:t>Professor de Barbacena, em Minas, que se torna o enfermeiro e único amigo do filósofo Quincas Borba (filósofo) e herda dele a fortuna inteira, com uma só condição: cuidar do cão Quincas Borba (cão) como se fosse pessoa. O livro abre com ele já rico, à janela de Botafogo, e só depois recua para contar de onde veio o dinheiro. No Rio, cai nas mãos do casal Cristiano Palha e Sofia, deseja a mulher do amigo, é explorado por quem o cerca, enlouquece convencido de que é imperador e volta a Barbacena, onde morre. É o protagonista do romance e o ponto onde se cruzam todos os seus temas.</w:t>
      </w:r>
    </w:p>
    <w:p>
      <w:pPr>
        <w:pStyle w:val="ListBullet"/>
      </w:pPr>
      <w:r>
        <w:t>O livro abre no capítulo I com Rubião à janela de Botafogo, comparando o passado de professor com o presente de capitalista: as chinelas dadas por Cristiano Palha, o café em bandeja de prata, o céu, tudo entra na mesma sensação de propriedade. Só depois o texto recua a Barbacena.</w:t>
      </w:r>
    </w:p>
    <w:p>
      <w:pPr>
        <w:pStyle w:val="ListBullet"/>
      </w:pPr>
      <w:r>
        <w:t>Lá, ele trata do filósofo doente por seis meses (capítulo IV) e, ouvindo a explicação de Humanitas, aceita ser discípulo (capítulo VI). Quando o doente lhe pergunta se é seu amigo, responde que é, tanto ou mais do que o cão (capítulo VII).</w:t>
      </w:r>
    </w:p>
    <w:p>
      <w:pPr>
        <w:pStyle w:val="ListBullet"/>
      </w:pPr>
      <w:r>
        <w:t>No capítulo VIII, o filósofo registra o testamento, confia o cão a Rubião e parte para o Rio. A carta em que ele diz ser Santo Agostinho chega no capítulo X: Rubião a julga loucura, esconde-a do médico por medo de que o testamento seja anulado e calcula o legado. O remorso que sente é de pouca dura, e o texto o diz.</w:t>
      </w:r>
    </w:p>
    <w:p>
      <w:pPr>
        <w:pStyle w:val="ListBullet"/>
      </w:pPr>
      <w:r>
        <w:t>Nos jornais da Corte ele lê a morte do amigo (capítulo XI), e no capítulo XII, sem alusão a demência na notícia, volta a tomar a carta por troça e resolve dar o cão à comadre Angélica, pois a obrigação acabou. O bilhete de Brás Cubas, no capítulo XIII, confirma a morte e o devolve à cor, graças às praxes do foro.</w:t>
      </w:r>
    </w:p>
    <w:p>
      <w:pPr>
        <w:pStyle w:val="ListBullet"/>
      </w:pPr>
      <w:r>
        <w:t>Aberto o testamento (capítulo XIV), é herdeiro universal, com a condição de guardar o cão, tratá-lo como pessoa, enterrá-lo entre flores e guardar os ossos numa urna. Rubião acha a cláusula natural e só pensa na soma, que calcula entre cem e trezentos contos (capítulo XV). Lembrando que deu o cachorro, corre à comadre, teme a cláusula descumprida e a herança em risco (capítulo XVI), e no cercado explica que é só depositário (capítulo XVII).</w:t>
      </w:r>
    </w:p>
    <w:p>
      <w:pPr>
        <w:pStyle w:val="ListBullet"/>
      </w:pPr>
      <w:r>
        <w:t>É no capítulo XVIII que a doutrina ganha sentido para ele: recordando a voz do filósofo, entende só agora a alegoria das tribos famintas, vê-se como vencedor e pensa num sinete com o lema.</w:t>
      </w:r>
    </w:p>
    <w:p>
      <w:pPr>
        <w:pStyle w:val="ListBullet"/>
      </w:pPr>
      <w:r>
        <w:t>No trem para o Rio, conta aos Palha a herança, que calcula em não menos de trezentos contos, e Palha, que brilhara com a Europa e agora reflete, pede discrição (capítulo XXI). Palha lhe indica um advogado, parente seu (capítulo XXIII), e o convida a jantar em Santa Teresa, onde Rubião, constrangido diante de Sofia, desce o morro meio tonto (capítulo XXIV). Alguém denuncia o testamento por demência do filósofo, a denúncia cai, e Palha festeja o fim do inventário (capítulo XXV). Já em Botafogo, Palha o guia nas compras, e Rubião as demora para ter Sofia por perto (capítulo XXVI).</w:t>
      </w:r>
    </w:p>
    <w:p>
      <w:pPr>
        <w:pStyle w:val="ListBullet"/>
      </w:pPr>
      <w:r>
        <w:t>No jardim de Botafogo, debate-se com a tentação por Sofia, mulher do amigo, enquanto solta o cão (capítulo XXVIII). Recebe à mesa o parasita Freitas e o frio Carlos Maria (capítulo XXIX, capítulo XXXI); os morangos de Sofia e o convite a jantar o perturbam (capítulo XXXII), e sozinho ele relê o bilhete, toma a assinatura por capitulação e beija o nome (capítulo XXXIII).</w:t>
      </w:r>
    </w:p>
    <w:p>
      <w:pPr>
        <w:pStyle w:val="ListBullet"/>
      </w:pPr>
      <w:r>
        <w:t>Ao luar, em Santa Teresa, de repente loquaz, compara os olhos de Sofia às estrelas (capítulo XXXIX) e lhe propõe a compra da alma e do corpo (capítulo XL). Retém-na pelo braço e pede que fite o Cruzeiro às dez da noite (capítulo XLI), até que o Major Siqueira entra no jardim e ele sustenta, desajeitado, a anedota que Sofia inventa para cobrir a demora (capítulo XLII).</w:t>
      </w:r>
    </w:p>
    <w:p>
      <w:pPr>
        <w:pStyle w:val="ListBullet"/>
      </w:pPr>
      <w:r>
        <w:t>Na descida do morro, entre remorso e esperança, lembra a dívida e as três letras que aceitou por Palha (capítulo XLV). No Largo de São Francisco encontra um mendigo (capítulo XLVI), inveja-o e, no tílburi, lembra o enforcado de outros tempos (capítulo XLVII). Cogita que o cão e o filósofo sejam a mesma criatura, por transmigração (capítulo XLVIII), e em casa o amor por Sofia vence o arrependimento (capítulo XLIX).</w:t>
      </w:r>
    </w:p>
    <w:p>
      <w:pPr>
        <w:pStyle w:val="ListBullet"/>
      </w:pPr>
      <w:r>
        <w:t>Envergonhado, decide ir a Minas, mas Camacho o corta no caminho (capítulo LVI) e, tendo-o conquistado dias antes com política e um almoço (capítulo LVIII), segura-o na Corte com Palha, num olhar combinado (capítulo LIX). Depois de tirar um menino de baixo de um carro (capítulo LX), entra com cinco contos na Atalaia, a folha de Camacho (capítulo LXI).</w:t>
      </w:r>
    </w:p>
    <w:p>
      <w:pPr>
        <w:pStyle w:val="ListBullet"/>
      </w:pPr>
      <w:r>
        <w:t>Deixa a sorte decidir se vai a Santa Teresa e, quando o primeiro veículo diz não, corrige a regra (capítulo LXIII); lá ouve Carlos Maria elogiar Sofia diante do retrato (capítulo LXV) e, em casa, admira a naturalidade do rival (capítulo LXVI). Vê o próprio nome na Atalaia, irritado e depois lisonjeado, e reimprime a notícia em outro jornal (capítulo LXVII).</w:t>
      </w:r>
    </w:p>
    <w:p>
      <w:pPr>
        <w:pStyle w:val="ListBullet"/>
      </w:pPr>
      <w:r>
        <w:t>Sócio de Palha sem entender os números (capítulo LXIX), leva Carlos Maria ao gabinete dos sobretudos, no baile de aniversário da mulher de Camacho, para sondá-lo, atormentado pelo ciúme de um rival (capítulo LXX). O conselho de casar vem do Major Siqueira (capítulo LXXVIII) e volta como voz que ele cogita vir do cão, onde estaria o espírito do filósofo, mas descarta e, por via das dúvidas, lhe coça a nuca (capítulo LXXIX). Decide casar para matar a paixão (capítulo LXXX), mas nos sonhos só casa com titulares do almanaque, e todas as noivas acabam com o rosto de Sofia (capítulo LXXXII).</w:t>
      </w:r>
    </w:p>
    <w:p>
      <w:pPr>
        <w:pStyle w:val="ListBullet"/>
      </w:pPr>
      <w:r>
        <w:t>Palha tem um palpite, que Rubião é quem casa com a prima de Sofia, e o amigo se espanta e recusa (capítulo LXXXIII). Na Praia Formosa, visita o Freitas doente e deixa seis notas de vinte mil-réis à mãe dele (capítulo LXXXV), caminha pela Saúde com nostalgia dos farrapos (capítulo LXXXVI) e, pensando nas mulheres que poderia escolher, ouve a guitarra do pecado, tangida pelos dedos de Sofia (capítulo LXXXVII).</w:t>
      </w:r>
    </w:p>
    <w:p>
      <w:pPr>
        <w:pStyle w:val="ListBullet"/>
      </w:pPr>
      <w:r>
        <w:t>A anedota do cocheiro sobre um moço da Rua dos Inválidos e uma dama de véu (capítulo LXXXIX) vira nele suspeita: procura provas nas costureiras do luto de Sofia (capítulo XCIII), corre atrás de um vulto de mulher (capítulo XCV) e acha no canteiro uma carta com a letra dela para Carlos Maria, que decide entregar para ler a verdade no rosto da dona (capítulo XCIX). Camacho lhe oferece a candidatura a deputado (capítulo C), e o coupé o faz passar por homem de posição no enterro de Freitas, que ele custeia (capítulo CI).</w:t>
      </w:r>
    </w:p>
    <w:p>
      <w:pPr>
        <w:pStyle w:val="ListBullet"/>
      </w:pPr>
      <w:r>
        <w:t>No Flamengo, diz tudo a Sofia, cada vez mais alto, entrega a carta e sai sem ouvi-la (capítulo CIII, capítulo CIV). Quando o narrador diz ao leitor que o cocheiro não deu nomes nem contou caso verdadeiro (capítulo CVI), a calúnia fica sendo do leitor e de Rubião.</w:t>
      </w:r>
    </w:p>
    <w:p>
      <w:pPr>
        <w:pStyle w:val="ListBullet"/>
      </w:pPr>
      <w:r>
        <w:t>Assina cinco contos na subscrição de Sofia e pede dez a Palha, que guarda seus títulos, aconselha cautela e cede (capítulo CVIII); paga o papel da Atalaia a Camacho (capítulo CX) e, ao sugerir reforçar uma palavra do artigo, sente-se meio autor (capítulo CXI), até o narrador resumir a operação: teve-se por autor de livros alheios (capítulo CXIII).</w:t>
      </w:r>
    </w:p>
    <w:p>
      <w:pPr>
        <w:pStyle w:val="ListBullet"/>
      </w:pPr>
      <w:r>
        <w:t>Manda um brilhante a Sofia, ouve dela a explicação da carta, com uma lágrima, e a notícia de que Maria Benedita vai casar (capítulo CXV); percebe que o noivo é Carlos Maria e que tomara uma pessoa por outra, e dá os parabéns à moça (capítulo CXVI). Tranquilizado, atribui ao acaso as olhadas de Sofia e se agarra à lágrima (capítulo CXXI).</w:t>
      </w:r>
    </w:p>
    <w:p>
      <w:pPr>
        <w:pStyle w:val="ListBullet"/>
      </w:pPr>
      <w:r>
        <w:t>Na volta do paquete, Palha pede conversa (capítulo CXXVI) e propõe desfazer a sociedade para dirigir um banco; Rubião pergunta se há motivo oculto, aceita a razão e o dispensa de pagar dívidas (capítulo CXXVIII). O narrador revela depois que o banco não existia (capítulo CXXIX). Na Rua dos Barbonos, ouve do Major Siqueira que os Palha não o convidaram ao aniversário nem ao casamento, fala em confusão em vez de lhe dar razão e promete jantar sem convite (capítulo CXXX, capítulo CXXXI).</w:t>
      </w:r>
    </w:p>
    <w:p>
      <w:pPr>
        <w:pStyle w:val="ListBullet"/>
      </w:pPr>
      <w:r>
        <w:t>Em volta dele cresce a lenda do ricaço e discípulo de filósofo, e os comensais jantam às seis em ponto, com ou sem o dono (capítulo CXXXIII); protege as letras, paga duas sociedades rivais sem notar (capítulo CXXXV) e gasta as manhãs na loja do Bernardo em visões deliciosas, uma vez levantando-se para ver alguém que não existe (capítulo CXXXVII). Convida Sofia à Tijuca, só os dois (capítulo CXXXIX); ela adia, e no passeio, com os três juntos, Sofia cai do cavalo (capítulo CXLIII).</w:t>
      </w:r>
    </w:p>
    <w:p>
      <w:pPr>
        <w:pStyle w:val="ListBullet"/>
      </w:pPr>
      <w:r>
        <w:t>Em janeiro de 1870 chama o barbeiro Lucien e, em marcha para a lua, nem o vê chegar (capítulo CXLV); fica com a pêra e os bigodes copiados do busto de Napoleão III e responde em português ao barbeiro, cuidando falar francês (capítulo CXLVI). Sozinho, imagina-se em Compiègne, governando e ouvindo ministros (capítulo CXLVII).</w:t>
      </w:r>
    </w:p>
    <w:p>
      <w:pPr>
        <w:pStyle w:val="ListBullet"/>
      </w:pPr>
      <w:r>
        <w:t>Desce da lua com o rosto novo e alterna entre si mesmo e o imperador dos franceses (capítulo CXLVIII). Quando visita Sofia, as caras se batem no ar na hora de apanhar a luva (capítulo CXLIX); entra no coupé dela (capítulo CL), baixa as cortinas (capítulo CLI) e, tranquilo, elogia a própria mãe e os cavalos enquanto ela suplica que desça (capítulo CLII); fala-lhe como amante, evoca um encontro que nunca houve e promete título de duque ao marido (capítulo CLIII).</w:t>
      </w:r>
    </w:p>
    <w:p>
      <w:pPr>
        <w:pStyle w:val="ListBullet"/>
      </w:pPr>
      <w:r>
        <w:t>A mania se espalha, e quem a testa levando a conversa à França o vê resvalar ao abismo (capítulo CLV); com a guerra franco-prussiana as crises ficam mais agudas, e os comensais, promovidos a marechais, não o contrariam (capítulo CLVI). Palha o muda, com o cão, para uma casinha da Rua do Príncipe (capítulo CLXV), e os amigos de Botafogo não o seguem (capítulo CLXVI). O Dr. Falcão, que o examina, crê que ele pode sarar (capítulo CLXVII).</w:t>
      </w:r>
    </w:p>
    <w:p>
      <w:pPr>
        <w:pStyle w:val="ListBullet"/>
      </w:pPr>
      <w:r>
        <w:t>Invade a varanda de Carlos Maria e Maria Benedita para anunciar a queda do Ministério e oferecer uma pasta (capítulo CLXXI). Quando volta do delírio e procura os amigos, Camacho o recebe com frieza (capítulo CLXXIX), e o Major Siqueira o conduz à porta com a história de um coche no Campo (capítulo CLXXXI).</w:t>
      </w:r>
    </w:p>
    <w:p>
      <w:pPr>
        <w:pStyle w:val="ListBullet"/>
      </w:pPr>
      <w:r>
        <w:t>Passa pela Rua da Ajuda gesticulando para uma imperatriz invisível, seguido por moleques, e o pai de um menino reconhece nele o homem que salvou o filho (capítulo CLXXXII, capítulo CLXXXIII). Palha, com o Dr. Falcão, o interna numa casa de saúde (capítulo CLXXXV); Palha apura três contos e duzentos dos bens dele (capítulo CXCI) e, dias antes de ele sumir, o acha são, dá-lhe cem mil-réis e pede ao diretor que não precipite a alta (capítulo CXCIV).</w:t>
      </w:r>
    </w:p>
    <w:p>
      <w:pPr>
        <w:pStyle w:val="ListBullet"/>
      </w:pPr>
      <w:r>
        <w:t>Rubião some da casa de saúde (capítulo CXCIII) e volta a Barbacena com o cão, onde grita o lema que havia esquecido e ninguém o recebe (capítulo CXCV). Uma tempestade o apanha (capítulo CXCVI); passa a noite ao relento, toma as estrelas por lustres de salão (capítulo CXCVII), repete o lema ao sol da manhã (capítulo CXCVIII) e é abrigado pela comadre Angélica, com febre, falando do rei da Prússia capturado (capítulo CXCIX).</w:t>
      </w:r>
    </w:p>
    <w:p>
      <w:pPr>
        <w:pStyle w:val="ListBullet"/>
      </w:pPr>
      <w:r>
        <w:t>Morre poucos dias depois, pondo na cabeça uma coroa que só ele vê (capítulo CC).</w:t>
      </w:r>
    </w:p>
    <w:p>
      <w:pPr>
        <w:pStyle w:val="ListBullet"/>
      </w:pPr>
      <w:r>
        <w:t>O cão adoece, foge atrás do dono e amanhece morto na rua, e o narrador deixa ao leitor chorar ou rir (capítulo CCI).</w:t>
      </w:r>
    </w:p>
    <w:p>
      <w:r>
        <w:rPr>
          <w:b/>
          <w:color w:val="7C2416"/>
        </w:rPr>
        <w:t xml:space="preserve">P2  </w:t>
      </w:r>
      <w:r>
        <w:rPr>
          <w:b/>
        </w:rPr>
        <w:t>Sofia</w:t>
      </w:r>
    </w:p>
    <w:p>
      <w:r>
        <w:t>Mulher de Cristiano Palha, a bela casada que Rubião conhece no trem para o Rio e que passa a dominar o desejo dele. Mora em Santa Teresa, depois no Flamengo, e acaba inaugurando os salões do palacete de Botafogo; aprende a gostar de ser vista e guarda o coração, e o narrador lhe dá, capítulo a capítulo, uma vida interior própria. No prólogo de 1889, Machado recusa o pedido de continuar o livro com a Sofia numa terceira parte de trilogia, porque ela está toda aqui.</w:t>
      </w:r>
    </w:p>
    <w:p>
      <w:pPr>
        <w:pStyle w:val="ListBullet"/>
      </w:pPr>
      <w:r>
        <w:t>Rubião, ainda em Botafogo, lembra Sofia e se julga amado por ela (capítulo III). Ela entra em cena no trem, sentada com Palha diante dele, calada: quem fala de escravos e da Europa é Palha, e ela só move os olhos e diz apenas "Não, senhor", quando Rubião lhe pergunta se já foi à Europa (capítulo XXI).</w:t>
      </w:r>
    </w:p>
    <w:p>
      <w:pPr>
        <w:pStyle w:val="ListBullet"/>
      </w:pPr>
      <w:r>
        <w:t>No primeiro jantar em Santa Teresa, ela é a dona da casa e fala mais que ele (capítulo XXIV); manda morangos e um bilhete que intima Rubião a jantar por ordem do marido (capítulo XXXII). O narrador a retrata cada vez mais bela, exibida decotada por Palha, que adivinhou as falências de 1864 e gasta tudo com ela: Sofia gosta de ser vista, mas guarda o coração (capítulo XXXV).</w:t>
      </w:r>
    </w:p>
    <w:p>
      <w:pPr>
        <w:pStyle w:val="ListBullet"/>
      </w:pPr>
      <w:r>
        <w:t>À noite, enquanto uma senhora canta ao piano, Rubião a contempla e ela o olha de volta (capítulo XXXVI). No jardim, ao luar, leva-o pelo braço e, quando ele fala, não sabe se deve entender ou fingir que não entende (capítulo XXXIX).</w:t>
      </w:r>
    </w:p>
    <w:p>
      <w:pPr>
        <w:pStyle w:val="ListBullet"/>
      </w:pPr>
      <w:r>
        <w:t>Quer voltar à sala e suplica que ele a solte (capítulo XLI); quando o Major Siqueira surge, é ela quem inventa a anedota do Padre Mendes para cobrir a demora (capítulo XLII).</w:t>
      </w:r>
    </w:p>
    <w:p>
      <w:pPr>
        <w:pStyle w:val="ListBullet"/>
      </w:pPr>
      <w:r>
        <w:t>Já de noite, conta a Palha o que Rubião fez no jardim, e ele, depois de minimizar, confessa dever muito dinheiro ao amigo, e o narrador revela que o bilhete dos morangos fora redigido por ele e apenas copiado por ela; ela promete esfriar o trato aos poucos (capítulo L). No dia seguinte amanhece abatida, culpa-se e teme que o major espalhe o caso (capítulo LI). Na rua, um rapaz a cumprimenta: é Carlos Maria, que dançou com ela num baile, e um carteiro cai, e ela ri (capítulo LII).</w:t>
      </w:r>
    </w:p>
    <w:p>
      <w:pPr>
        <w:pStyle w:val="ListBullet"/>
      </w:pPr>
      <w:r>
        <w:t>Recebe Rubião sem rancor e lhe apresenta a tia e a prima, Maria Benedita, moça da roça (capítulo LXIV); introduz a prima na vida da cidade (capítulo LXVIII). Num baile, dança com Carlos Maria, que se declara a ela (capítulo LXIX); em casa, chama o sarau de enfadonho, aceita o carinho do marido e de manhã procura na rua os sinais do homem da praia (capítulo LXXI). Jura esquecer o episódio, mas a declaração volta à memória como um trecho musical teimoso (capítulo LXXIII).</w:t>
      </w:r>
    </w:p>
    <w:p>
      <w:pPr>
        <w:pStyle w:val="ListBullet"/>
      </w:pPr>
      <w:r>
        <w:t>Quando promete à prima um noivo e é o próprio Rubião, não consegue soltar o nome dele: não o quer, mas não suporta dá-lo à moça (capítulo LXXVII).</w:t>
      </w:r>
    </w:p>
    <w:p>
      <w:pPr>
        <w:pStyle w:val="ListBullet"/>
      </w:pPr>
      <w:r>
        <w:t>Recebe Rubião no Flamengo, entre as costureiras do luto, e lhe fala da comissão de senhoras pelas Alagoas (capítulo XCII). Quando ele lhe despeja o que sente e entrega a carta, ela pede arrependimento e vê que ele sai sem ouvi-la (capítulo CIII, capítulo CIV); sozinha, descobre que era a circular da comissão, pensa em Carlos Maria e, de raiva de si, quebra o mandarim de porcelana (capítulo CV).</w:t>
      </w:r>
    </w:p>
    <w:p>
      <w:pPr>
        <w:pStyle w:val="ListBullet"/>
      </w:pPr>
      <w:r>
        <w:t>Depois do brilhante de aniversário, explica a carta a Rubião com uma lágrima e lhe conta o noivado de Maria Benedita, pensando que aquele homem a adora (capítulo CXV). Quando os noivos partem para a Europa, finge-se doente e, no quarto, entre presentes dele, recorda a promessa de fazê-la imperatriz (capítulo CXXV).</w:t>
      </w:r>
    </w:p>
    <w:p>
      <w:pPr>
        <w:pStyle w:val="ListBullet"/>
      </w:pPr>
      <w:r>
        <w:t>Louvada pela imprensa, depura as amizades, corrige o marido servil e passa pelos velhos conhecidos de olhar desviado (capítulo CXXXVIII). Quando Rubião a convida à Tijuca, adia o passeio (capítulo CXXXIX), a imaginação galopa como corcel e volta à cavalariça (capítulo CXL), as rosas e outras plantas lhe dizem que a culpa é dela (capítulo CXLI, capítulo CXLII); no passeio, cai do cavalo (capítulo CXLIII) e, em casa, mostra o joelho pisado ao marido, que jura que nada se viu (capítulo CXLIV).</w:t>
      </w:r>
    </w:p>
    <w:p>
      <w:pPr>
        <w:pStyle w:val="ListBullet"/>
      </w:pPr>
      <w:r>
        <w:t>Rubião entra no coupé dela (capítulo CL); ela perde a voz, teme o escândalo (capítulo CLI), sente aversão e suplica que ele desça (capítulo CLII), e o ouve falar de um encontro que nunca houve, com a sinceridade de quem viu (capítulo CLIII). Passado o susto, mergulha no devaneio e imagina quem seria o homem da caleça (capítulo CLIV); vendo no mal dele o efeito do amor por ela, sente compaixão, feita de simpatia e egoísmo, e lhe perdoa (capítulo CLVII). A carta de Maria Benedita, feliz e mãe, lhe dá despeito (capítulo CLVIII), e na manhã chuvosa deixa-se estar sinceramente defunta, e então os nomes passam como relâmpagos (capítulo CLIX).</w:t>
      </w:r>
    </w:p>
    <w:p>
      <w:pPr>
        <w:pStyle w:val="ListBullet"/>
      </w:pPr>
      <w:r>
        <w:t>O sol manda o raio de volta para não alumiar o desejo dela (capítulo CLX); sonha que Carlos Maria é morto diante dela e acorda aos gritos (capítulo CLXI), e a vontade imperiosa vira veleidade (capítulo CLXIII). Foge de Rubião numa livraria, mas insiste, apesar da queixa de Palha, quando Dona Fernanda acha que ele pode sarar (capítulo CLXIV).</w:t>
      </w:r>
    </w:p>
    <w:p>
      <w:pPr>
        <w:pStyle w:val="ListBullet"/>
      </w:pPr>
      <w:r>
        <w:t>No fim, Palha e o Dr. Falcão internam Rubião, depois de Sofia ter deixado esquecida a promessa que fizera (capítulo CLXXXV); na casa abandonada da Rua do Príncipe mal disfarça o asco (capítulo CLXXXVIII) e, livre dela, retoma as boas maneiras e convida Dona Fernanda a ver o palacete de Botafogo (capítulo CLXXXIX). Evita a visita ao internado e conta que Palha apurou três contos e duzentos dos bens dele (capítulo CXCI), e em outubro inaugura os salões com um baile, usando um colar dos primeiros presentes de Rubião (capítulo CXCII).</w:t>
      </w:r>
    </w:p>
    <w:p>
      <w:r>
        <w:rPr>
          <w:b/>
          <w:color w:val="7C2416"/>
        </w:rPr>
        <w:t xml:space="preserve">P3  </w:t>
      </w:r>
      <w:r>
        <w:rPr>
          <w:b/>
        </w:rPr>
        <w:t>Cristiano Palha</w:t>
      </w:r>
    </w:p>
    <w:p>
      <w:r>
        <w:t>Marido de Sofia, o homem que Rubião conhece no trem e que passa a guiá-lo em cada etapa do Rio: o advogado, a casa, as compras, o inventário, a sociedade comercial. Prospera com ações, apólices e fornecimentos de guerra, sonha com palacete e baronia, e a confiança do herdeiro lhe rende sócio, crédito e, por fim, o controle dos bens: quando o livro termina, ele já apurou três contos e duzentos dos bens de Rubião.</w:t>
      </w:r>
    </w:p>
    <w:p>
      <w:pPr>
        <w:pStyle w:val="ListBullet"/>
      </w:pPr>
      <w:r>
        <w:t>Palha aparece primeiro como nome: as chinelas que Rubião calça no capítulo I foram dadas por ele, e no capítulo III Rubião lembra os criados que ele impôs à casa de Botafogo. A cena que o define é a do trem: ele e Sofia sentam diante de Rubião, os olhos de Palha brilham quando o professor diz que fica na Corte e talvez vá à Europa; ao ouvir a herança, que Rubião calcula em não menos de trezentos contos, ele já não brilha, reflete, e só então pede discrição (capítulo XXI).</w:t>
      </w:r>
    </w:p>
    <w:p>
      <w:pPr>
        <w:pStyle w:val="ListBullet"/>
      </w:pPr>
      <w:r>
        <w:t>Na estação da Corte, oferece a casa de Santa Teresa (capítulo XXII); indica ao amigo um advogado, parente seu, e o convida a jantar (capítulo XXIII). Festeja o fim do inventário (capítulo XXV), guia Rubião nas compras para a casa de Botafogo (capítulo XXVI) e o resgata das histórias do Major Siqueira (capítulo XXXIV).</w:t>
      </w:r>
    </w:p>
    <w:p>
      <w:pPr>
        <w:pStyle w:val="ListBullet"/>
      </w:pPr>
      <w:r>
        <w:t>O narrador o retrata gastando tudo com a mulher e exibindo-a decotada, e compara os olhos de Sofia à lanterna de uma hospedaria sem cômodos para hóspedes (capítulo XXXV). Quando Sofia lhe conta o episódio do jardim, ele minimiza e só depois confessa que deve muito dinheiro ao amigo (capítulo L).</w:t>
      </w:r>
    </w:p>
    <w:p>
      <w:pPr>
        <w:pStyle w:val="ListBullet"/>
      </w:pPr>
      <w:r>
        <w:t>No dia seguinte, só fala de negócios com a mulher (capítulo LI). Quando visita Rubião em Botafogo e dá com Camacho na sala, a menção à lua os deixa sem fala (capítulo LIV); imagina por que o amigo parte, e o narrador chama a alma dele de colcha de retalhos (capítulo LV). Palha e Camacho se entendem por um olhar e seguram Rubião na Corte, um propondo acompanhá-lo, outro acenando com a cadeira de deputado (capítulo LIX).</w:t>
      </w:r>
    </w:p>
    <w:p>
      <w:pPr>
        <w:pStyle w:val="ListBullet"/>
      </w:pPr>
      <w:r>
        <w:t>Torna-se sócio de Rubião (capítulo LXIX), elogia a valsa de Carlos Maria sem suspeitar de nada (capítulo LXXI) e se despede de Sofia à janela com o adeus de mão do costume (capítulo LXXII). Em luto pela tia, diz ter um palpite sobre Rubião e Maria Benedita (capítulo LXXXIII). Ao diretor do banco, que se humilhara diante do ministro, ele restaura a dignidade com mesuras, e é por esses rapapés que o homem ruminará depois (capítulo XCIV, capítulo XCVI).</w:t>
      </w:r>
    </w:p>
    <w:p>
      <w:pPr>
        <w:pStyle w:val="ListBullet"/>
      </w:pPr>
      <w:r>
        <w:t>Quando Rubião assina cinco contos na subscrição de Sofia e lhe pede dez, Palha, que guarda os títulos dele e vê o capital diminuir, aconselha cautela e acaba cedendo (capítulo CVIII). Rubião lhe pede ainda dois contos antes de mandar um brilhante a Sofia (capítulo CXV).</w:t>
      </w:r>
    </w:p>
    <w:p>
      <w:pPr>
        <w:pStyle w:val="ListBullet"/>
      </w:pPr>
      <w:r>
        <w:t>Na volta do paquete, ele diz que há tempos quer falar de coisa importante (capítulo CXXVI), propõe desfazer a sociedade para dirigir um banco, invoca Camacho como argumento e ouve de Rubião que não pague as dívidas (capítulo CXXVIII).</w:t>
      </w:r>
    </w:p>
    <w:p>
      <w:pPr>
        <w:pStyle w:val="ListBullet"/>
      </w:pPr>
      <w:r>
        <w:t>O narrador revela então que o banco não existia: Palha inventou a razão porque a verdade não serviria (capítulo CXXIX). O major se queixa de que os Palha não o convidaram ao aniversário nem ao casamento (capítulo CXXX).</w:t>
      </w:r>
    </w:p>
    <w:p>
      <w:pPr>
        <w:pStyle w:val="ListBullet"/>
      </w:pPr>
      <w:r>
        <w:t>Na cena do joelho de Sofia, ele jura que nada se viu e brinca com a perna dela, orgulhoso de possuí-la (capítulo CXLIV). Minimiza a doença de Rubião quando Dona Fernanda pergunta por que ninguém o trata (capítulo CLVIII), comove-se com o pesadelo de Sofia (capítulo CLXI) e reclama do incômodo de Rubião, mas a mulher insiste (capítulo CLXIV). Instala o amigo e o cão numa casinha da Rua do Príncipe e diz aos que sentem o exílio que o amigo precisa de repouso (capítulo CLXV).</w:t>
      </w:r>
    </w:p>
    <w:p>
      <w:pPr>
        <w:pStyle w:val="ListBullet"/>
      </w:pPr>
      <w:r>
        <w:t>Depois de tardar na promessa, ele interna Rubião com o Dr. Falcão (capítulo CLXXXV); apura três contos e duzentos dos bens dele (capítulo CXCI) e, dias antes do desaparecimento do internado, o acha são, lhe dá cem mil-réis e pede ao diretor que não precipite a alta (capítulo CXCIV).</w:t>
      </w:r>
    </w:p>
    <w:p>
      <w:r>
        <w:rPr>
          <w:b/>
          <w:color w:val="7C2416"/>
        </w:rPr>
        <w:t xml:space="preserve">P4  </w:t>
      </w:r>
      <w:r>
        <w:rPr>
          <w:b/>
        </w:rPr>
        <w:t>Quincas Borba (filósofo)</w:t>
      </w:r>
    </w:p>
    <w:p>
      <w:r>
        <w:t>Joaquim Borba dos Santos, um dos dois Quincas Borba que o título comporta, herdado das Memórias Póstumas de Brás Cubas: o náufrago da existência que ali aparecia mendigo, herdeiro inopinado e inventor de uma filosofia, e que o romance reencontra em Barbacena, em 1867, com um grão de sandice. Inventor de Humanitas, tem Rubião como único amigo e enfermeiro, deixa-lhe tudo no testamento e morre no Rio, em casa de Brás Cubas (capítulo XIII).</w:t>
      </w:r>
    </w:p>
    <w:p>
      <w:pPr>
        <w:pStyle w:val="ListBullet"/>
      </w:pPr>
      <w:r>
        <w:t>Em Barbacena, o filósofo cortejara em vão a viúva Piedade, que um pleuris levou; o irmão dela, Rubião, vira seu único amigo e o trata por seis meses (capítulo IV). Ele deu seu nome ao cão Quincas Borba (cão) por razão doutrinária e para sobreviver no nome dele, e diz a Rubião que vai morrer (capítulo V).</w:t>
      </w:r>
    </w:p>
    <w:p>
      <w:pPr>
        <w:pStyle w:val="ListBullet"/>
      </w:pPr>
      <w:r>
        <w:t>Explica Humanitas pela morte da avó, atropelada por uma sege cujo dono tinha fome: não há morte, a guerra conserva, ao vencido ódio ou compaixão, ao vencedor as batatas (capítulo VI).</w:t>
      </w:r>
    </w:p>
    <w:p>
      <w:pPr>
        <w:pStyle w:val="ListBullet"/>
      </w:pPr>
      <w:r>
        <w:t>Exausto, descreve o mundo com elogios que espantam Rubião e pergunta se o outro é seu amigo (capítulo VII). Registra o testamento no tabelião, confia o cão a Rubião e parte para o Rio, chorando pelo cachorro (capítulo VIII).</w:t>
      </w:r>
    </w:p>
    <w:p>
      <w:pPr>
        <w:pStyle w:val="ListBullet"/>
      </w:pPr>
      <w:r>
        <w:t>Do Rio chega uma carta em que ele se diz Santo Agostinho (capítulo X), e nos jornais da Corte Rubião lê a notícia da morte do filósofo, que suportou a doença com filosofia, delirou no fim e deixa muitos bens (capítulo XI). O bilhete de Brás Cubas diz que ele faleceu em casa dele, onde aparecera esfrangalhado e sórdido (capítulo XIII).</w:t>
      </w:r>
    </w:p>
    <w:p>
      <w:pPr>
        <w:pStyle w:val="ListBullet"/>
      </w:pPr>
      <w:r>
        <w:t>O testamento faz de Rubião herdeiro universal com uma só condição: cuidar do cão como se cão não fosse, mas pessoa humana (capítulo XIV).</w:t>
      </w:r>
    </w:p>
    <w:p>
      <w:pPr>
        <w:pStyle w:val="ListBullet"/>
      </w:pPr>
      <w:r>
        <w:t>Depois da morte, o filósofo continua no livro por quatro vias: na lembrança de Rubião, que só entende a alegoria das tribos depois de herdar (capítulo XVIII); na denúncia que tenta anular o testamento por demência dele (capítulo XXV); no cão, onde Rubião cogita que o espírito dele tenha transmigrado (capítulo XLVIII); e na voz que pergunta se Rubião não deveria casar (capítulo LXXIX). No fim, o lema que ele ensinara volta, gritado em Barbacena pelo discípulo, já sem o sentido da alegoria (capítulo CXCV).</w:t>
      </w:r>
    </w:p>
    <w:p>
      <w:r>
        <w:rPr>
          <w:b/>
          <w:color w:val="7C2416"/>
        </w:rPr>
        <w:t xml:space="preserve">P5  </w:t>
      </w:r>
      <w:r>
        <w:rPr>
          <w:b/>
        </w:rPr>
        <w:t>Quincas Borba (cão)</w:t>
      </w:r>
    </w:p>
    <w:p>
      <w:r>
        <w:t>O cachorro que Quincas Borba (filósofo) batiza com o próprio nome e confia a Rubião, e que o testamento obriga o herdeiro a tratar como pessoa. Acompanha Rubião de Barbacena ao Rio, vive entre afagos e maus-tratos, é tido por ele como vigia e consolo e talvez como alma do amigo morto, e volta com o dono a Barbacena, onde morre depois dele. O livro divide o título entre os dois Quincas, e no último capítulo (capítulo CCI) o narrador pergunta, sem resolver, qual deles dá o nome ao livro.</w:t>
      </w:r>
    </w:p>
    <w:p>
      <w:pPr>
        <w:pStyle w:val="ListBullet"/>
      </w:pPr>
      <w:r>
        <w:t>O filósofo deu ao cão o seu nome por razão doutrinária e para sobreviver no nome dele (capítulo V). Parte para o Rio chorando por ele e o deixa com Rubião (capítulo VIII); o cão sofre a ausência do dono, e na cidade zombam do professor sentinela de cachorro (capítulo IX). Sabida a morte do dono, Rubião decide dá-lo à comadre Angélica, pois a obrigação acabou (capítulo XII), e manda-o de presente com o nome do dono (capítulo XIII).</w:t>
      </w:r>
    </w:p>
    <w:p>
      <w:pPr>
        <w:pStyle w:val="ListBullet"/>
      </w:pPr>
      <w:r>
        <w:t>Quando o testamento revela a cláusula (capítulo XIV), Rubião corre à comadre e o reencontra no cercado, onde o cão o recebe com festa e delírio (capítulo XVII). Em Botafogo, é Rubião quem o solta todos os dias; no jardim, no meio da tentação por Sofia, o narrador descreve o cão que festeja, apanha e perdoa: gosta de ser amado e se contenta de crer que o é (capítulo XXVIII).</w:t>
      </w:r>
    </w:p>
    <w:p>
      <w:pPr>
        <w:pStyle w:val="ListBullet"/>
      </w:pPr>
      <w:r>
        <w:t>Perturbado pelos morangos de Sofia, Rubião chuta o cão (capítulo XXXII); na noite do jardim, em casa, recebe dele a festa de sempre, com um olhar que lembra o do filósofo (capítulo XLIX). Antes, no tílburi, cogitara que cão e filósofo fossem a mesma criatura por transmigração (capítulo XLVIII). Mais tarde, o cão o fita com tom de censura quando Rubião entra na sociedade com Palha, e Rubião ri da suposição, mas lhe coça as orelhas (capítulo LXIX); a voz que aconselha Rubião a casar parece vir dele, ideia que Rubião acha absurda e descarta, mas por via das dúvidas lhe coça a nuca (capítulo LXXIX, capítulo LXXXII).</w:t>
      </w:r>
    </w:p>
    <w:p>
      <w:pPr>
        <w:pStyle w:val="ListBullet"/>
      </w:pPr>
      <w:r>
        <w:t>Em seguida o cão atravessa a loucura do dono: os ganidos dele não despertam Rubião do delírio imperial (capítulo CXLVII), muda-se com ele para a Rua do Príncipe (capítulo CLXV), vive com ele e um criado a quem Rubião dá o título de marquês (capítulo CLXXIX). Quando Rubião é internado, o cão tenta segui-lo e é trancado pelo criado (capítulo CLXXXVII), e na casa abandonada é o cão magro que comove Dona Fernanda (capítulo CLXXXVIII).</w:t>
      </w:r>
    </w:p>
    <w:p>
      <w:pPr>
        <w:pStyle w:val="ListBullet"/>
      </w:pPr>
      <w:r>
        <w:t>Chega com Rubião a Barbacena (capítulo CXCV), vaga sob a tempestade e dorme junto dele ao relento (capítulo CXCVII), e é abrigado com ele pela comadre Angélica (capítulo CXCIX). Depois da morte do dono, adoece, foge atrás dele e amanhece morto na rua (capítulo CCI).</w:t>
      </w:r>
    </w:p>
    <w:p>
      <w:r>
        <w:rPr>
          <w:b/>
          <w:color w:val="7C2416"/>
        </w:rPr>
        <w:t xml:space="preserve">P6  </w:t>
      </w:r>
      <w:r>
        <w:rPr>
          <w:b/>
        </w:rPr>
        <w:t>Carlos Maria</w:t>
      </w:r>
    </w:p>
    <w:p>
      <w:r>
        <w:t>Rapaz lento, frio e superior que come à mesa de Rubião e dança com Sofia. Primo de Dona Fernanda, vê a si mesmo como o centro da admiração alheia e inventa, com a facilidade de quem não se importa, a frase da praia que faz Sofia pensar nele o resto do livro. Casa com Maria Benedita sem tê-la amado antes e, já casado, irrita-se ao ouvi-la dizer que são felizes.</w:t>
      </w:r>
    </w:p>
    <w:p>
      <w:pPr>
        <w:pStyle w:val="ListBullet"/>
      </w:pPr>
      <w:r>
        <w:t>Aparece no almoço de domingo de Rubião, onde humilha o parasita Freitas e é respeitado por Rubião, que não ousa rir (capítulo XXIX, capítulo XXXI). Na rua, um rapaz cumprimenta Sofia e ela o reconhece: dançaram num baile, e ele elogiou os olhos e os ombros dela (capítulo LII). Rubião o ouve elogiar Sofia diante do retrato, e Rubião admira a naturalidade com que ele diz aquelas coisas (capítulo LXV, capítulo LXVI).</w:t>
      </w:r>
    </w:p>
    <w:p>
      <w:pPr>
        <w:pStyle w:val="ListBullet"/>
      </w:pPr>
      <w:r>
        <w:t>No baile, valsa com Sofia e se declara, dizendo ter passado uma hora entre o mar e a casa dela (capítulo LXIX). Na cama, reconstrói a cena, ri da mentira, porque nem foi à praia, e conclui que não vale emendar: há bonitos sonetos mentirosos (capítulo LXXIV).</w:t>
      </w:r>
    </w:p>
    <w:p>
      <w:pPr>
        <w:pStyle w:val="ListBullet"/>
      </w:pPr>
      <w:r>
        <w:t>Outras admiradoras fazem Sofia perder importância na fila dele (capítulo LXXV); ele monta bem, e a gente que passa mira o garbo e a tranquilidade régia dele (capítulo LXXVI). A carta que Rubião acha no canteiro é endereçada a ele (capítulo XCIX), e Sofia, ao saber que era a circular da comissão, pensa nele (capítulo CV). O narrador acrescenta uma quarta causa para o fracasso dela: talvez ele tivesse outros amores (capítulo CVII).</w:t>
      </w:r>
    </w:p>
    <w:p>
      <w:pPr>
        <w:pStyle w:val="ListBullet"/>
      </w:pPr>
      <w:r>
        <w:t>Rubião percebe que o noivo de Maria Benedita é ele (capítulo CXVI). Dona Fernanda, na saída da missa, conta ao primo que alguém o adora em segredo e, por fim, que é Maria Benedita; a prevenção dele vira simpatia, e nasce o namoro (capítulo CXX).</w:t>
      </w:r>
    </w:p>
    <w:p>
      <w:pPr>
        <w:pStyle w:val="ListBullet"/>
      </w:pPr>
      <w:r>
        <w:t>Na manhã do casamento, passeia a cavalo e vê na natureza a homenagem nupcial (capítulo CXXII); os noivos casam e, três meses depois, partem para a Europa (capítulo CXXIV). Sofia sonha que ele é morto diante dela (capítulo CLXI). Volta ao Rio com a mulher e se irrita de ouvi-la dizer que são felizes (capítulo CLXIX); a sós, só sorri quando ela pergunta o que ele tem (capítulo CLXX).</w:t>
      </w:r>
    </w:p>
    <w:p>
      <w:pPr>
        <w:pStyle w:val="ListBullet"/>
      </w:pPr>
      <w:r>
        <w:t>Quando Rubião delirante invade a varanda e lhe oferece uma pasta, Maria Benedita não contém o riso (capítulo CLXXI); ele pede à mulher que confesse que o adoraria mesmo como ordenança de ministro e volta à revista inglesa e à estatueta de Narciso, do Museu de Nápoles (capítulo CLXXIII). A filha nasce na Tijuca (capítulo CXC).</w:t>
      </w:r>
    </w:p>
    <w:p>
      <w:pPr>
        <w:pStyle w:val="Heading1"/>
      </w:pPr>
      <w:r>
        <w:rPr>
          <w:color w:val="7C2416"/>
        </w:rPr>
        <w:t>Temas</w:t>
      </w:r>
    </w:p>
    <w:p>
      <w:r>
        <w:rPr>
          <w:b/>
          <w:color w:val="7C2416"/>
        </w:rPr>
        <w:t xml:space="preserve">T1  </w:t>
      </w:r>
      <w:r>
        <w:rPr>
          <w:b/>
        </w:rPr>
        <w:t>Loucura</w:t>
      </w:r>
    </w:p>
    <w:p>
      <w:r>
        <w:t>a dúvida sobre a sanidade do filósofo, que a carta de Santo Agostinho deixa aberta (capítulo X), a voz que Rubião cogita ser do cão e descarta (capítulo LXXIX), a barba de Napoleão III (capítulo CXLVI), o delírio no coupé (capítulo CLIII), a mania que se espalha (capítulo CLV), o desfile na Rua da Ajuda (capítulo CLXXXII) e a coroa que só Rubião vê (capítulo CC). Aparece em: Capítulos I a XII: Humanitas e a morte do filósofo; Capítulos LXXVII a LXXXIX: Casamento sonhado e Praia Formosa; Capítulos CXXXIII a CXLVII: Comensais, Tijuca e barba imperial; Capítulos CXLVIII a CLIX: O delírio no coupé de Sofia; Capítulos CLX a CLXXI: Sofia recua, Rubião delira; Capítulos CLXXII a CLXXXI: Teófilo, o Ministério e o abandono; Capítulos CLXXXII a CCI: Loucura, abandono e a morte de Rubião.</w:t>
      </w:r>
    </w:p>
    <w:p>
      <w:r>
        <w:rPr>
          <w:b/>
          <w:color w:val="7C2416"/>
        </w:rPr>
        <w:t xml:space="preserve">T2  </w:t>
      </w:r>
      <w:r>
        <w:rPr>
          <w:b/>
        </w:rPr>
        <w:t>Dinheiro e riqueza</w:t>
      </w:r>
    </w:p>
    <w:p>
      <w:r>
        <w:t>o testamento (capítulo XIV), a confidência no trem (capítulo XXI), a sociedade com Palha (capítulo LXIX), os dez contos (capítulo CVIII), a sociedade desfeita por um banco inexistente (capítulo CXXVIII, capítulo CXXIX) e os bens apurados enquanto Rubião está internado (capítulo CXCI). Aparece em: Capítulos I a XII: Humanitas e a morte do filósofo; Capítulos XIII a XXVIII: A herança e a tentação de Rubião; Capítulos XXIX a XL: Morangos, luar e declaração de Rubião; Capítulos L a LVII: Palha, Sofia e a entrada de Camacho; Capítulos LVIII a LXVII: A Atalaia, o salvamento e Maria Benedita; Capítulos LXVIII a LXXVI: Baile, sociedade e a declaração; Capítulos LXXVII a LXXXIX: Casamento sonhado e Praia Formosa; Capítulos CIII a CXIII: A carta devolvida e os dez contos; Capítulos CXIV a CXVIII: O noivado de Maria Benedita; Capítulos CXIX a CXXXII: Casamento, ruptura e o major ofendido; Capítulos CXXXIII a CXLVII: Comensais, Tijuca e barba imperial; Capítulos CLXXXII a CCI: Loucura, abandono e a morte de Rubião.</w:t>
      </w:r>
    </w:p>
    <w:p>
      <w:r>
        <w:rPr>
          <w:b/>
          <w:color w:val="7C2416"/>
        </w:rPr>
        <w:t xml:space="preserve">T3  </w:t>
      </w:r>
      <w:r>
        <w:rPr>
          <w:b/>
        </w:rPr>
        <w:t>Aparência e realidade</w:t>
      </w:r>
    </w:p>
    <w:p>
      <w:r>
        <w:t>Sofia exposta como vitrine (capítulo XXXV), o cocheiro e a calúnia que o narrador devolve ao leitor (capítulo LXXXIX, capítulo CVI), a lágrima de Sofia em que Rubião acredita (capítulo CXV), o banco que não existia (capítulo CXXIX) e a lua de mel da grandeza que acaba (capítulo CXXXVIII). Aparece em: Capítulos XXIX a XL: Morangos, luar e declaração de Rubião; Capítulos XLI a XLIX: A noite depois do jardim; Capítulos LVIII a LXVII: A Atalaia, o salvamento e Maria Benedita; Capítulos LXVIII a LXXVI: Baile, sociedade e a declaração; Capítulos LXXVII a LXXXIX: Casamento sonhado e Praia Formosa; Capítulos XC a CII: A suspeita e a candidatura de Rubião; Capítulos CIII a CXIII: A carta devolvida e os dez contos; Capítulos CXIV a CXVIII: O noivado de Maria Benedita; Capítulos CXIX a CXXXII: Casamento, ruptura e o major ofendido; Capítulos CXXXIII a CXLVII: Comensais, Tijuca e barba imperial; Capítulos CXLVIII a CLIX: O delírio no coupé de Sofia; Capítulos CLX a CLXXI: Sofia recua, Rubião delira; Capítulos CLXXII a CLXXXI: Teófilo, o Ministério e o abandono; Capítulos CLXXXII a CCI: Loucura, abandono e a morte de Rubião.</w:t>
      </w:r>
    </w:p>
    <w:p>
      <w:r>
        <w:rPr>
          <w:b/>
          <w:color w:val="7C2416"/>
        </w:rPr>
        <w:t xml:space="preserve">T4  </w:t>
      </w:r>
      <w:r>
        <w:rPr>
          <w:b/>
        </w:rPr>
        <w:t>Desejo</w:t>
      </w:r>
    </w:p>
    <w:p>
      <w:r>
        <w:t>a tentação no jardim (capítulo XXVIII), a proposta sob a lua (capítulo XL), as noivas de título com o rosto de Sofia (capítulo LXXXII), o amor de Maria Benedita, que ama como se ama a Deus (capítulo CXVIII), o delírio de amante no coupé (capítulo CLIII) e o desejo de Sofia que vira veleidade (capítulo CLXIII). Aparece em: Capítulos XIII a XXVIII: A herança e a tentação de Rubião; Capítulos XXIX a XL: Morangos, luar e declaração de Rubião; Capítulos XLI a XLIX: A noite depois do jardim; Capítulos L a LVII: Palha, Sofia e a entrada de Camacho; Capítulos LXVIII a LXXVI: Baile, sociedade e a declaração; Capítulos LXXVII a LXXXIX: Casamento sonhado e Praia Formosa; Capítulos XC a CII: A suspeita e a candidatura de Rubião; Capítulos CIII a CXIII: A carta devolvida e os dez contos; Capítulos CXIV a CXVIII: O noivado de Maria Benedita; Capítulos CXIX a CXXXII: Casamento, ruptura e o major ofendido; Capítulos CXXXIII a CXLVII: Comensais, Tijuca e barba imperial; Capítulos CXLVIII a CLIX: O delírio no coupé de Sofia; Capítulos CLX a CLXXI: Sofia recua, Rubião delira.</w:t>
      </w:r>
    </w:p>
    <w:p>
      <w:r>
        <w:rPr>
          <w:b/>
          <w:color w:val="7C2416"/>
        </w:rPr>
        <w:t xml:space="preserve">T5  </w:t>
      </w:r>
      <w:r>
        <w:rPr>
          <w:b/>
        </w:rPr>
        <w:t>Lealdade e traição</w:t>
      </w:r>
    </w:p>
    <w:p>
      <w:r>
        <w:t>a dívida que Palha confessa à mulher (capítulo L), o olhar entre Palha e Camacho (capítulo LIX), o major que vê desprezo nos Palha (capítulo CXXX), os amigos que não seguem Rubião à Rua do Príncipe (capítulo CLXV), a frieza de Camacho (capítulo CLXXIX) e o baile de Sofia com o colar de Rubião (capítulo CXCII). Aparece em: Capítulos XIII a XXVIII: A herança e a tentação de Rubião; Capítulos XXIX a XL: Morangos, luar e declaração de Rubião; Capítulos XLI a XLIX: A noite depois do jardim; Capítulos L a LVII: Palha, Sofia e a entrada de Camacho; Capítulos LVIII a LXVII: A Atalaia, o salvamento e Maria Benedita; Capítulos LXVIII a LXXVI: Baile, sociedade e a declaração; Capítulos CXIX a CXXXII: Casamento, ruptura e o major ofendido; Capítulos CLX a CLXXI: Sofia recua, Rubião delira; Capítulos CLXXII a CLXXXI: Teófilo, o Ministério e o abandono; Capítulos CLXXXII a CCI: Loucura, abandono e a morte de Rubião.</w:t>
      </w:r>
    </w:p>
    <w:p>
      <w:r>
        <w:rPr>
          <w:b/>
          <w:color w:val="7C2416"/>
        </w:rPr>
        <w:t xml:space="preserve">T6  </w:t>
      </w:r>
      <w:r>
        <w:rPr>
          <w:b/>
        </w:rPr>
        <w:t>Ambição</w:t>
      </w:r>
    </w:p>
    <w:p>
      <w:r>
        <w:t>a Atalaia (capítulo LXI), a candidatura a deputado (capítulo C), a emenda do artigo (capítulo CXI) e a crise de Teófilo com o Ministério (capítulo CLXXV, capítulo CLXXVII). Aparece em: Capítulos XIII a XXVIII: A herança e a tentação de Rubião; Capítulos L a LVII: Palha, Sofia e a entrada de Camacho; Capítulos LVIII a LXVII: A Atalaia, o salvamento e Maria Benedita; Capítulos XC a CII: A suspeita e a candidatura de Rubião; Capítulos CIII a CXIII: A carta devolvida e os dez contos; Capítulos CLXXII a CLXXXI: Teófilo, o Ministério e o abandono.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